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Троє Ґаррідебів</w:t>
      </w:r>
    </w:p>
    <w:p>
      <w:r>
        <w:br/>
        <w:t xml:space="preserve"> &lt;p&gt;Цю історію можна однаковою мірою вважати як трагічною, так і комічною. Одному з її учасників вона коштувала здорового глузду, іншому — мені — незначної втрати крові, ще одна людина постала перед судом. І все ж вона має в собі й деякі комічні риси. А втім, судіть краще самі.</w:t>
      </w:r>
    </w:p>
    <w:p>
      <w:r>
        <w:br/>
        <w:t>Я добре пам’ятаю час, коли все це сталося: саме того місяця Холмс відмовився від дворянського титулу за заслуги, про які я, можливо, ще коли-небудь розповім. Зараз я згадую про це лише між іншим, бо становище партнера й вірного друга зобов’язує мене остерігатись щонайменшої нескромності. Але я повторюю: саме ця обставина дозволяє мені пригадати час, коли це сталося, — був кінець червня 1902 року, невдовзі по закінченні Бурської війни. Холмс тоді кілька днів не підводився з ліжка, — часом таке траплялося з ним, — але того ранку він з’явився до мене з довгим списаним аркушем паперу в руці й веселими вогниками в суворих сірих очах.</w:t>
      </w:r>
    </w:p>
    <w:p>
      <w:r>
        <w:br/>
        <w:t>— Ось вам нагода трохи заробити, Ватсоне, — мовив він. — Ви чули коли-небудь прізвище Ґаррідеб?</w:t>
      </w:r>
    </w:p>
    <w:p>
      <w:r>
        <w:br/>
        <w:t>Я відповів, що не чув.</w:t>
      </w:r>
    </w:p>
    <w:p>
      <w:r>
        <w:br/>
        <w:t>— Отож коли вам пощастить відшукати де-небудь хоч одного Ґаррідеба, то дістанете гарні гроші.</w:t>
      </w:r>
    </w:p>
    <w:p>
      <w:r>
        <w:br/>
        <w:t>— Тобто як?</w:t>
      </w:r>
    </w:p>
    <w:p>
      <w:r>
        <w:br/>
        <w:t>— О, це довга історія, і до того ж досить цікава. Я й не знаю, чи траплялося нам серед усіх наших загадок та заплутаних історій щось оригінальніше. З хвилини на хвилину сюди має завітати один чолов’яга, якому ми влаштуємо допит, а доти я нічого не розповідатиму. Візьмімося поки до самого імені.</w:t>
      </w:r>
    </w:p>
    <w:p>
      <w:r>
        <w:br/>
        <w:t>Поряд зі мною на столі лежав телефонний довідник, і я почав гортати його сторінки, не дуже сподіваючись на успіх. Але, на мій подив, химерне прізвище одразу виявилось на належному місці! Я переможно вигукнув:</w:t>
      </w:r>
    </w:p>
    <w:p>
      <w:r>
        <w:br/>
        <w:t>— Ось, Холмсе! Дивіться!</w:t>
      </w:r>
    </w:p>
    <w:p>
      <w:r>
        <w:br/>
        <w:t>Холмс узяв книжку з моїх рук.</w:t>
      </w:r>
    </w:p>
    <w:p>
      <w:r>
        <w:br/>
        <w:t>— "Н.Ґаррідеб, Вест-Енд, Літл-Райдер-стрит, 136", — прочитав він. — Пробачте, що мушу засмутити вас, Ватсоне, але цей чоловік мені вже відомий. Ось його адреса на листі. Нам потрібен інший, до пари цьому.</w:t>
      </w:r>
    </w:p>
    <w:p>
      <w:r>
        <w:br/>
        <w:t>Увійшла місіс Хадсон з візитною карткою на таці. Я взяв картку й уважно поглянув на неї.</w:t>
      </w:r>
    </w:p>
    <w:p>
      <w:r>
        <w:br/>
        <w:t>— Іще один! — здивовано вигукнув я. — Але ім’я вже інше: "Джон Ґаррідеб, адвокат, США, Канзас, Мурвіл".</w:t>
      </w:r>
    </w:p>
    <w:p>
      <w:r>
        <w:br/>
        <w:t>Холмс подивився на картку і посміхнувся.</w:t>
      </w:r>
    </w:p>
    <w:p>
      <w:r>
        <w:br/>
        <w:t>— На жаль, Ватсоне, доведеться пошукати ще раз, — відповів він. — Цей джентльмен також бере участь у грі, хоч я, правду кажучи, й не сподівався побачити його так швидко. Маю надію, що він розповість нам дещо цікаве.</w:t>
      </w:r>
    </w:p>
    <w:p>
      <w:r>
        <w:br/>
        <w:t>За хвилину відвідувач уже стояв у кімнаті. Містер Джон Ґаррідеб, адвокат, був низенький кремезний чоловік із круглим, свіжим, чисто виголеним обличчям, — справжній американський ділок. З опецькуватого, як у дитини, обличчя не сходила широка усмішка, і це надавало йому вигляду ще зовсім молодої людини. Але мене по-справжньому вразили його очі. Мені нечасто доводилося бачити очі, які так виразно промовляли б про постійну напругу внутрішнього світу людини, — такими настороженими були вони, так швидко реагували на кожну нову думку. Говірка в містера Ґаррідеба була американська, але мова — чиста, без простакуватих словечок.</w:t>
      </w:r>
    </w:p>
    <w:p>
      <w:r>
        <w:br/>
        <w:t>— Містер Холмс? — запитав він, оглядаючи по черзі нас обох. — О, так, звичайно! Вас, дозвольте зауважити, легко впізнати за вашими фотографіями. Сподіваюся, ви вже одержали лист від мого однофамільця Натана Ґаррідеба?</w:t>
      </w:r>
    </w:p>
    <w:p>
      <w:r>
        <w:br/>
        <w:t>— Сідайте, прошу, — мовив Шерлок Холмс. — Нам треба дещо з вами обміркувати. — Він узяв зі столу аркуш списаного паперу. — Ви, безперечно, той самий містер Джон Ґаррідеб з Америки, про якого згадується в листі. Але ви, здається, вже давненько живете в Англії?</w:t>
      </w:r>
    </w:p>
    <w:p>
      <w:r>
        <w:br/>
        <w:t>— Звідки ви взяли це, містере Холмсе? — У виразних очах відвідувача майнула тінь підозри.</w:t>
      </w:r>
    </w:p>
    <w:p>
      <w:r>
        <w:br/>
        <w:t>— Ваш одяг — англійського виробництва.</w:t>
      </w:r>
    </w:p>
    <w:p>
      <w:r>
        <w:br/>
        <w:t>Містер Ґаррідеб вимушено засміявся.</w:t>
      </w:r>
    </w:p>
    <w:p>
      <w:r>
        <w:br/>
        <w:t>— Я читав про ваші штучки, містере Холмсе, але ніколи не думав, що ви застосуєте їх до мене. Як ви це підмітили?</w:t>
      </w:r>
    </w:p>
    <w:p>
      <w:r>
        <w:br/>
        <w:t>— Крій плечей у вашому піджаку, носаки ваших черевиків, — хіба тут можна помилитися?</w:t>
      </w:r>
    </w:p>
    <w:p>
      <w:r>
        <w:br/>
        <w:t>— Гаразд, гаразд. Я й не знав, що виглядаю як справжнісінький англієць. Нещодавно деякі справи примусили мене переїхати сюди, через те все на мені, як ви помітили, лондонське. Але ваш час, напевно, дорогоцінний, і ми зібралися тут не задля розмови про мої черевики чи шкарпетки. Може, перейдемо до папірця, який ви тримаєте в руці?</w:t>
      </w:r>
    </w:p>
    <w:p>
      <w:r>
        <w:br/>
        <w:t>Холмс чимось дратував нашого відвідувача: його опецькувате обличчя зовсім утратило недавню привітність.</w:t>
      </w:r>
    </w:p>
    <w:p>
      <w:r>
        <w:br/>
        <w:t>— Не поспішайте! Не поспішайте, містере Ґаррідебе, — заспокійливо промовив мій друг. — Доктор Ватсон може підтвердити, що мої незначні відхилення від теми тільки допомагають якнайшвидше вирішити справу. Але чому містер Натан Ґаррідеб не прийшов разом з вами?</w:t>
      </w:r>
    </w:p>
    <w:p>
      <w:r>
        <w:br/>
        <w:t>— На якого біса він уплутав вас у все це?! — вигукнув відвідувач, несподівано спалахнувши гнівом. — Яке, хай йому грець, вам до нього діло? Двоє джентльменів обговорюють свої професійні інтереси — і раптом одному з них навіщось знадобився детектив! Заходжу до нього сьогодні вранці й дізнаюся, яку штуку він мені утнув. Через те я й прийшов сюди. Одне слово, ця його витівка мені не до вподоби!</w:t>
      </w:r>
    </w:p>
    <w:p>
      <w:r>
        <w:br/>
        <w:t>— Вона вам анітрохи не зашкодить, містере Ґаррідебе. Містер Натан Ґаррідеб просто виявив наполегливість, аби довести цю справу до кінця, однаковою мірою важливого для вас обох. Він знав, що я маю змогу добувати потрібні відомості, от і звернувся до мене.</w:t>
      </w:r>
    </w:p>
    <w:p>
      <w:r>
        <w:br/>
        <w:t>Гнівне обличчя нашого відвідувача поволі злагідніло.</w:t>
      </w:r>
    </w:p>
    <w:p>
      <w:r>
        <w:br/>
        <w:t>— Ну, якщо так, то інша річ, — мовив він. — Коли я зайшов уранці до старого і він розповів мені, що запросив детектива, я негайно записав адресу — і чимдуж до вас. Не хочу, щоб поліція лізла в мої приватні справи. Але якщо ви й справді беретеся допомогти нам знайти потрібну людину, то я не заперечую.</w:t>
      </w:r>
    </w:p>
    <w:p>
      <w:r>
        <w:br/>
        <w:t>— Саме так, — відказав Холмс. — А тепер, сер, коли ви вже тут, ми хотіли б почути про все це з ваших уст. Мій друг не знає жодної подробиці тієї справи.</w:t>
      </w:r>
    </w:p>
    <w:p>
      <w:r>
        <w:br/>
        <w:t>Містер Ґаррідеб кинув на мене не дуже дружній погляд.</w:t>
      </w:r>
    </w:p>
    <w:p>
      <w:r>
        <w:br/>
        <w:t>— А нащо йому це знати? — спитав він.</w:t>
      </w:r>
    </w:p>
    <w:p>
      <w:r>
        <w:br/>
        <w:t>— Ми звичайно працюємо разом.</w:t>
      </w:r>
    </w:p>
    <w:p>
      <w:r>
        <w:br/>
        <w:t>— Ну що ж, у мене немає підстави щось від вас приховувати. Переповім усе якомога стисліше. Якби ви народилися в Канзасі, я б не пояснював вам, хто такий Александер Гамільтон Ґаррідеб. Він надбав солідний капітал на нерухомому майні, та ще гендлював пшеницею на біржі в Чикаго. А землі накупив стільки, що її вистачило б на ціле ваше графство, — і все на берегах річки Арканзас, на захід від Форт-Доджа: там і пасовиська, і будівельний ліс, і орна земля, й копальні — все, що може приносити добрі прибутки власникові.</w:t>
      </w:r>
    </w:p>
    <w:p>
      <w:r>
        <w:br/>
        <w:t>Ані родичів, ані друзів у нього не було, — я, в усякому разі, про них не чув. Але він був дуже гордий із того, що носить таке рідкісне прізвище. Це й звело нас докупи. Я тоді служив адвокатом у Топіці, коли цей старий якось з’явився в мене. Він так радів, що зустрів ще одну людину з таким прізвищем! Отож і вирішив будь-що дізнатися, чи є десь у світі й інші Ґаррідеби. "Знайдіть мені хоч одного!" — благав він мене. Я відповідав, що я — людина заклопотана, не маю часу розшукувати Ґаррідебів. "Нічого, — відказав він, — ви за це візьметесь, якщо мені вдасться зробити те, що я задумав". Я тоді вирішив, що старий жартує, однак невдовзі переконався: в його словах був глузд.</w:t>
      </w:r>
    </w:p>
    <w:p>
      <w:r>
        <w:br/>
        <w:t>Після цієї розмови не минуло й року, як він помер і залишив такий дивний заповіт, якого в Канзасі ще ніхто не реєстрував. Усю свою власність він поділив на три частки й одну з них заповів мені — з умовою, якщо я знайду ще двох Ґаррідебів, котрі теж стануть його спадкоємцями. Це ж рівно по п’ять мільйонів доларів на кожного! Але жоден з нас не одержить ні цента, доки ми всі троє не зберемося разом.</w:t>
      </w:r>
    </w:p>
    <w:p>
      <w:r>
        <w:br/>
        <w:t>Все це було таке заманливе, що я покинув свою адвокатську практику і взявся до пошуків Ґаррідебів. У Сполучених Штатах їх більше немає. Я прочесав усю країну, як то кажуть, найтоншим гребінцем, але не виявив жодного Ґаррідеба. Тоді я вирушив до Старого Світу й раптом побачив це прізвище у лондонському телефонному довіднику! Два дні тому я відвідав Натана Ґаррідеба і про все йому розповів. Однак він зовсім самотній, як і я, — тобто сестри в нього є, але серед чоловіків — жодного родича. А заповіт вимагає, щоб були три чоловіки. Отже, як бачите, одне місце в списку претендентів на спадщину досі вільне, і якщо ви допоможете нам його заповнити, то отримаєте гарну винагороду за таку послугу.</w:t>
      </w:r>
    </w:p>
    <w:p>
      <w:r>
        <w:br/>
        <w:t>— Що, Ватсоне, — усміхнувшись, звернувся до мене Холмс, — хіба я не казав вам, що це цікава історія? А вам, сер, я радив би передусім дати оголошення в газети.</w:t>
      </w:r>
    </w:p>
    <w:p>
      <w:r>
        <w:br/>
        <w:t>— Я вже це робив, містере Холмсе. І все марно.</w:t>
      </w:r>
    </w:p>
    <w:p>
      <w:r>
        <w:br/>
        <w:t>— Ні, любий мій друже, ця загадка справді курйозна. Гадаю, за неї варто взятися на дозвіллі. До речі, цікаво, що ви з Топіки. Колись я листувався з одним тамтешнім джентльменом, — нині вже покійним, — на ім’я доктор Лізандер Старр, який був там мером у 1890 році.</w:t>
      </w:r>
    </w:p>
    <w:p>
      <w:r>
        <w:br/>
        <w:t>— Наш старий доктор Старр! — вигукнув відвідувач. — Його ім’я й досі там шановане. Гаразд, містере Холмсе; мені здається, що з вами варто підтримувати зв’язки. За день-два я, напевно, подам про себе звістку.</w:t>
      </w:r>
    </w:p>
    <w:p>
      <w:r>
        <w:br/>
        <w:t>Після цих слів наш американець уклонився й вийшов.</w:t>
      </w:r>
    </w:p>
    <w:p>
      <w:r>
        <w:br/>
        <w:t>Холмс запалив люльку і якийсь час сидів мовчки, дивно усміхаючись сам до себе.</w:t>
      </w:r>
    </w:p>
    <w:p>
      <w:r>
        <w:br/>
        <w:t>— То що? — запитав я врешті.</w:t>
      </w:r>
    </w:p>
    <w:p>
      <w:r>
        <w:br/>
        <w:t>— Дивовижна річ, Ватсоне, просто дивовижна!</w:t>
      </w:r>
    </w:p>
    <w:p>
      <w:r>
        <w:br/>
        <w:t>— Що саме?</w:t>
      </w:r>
    </w:p>
    <w:p>
      <w:r>
        <w:br/>
        <w:t>Холмс вийняв цибух з рота:</w:t>
      </w:r>
    </w:p>
    <w:p>
      <w:r>
        <w:br/>
        <w:t>— Я не візьму втямки, Ватсоне, навіщо цей джентльмен стільки нам набрехав? Я трохи не спитав його про це відверто: іноді пряма атака — найкраща тактика. Але врешті вирішив зробити йому приємне: хай думає, що добре піддурив нас. Чоловік в англійському піджаку, до того ж із протертими ліктями, у поношених штанях, що випнулися мішками на колінах після кількарічного вжитку, — і він, судячи з цього листа і його ж таки слів, — американський провінціал, що тільки недавно прибув до Лондона! Ніяких оголошень у газетах я не бачив, — а ви ж знаєте, що я ніколи не проминаю жодного з них: це надійне прикриття, коли треба підняти дичину. Хіба я проґавив би такого фазана? І ніякого доктора Лізандера Старра з Топіки я ніколи не знав. Одне слово, куди не глянь, усюди самісінькі вигадки. Він, як на мене, й справді американець, але майже забув свою говірку, проживши кілька років у Лондоні. Яку гру він веде, які справжні причини цих безглуздих пошуків Ґаррідебів? До нього слід придивитись: якщо це шахрай, то, безперечно, дуже кмітливий і винахідливий. Треба з’ясувати, чи інший наш Ґаррідеб теж не авантурник. Зателефонуйте йому, Ватсоне.</w:t>
      </w:r>
    </w:p>
    <w:p>
      <w:r>
        <w:br/>
        <w:t>Я набрав номер і на іншому кінці дроту почув тонкий, тремтливий голос:</w:t>
      </w:r>
    </w:p>
    <w:p>
      <w:r>
        <w:br/>
        <w:t>— Так, так, я містер Натан Ґаррідеб. Чи є біля вас містер Холмс? Я хотів би сказати кілька слів містерові Холмсу.</w:t>
      </w:r>
    </w:p>
    <w:p>
      <w:r>
        <w:br/>
        <w:t>Мій друг узяв слухавку, і я почув звичайну уривчасту розмову:</w:t>
      </w:r>
    </w:p>
    <w:p>
      <w:r>
        <w:br/>
        <w:t>— Так, він був тут. Ви, здається, не дуже добре його знаєте... Коли ви познайомилися? Лише два дні тому?! Так, так, звичайно, пропозиція заманлива... Чи будете ви вдома цього вечора? А ваш однофамілець не обіцяв завітати до вас?.. Гаразд, я хотів би побалакати з вами без нього... Зі мною буде доктор Ватсон... Як я зрозумів з вашого листа, ви нечасто залишаєте своє помешкання... Отже, ми будемо у вас близько шостої години. Американського адвоката повідомляти про це не треба... Чудово. До зустрічі!</w:t>
      </w:r>
    </w:p>
    <w:p>
      <w:r>
        <w:br/>
        <w:t>На землю спадали чудові весняні сутінки, і навіть маленька вуличка Літл-Райдер-стрит, що недалеко від сумнозвісної старої Тайбернської шибениці[41] відходила від Еджвер-Роуд, здавалася неначе золотавою під скісним промінням надвечірнього сонця. Потрібний нам будинок виявився великою старомодною спорудою доби перших Георгів; його рівний цегляний фасад прикрашали лише двоє великих вікон на першому поверсі. Саме на цьому поверсі і мешкав наш клієнт; обидва вікна, до речі, належали до тієї великої кімнати, де він проводив свої вільні од сну години. Коли ми наблизилися до дверей, Холмс звернув мою увагу на маленьку мідяну дощечку з уже знайомим дивним прізвищем.</w:t>
      </w:r>
    </w:p>
    <w:p>
      <w:r>
        <w:br/>
        <w:t>— Їй уже кілька років, Ватсоне, — зауважив він, розглядаючи потемнілу мідь. — Прізвище, в усякому разі, справжнє. На це слід зважати.</w:t>
      </w:r>
    </w:p>
    <w:p>
      <w:r>
        <w:br/>
        <w:t>В будинку були тільки одні сходи, й на стіні передпокою висів список з переліком установ та прізвищ приватних мешканців. Родинних помешкань тут не було; це більше скидалося на пристановище прихильників богемного життя. Наш клієнт сам відчинив нам двері, попросивши вибачення за те, що покоївка о четвертій годині вже йде додому. Містер Натан Ґаррідеб виявився довготелесим, сухим і лисим джентльменом років шістдесяти. Обличчя його здавалося неживим, через потемнілу шкіру, як у кожної людини, що веде малорухливий спосіб життя. Великі круглі окуляри й козяча борідка разом з похилими плечима видавали в ньому цікаву й надзвичайно допитливу людину. Взагалі він справляв враження дивака, до того ж симпатичного.</w:t>
      </w:r>
    </w:p>
    <w:p>
      <w:r>
        <w:br/>
        <w:t>Кімната мала такий самий химерний вигляд, як і її власник. Вона нагадувала невеличкий музей: простора, з поличками й шафами біля стін, набитими всілякими речами, що стосувалися геології та анатомії. Обабіч дверей висіли скриньки з метеликами та іншими комахами. Посеред кімнати на широкому столі лежала купа різноманітних камінців, з яких стриміла бронзова трубка мікроскопа. Озирнувшись навколо, я був вражений широтою захоплень господаря. Тут були скриньки зі старовинними монетами та велика колекція кремінного знаряддя. Навпроти, під стіною, в кутку стояла велика шафа з якимись закам’янілими кістками, а вгорі на ній вишикувалися зліпки з черепів з написами: "неандерталець", "гайдельберзька людина", "кроманьйонець" і так далі. Цей джентльмен, мабуть, студіював одразу кілька наукових дисциплін. Стоячи зараз перед нами, він шматочком замші полірував якусь монету.</w:t>
      </w:r>
    </w:p>
    <w:p>
      <w:r>
        <w:br/>
        <w:t>— Сиракузька, періоду розквіту, — пояснив він, показуючи на неї. — Пізніше їхня якість дуже занепала... Найкращі зразки я вважаю неперевершеними, хоча дехто й віддає перевагу александрійській школі... Зараз я знайду стілець для вас, містере Холмсе. Дозвольте мені забрати з нього ці кістки. А ви, сер... так, докторе Ватсоне... будьте такі ласкаві, пересуньте сюди цю японську вазу. Тут ви бачите все, що стало сенсом мого скромного життя. Хоч лікар і картає мене, що я майже ніколи не виходжу з кімнати, але навіщо я залишатиму те, що так вабить мене до себе? Запевняю вас, що ретельне упорядкування кожної з цих шаф забирає в мене щонайменше три місяці.</w:t>
      </w:r>
    </w:p>
    <w:p>
      <w:r>
        <w:br/>
        <w:t>Холмс із цікавістю роззирнувся на всі боки.</w:t>
      </w:r>
    </w:p>
    <w:p>
      <w:r>
        <w:br/>
        <w:t>— Ви й справді ніколи не виходите з дому? — запитав він.</w:t>
      </w:r>
    </w:p>
    <w:p>
      <w:r>
        <w:br/>
        <w:t>— Часом виїжджаю на аукціони до Сотбі[42] чи до Крісті[43]. А взагалі дуже рідко залишаю свою кімнату. Здоров’я моє не таке вже й міцне, а досліди поглинають усі мої сили. Уявіть собі, містере Холмсе, як мене вразила — приємно, але все ж таки вразила — звістка про такий щасливий поворот долі! Потрібен лише один Ґаррідеб, щоб довести справу до кінця, і ми, звичайно, відшукаємо його. Я мав брата, однак він помер, а сестри до уваги не беруться. Але в світі мають бути й інші Ґаррідеби. Я чув, що ви розгадали найскладніші загадки, й вирішив звернутися до вас по допомогу. Цей американський джентльмен, звичайно, має слушність: слід було спершу порадитися з ним, проте я зробив, як вважав за краще.</w:t>
      </w:r>
    </w:p>
    <w:p>
      <w:r>
        <w:br/>
        <w:t>— Гадаю, ви вчинили досить обачно, — сказав Холмс. — Але невже вам і справді хотілося б стати власником земель в Америці?</w:t>
      </w:r>
    </w:p>
    <w:p>
      <w:r>
        <w:br/>
        <w:t>— Звичайно ж, ні, сер. Ніщо не примусить мене розлучитися з моїми колекціями. Та цей джентльмен пообіцяв мені викупити мою частку, коли нас затвердять як спадкоємців. Сума, яку дістане кожен з нас, — п’ять мільйонів доларів. Нині я маю змогу придбати декілька цікавих речей, які заповнили б прогалини в моїх колекціях, однак мені не вистачає на це кількох сотень фунтів. Ви тільки уявіть собі, скільки я зможу купити за п’ять мільйонів доларів! Я створю основу нового національного музею, стану Гансом Слоуном[44] нашого століття!</w:t>
      </w:r>
    </w:p>
    <w:p>
      <w:r>
        <w:br/>
        <w:t>Очі його блищали за великими скельцями окулярів. Зрозуміло було, що містер Натан Ґаррідеб не пошкодує зусиль задля пошуків однофамільця.</w:t>
      </w:r>
    </w:p>
    <w:p>
      <w:r>
        <w:br/>
        <w:t>— Я завітав до вас лише заради знайомства і в жодному разі не хотів би заважати вашим студіям, — мовив Холмс. — Я віддаю перевагу особистому знайомству з людиною, коли входжу з нею в ділові стосунки. Питань до вас у мене зовсім небагато, адже в моїй кишені лежить лист, де ви досить послідовно розповіли про все, і, до того ж, дещо я з’ясував з отим американським джентльменом. Як я зрозумів, до початку цього тижня ви й не чули про його існування?</w:t>
      </w:r>
    </w:p>
    <w:p>
      <w:r>
        <w:br/>
        <w:t>— Саме так. Уперше цей джентльмен з’явився до мене у вівторок.</w:t>
      </w:r>
    </w:p>
    <w:p>
      <w:r>
        <w:br/>
        <w:t>— А чи був він у вас сьогодні? Чи розповідав про свою зустріч зі мною?</w:t>
      </w:r>
    </w:p>
    <w:p>
      <w:r>
        <w:br/>
        <w:t>— Так, він одразу прийшов до мене. Він так розлютився!</w:t>
      </w:r>
    </w:p>
    <w:p>
      <w:r>
        <w:br/>
        <w:t>— А через що, по-вашому?</w:t>
      </w:r>
    </w:p>
    <w:p>
      <w:r>
        <w:br/>
        <w:t>— Він чомусь сприйняв це як образу своєї честі. Але від вас повернувся веселим.</w:t>
      </w:r>
    </w:p>
    <w:p>
      <w:r>
        <w:br/>
        <w:t>— Чи пропонував він якийсь план дій?</w:t>
      </w:r>
    </w:p>
    <w:p>
      <w:r>
        <w:br/>
        <w:t>— Ні, сер, жодного.</w:t>
      </w:r>
    </w:p>
    <w:p>
      <w:r>
        <w:br/>
        <w:t>— Ви давали йому якісь гроші? Або, може, він просив їх у вас?</w:t>
      </w:r>
    </w:p>
    <w:p>
      <w:r>
        <w:br/>
        <w:t>— Ні, сер, жодного разу!</w:t>
      </w:r>
    </w:p>
    <w:p>
      <w:r>
        <w:br/>
        <w:t>— Чи не помітили ви, що він має якусь особливу мету?</w:t>
      </w:r>
    </w:p>
    <w:p>
      <w:r>
        <w:br/>
        <w:t>— Ні, крім тієї, про яку розповів мені.</w:t>
      </w:r>
    </w:p>
    <w:p>
      <w:r>
        <w:br/>
        <w:t>— Ви повідомили його про нашу телефонну розмову?</w:t>
      </w:r>
    </w:p>
    <w:p>
      <w:r>
        <w:br/>
        <w:t>— Так, повідомив.</w:t>
      </w:r>
    </w:p>
    <w:p>
      <w:r>
        <w:br/>
        <w:t>Холмс глибоко замислився. Я бачив, що все це — дуже незрозуміла для нього загадка.</w:t>
      </w:r>
    </w:p>
    <w:p>
      <w:r>
        <w:br/>
        <w:t>— Ви маєте якісь цінні речі в своїй колекції?</w:t>
      </w:r>
    </w:p>
    <w:p>
      <w:r>
        <w:br/>
        <w:t>— Ні, сер. Я людина небагата. Це добра колекція, але нічого коштовного вона собою не являє.</w:t>
      </w:r>
    </w:p>
    <w:p>
      <w:r>
        <w:br/>
        <w:t>— І ви не боїтеся грабіжників?</w:t>
      </w:r>
    </w:p>
    <w:p>
      <w:r>
        <w:br/>
        <w:t>— Анітрохи.</w:t>
      </w:r>
    </w:p>
    <w:p>
      <w:r>
        <w:br/>
        <w:t>— Як довго ви мешкаєте в цих кімнатах?</w:t>
      </w:r>
    </w:p>
    <w:p>
      <w:r>
        <w:br/>
        <w:t>— Близько п’яти років.</w:t>
      </w:r>
    </w:p>
    <w:p>
      <w:r>
        <w:br/>
        <w:t>Холмсів допит перервав енергійний стукіт у двері. Тільки-но наш клієнт відчинив їх, як до кімнати стрімко увійшов американський адвокат.</w:t>
      </w:r>
    </w:p>
    <w:p>
      <w:r>
        <w:br/>
        <w:t>— Ось, подивіться! — вигукнув він, розмахуючи над головою газетою. — Я так і знав, що зустріну вас тут. Містере Натане Ґаррідебе, вітаю вас! Ви тепер багаті, сер. Наша справа дійшла до щасливого кінця. Усе залагодилося... Що ж до вас, містере Холмсе, то нам зостається лише попросити вибачення за те, що ми завдали вам зайвого клопоту.</w:t>
      </w:r>
    </w:p>
    <w:p>
      <w:r>
        <w:br/>
        <w:t>Він передав газету нашому клієнтові, який здивовано став читати окреслене в ній оголошення. Ми з Холмсом нахилилися вперед і, зазирнувши через плече старого, прочитали:</w:t>
      </w:r>
    </w:p>
    <w:p>
      <w:r>
        <w:br/>
        <w:t>"Говард Ґаррідеб.</w:t>
      </w:r>
    </w:p>
    <w:p>
      <w:r>
        <w:br/>
        <w:t>Конструктор сільськогосподарських машин.</w:t>
      </w:r>
    </w:p>
    <w:p>
      <w:r>
        <w:br/>
        <w:t>Снопов’язалки, жатки, ручні та парові плуги,</w:t>
      </w:r>
    </w:p>
    <w:p>
      <w:r>
        <w:br/>
        <w:t>сівалки, борони, фургони та інше знаряддя.</w:t>
      </w:r>
    </w:p>
    <w:p>
      <w:r>
        <w:br/>
        <w:t>Розрахунки за артизіанські свердловини.</w:t>
      </w:r>
    </w:p>
    <w:p>
      <w:r>
        <w:br/>
        <w:t>Ґровнер-Білдінґ, Астон, Бірмінгем"</w:t>
      </w:r>
    </w:p>
    <w:p>
      <w:r>
        <w:br/>
        <w:t>— Чудово! — задихаючись, вигукнув господар. — Ми знайшли третього!</w:t>
      </w:r>
    </w:p>
    <w:p>
      <w:r>
        <w:br/>
        <w:t>— Я збирав відомості в Бірмінгемі, — сказав американець, — і мій тамтешній агент надіслав мені місцеву газету з цим оголошенням. Ми мусимо негайно закінчувати цю справу. Я написав тому чоловікові й попередив, що ви будете у його конторі завтра о четвертій годині.</w:t>
      </w:r>
    </w:p>
    <w:p>
      <w:r>
        <w:br/>
        <w:t>— Ви хочете, щоб до нього поїхав саме я?</w:t>
      </w:r>
    </w:p>
    <w:p>
      <w:r>
        <w:br/>
        <w:t>— А ви, містере Холмсе, як гадаєте? Чи не здається вам, що так буде розумніше? Уявіть собі — я, якийсь американець, з’являюся до нього з отакими казочками. З якої причини він мені віритиме? А от ви — англієць із солідною репутацією, вас він, звичайно, вислухає. Я міг би вирушити разом з вами, якщо бажаєте, але завтра в мене багато всякого клопоту, та я відразу приїду до вас, якщо виникнуть якісь непорозуміння.</w:t>
      </w:r>
    </w:p>
    <w:p>
      <w:r>
        <w:br/>
        <w:t>— Гаразд, але я вже багато років не їздив так далеко...</w:t>
      </w:r>
    </w:p>
    <w:p>
      <w:r>
        <w:br/>
        <w:t>— Дарма, містере Ґаррідебе. Я вже все з’ясував для вас. Виїдете о дванадцятій годині й після другої будете на місці. Надвечір встигнете повернутися додому. Єдине, що ви повинні зробити, — то це зустрітися з тим чоловіком, познайомити його з нашою справою й дістати письмове підтвердження, що він насправді існує. Боже мій! — із запалом додав він. — Якщо подумати, що я подолав таку відстань із самісінького серця Америки, то з вас вимагають не так уже й багато — поїхати лише за якусь сотню миль, аби владнати нашу справу!</w:t>
      </w:r>
    </w:p>
    <w:p>
      <w:r>
        <w:br/>
        <w:t>— Безперечно, — погодився Холмс. — Як на мене, цей джентльмен має цілковиту рацію.</w:t>
      </w:r>
    </w:p>
    <w:p>
      <w:r>
        <w:br/>
        <w:t>Містер Натан Ґаррідеб знизав плечима й зітхнув.</w:t>
      </w:r>
    </w:p>
    <w:p>
      <w:r>
        <w:br/>
        <w:t>— Що ж, як ви наполягаєте, то я поїду. — Я, звичайно, не можу ні в чому відмовити вам, адже ви принесли в моє життя радість надії...</w:t>
      </w:r>
    </w:p>
    <w:p>
      <w:r>
        <w:br/>
        <w:t>— Тоді згода, — мовив Холмс, — і одразу повідомте мене про все, тільки-но матимете таку змогу.</w:t>
      </w:r>
    </w:p>
    <w:p>
      <w:r>
        <w:br/>
        <w:t>— Неодмінно, — відповів американець. — Гаразд, — додав він, поглянувши на годинник, — я мушу йти. А завтра, містере Натане, я проведу вас до бірмінгемського потяга. Нам не по дорозі, містере Холмсе, ні? Тоді на все добре, і завтра ввечері ви, напевно, вже матимете про нас новини.</w:t>
      </w:r>
    </w:p>
    <w:p>
      <w:r>
        <w:br/>
        <w:t>Я помітив, що обличчя мого друга проясніло, тільки-но американець вийшов із кімнати, й вираз розгубленості миттю зник.</w:t>
      </w:r>
    </w:p>
    <w:p>
      <w:r>
        <w:br/>
        <w:t>— Я хотів би оглянути ваші колекції, містере Ґаррідебе, — мовив він. — Мені в моїй професії все може придатися, а ваша кімната — справжнє джерело знань.</w:t>
      </w:r>
    </w:p>
    <w:p>
      <w:r>
        <w:br/>
        <w:t>Наш клієнт аж засяяв від задоволення, очі його зблиснули за скельцями великих окулярів.</w:t>
      </w:r>
    </w:p>
    <w:p>
      <w:r>
        <w:br/>
        <w:t>— Я не раз чув, сер, про вашу високу інтелігентність, — сказав він. — Я готовий не відкладаючи показати вам усе, що вас цікавить.</w:t>
      </w:r>
    </w:p>
    <w:p>
      <w:r>
        <w:br/>
        <w:t>— На жаль, зараз я не маю часу. Але всі ці предмети підписані й старанно впорядковані, тож я обійдуся і без ваших пояснень. Ви не будете заперечувати, якщо я відвідаю вашу кімнату завтра й огляну всі ці скарби без вас?</w:t>
      </w:r>
    </w:p>
    <w:p>
      <w:r>
        <w:br/>
        <w:t>— Ні, що ви, прошу. Помешкання буде, звичайно, зачинено, але я залишу ключ у покоївки, місіс Сандерс. До четвертої години вона буде тут, унизу, й відчинить вам.</w:t>
      </w:r>
    </w:p>
    <w:p>
      <w:r>
        <w:br/>
        <w:t>— Гаразд, саме завтра вдень я буду вільний. Було б непогано, якби ви переговорили з місіс Сандерс щодо ключа. До речі, хто ваші житлові агенти?</w:t>
      </w:r>
    </w:p>
    <w:p>
      <w:r>
        <w:br/>
        <w:t>Це несподіване запитання здивувало нашого клієнта:</w:t>
      </w:r>
    </w:p>
    <w:p>
      <w:r>
        <w:br/>
        <w:t>— Голловей і Стіл, на Еджвер-Роуд. А навіщо це вам?</w:t>
      </w:r>
    </w:p>
    <w:p>
      <w:r>
        <w:br/>
        <w:t>— Я сам непоганий знавець архітектури, — сміючись, сказав Холмс, — але ніяк не можу визначити час спорудження цього будинку. Це доба Анни чи перших Георгів?</w:t>
      </w:r>
    </w:p>
    <w:p>
      <w:r>
        <w:br/>
        <w:t>— Георгів, безперечно.</w:t>
      </w:r>
    </w:p>
    <w:p>
      <w:r>
        <w:br/>
        <w:t>— Можливо. Але мені здається, що він давніший. А втім, це неважко з’ясувати. На все добре, містере Ґаррідебе, й бажаю вам щасливої дороги до Бірмінгема.</w:t>
      </w:r>
    </w:p>
    <w:p>
      <w:r>
        <w:br/>
        <w:t>Житлове агентство містилося поряд, але контора була вже зачинена, і ми подалися додому на Бейкер-стрит. Лише після обіду Холмс повернувся до цієї теми.</w:t>
      </w:r>
    </w:p>
    <w:p>
      <w:r>
        <w:br/>
        <w:t>— Нашу нескладну загадку майже розгадано, — сказав він. — Ви, напевно, вже уявляєте собі подальший розвиток подій.</w:t>
      </w:r>
    </w:p>
    <w:p>
      <w:r>
        <w:br/>
        <w:t>— Але я не бачу тут ні початку, ні кінця!</w:t>
      </w:r>
    </w:p>
    <w:p>
      <w:r>
        <w:br/>
        <w:t>— Початок уже досить чітко окреслений, а кінець побачимо завтра. Вам нічого не здалося дивним у цьому оголошенні?</w:t>
      </w:r>
    </w:p>
    <w:p>
      <w:r>
        <w:br/>
        <w:t>— Так, слово "артезіанські" було надруковано з помилкою.</w:t>
      </w:r>
    </w:p>
    <w:p>
      <w:r>
        <w:br/>
        <w:t>— То ви теж помітили? Вітаю, Ватсоне, це вже успіх. Але то не друкарська помилка: оголошення надруковане так, як його написано. Калічена англійська мова, але чиста американська говірка. До речі, артезіанські свердловини більше поширені в Америці, ніж в Англії. Так само й фургони. Це типове американське оголошення, подане начебто англійською фірмою. Що ви гадаєте з цього приводу, Ватсоне?</w:t>
      </w:r>
    </w:p>
    <w:p>
      <w:r>
        <w:br/>
        <w:t>— Напевно, цей американський адвокат сам склав і подав оголошення. От тільки навіщо, не розумію.</w:t>
      </w:r>
    </w:p>
    <w:p>
      <w:r>
        <w:br/>
        <w:t>— Причини можуть бути різні. Але головне зрозуміло — він хотів випровадити до Бірмінгема нашого старенького приятеля. Це не підлягає сумніву. Можна, звичайно, сказати сердезі, що він їде шукати вітра в полі, але, з іншого боку, місце дії краще очистити. Завтра, Ватсоне, є завтра, воно все розкаже про себе.</w:t>
      </w:r>
    </w:p>
    <w:p>
      <w:r>
        <w:br/>
        <w:t>Уранці Холмс підхопився надзвичайно рано й кудись пішов. Перед сніданком він повернувся, і як на мене, досить заклопотаний.</w:t>
      </w:r>
    </w:p>
    <w:p>
      <w:r>
        <w:br/>
        <w:t>— Це серйозніше, ніж я гадав, Ватсоне, — сказав він. — Мушу вас про це попередити, хоча й знаю напевно, що це лише піддасть вам охоти іти на ризик. Хто краще за мене знає мого друга Ватсона? Але нагадую вам — справа ця небезпечна.</w:t>
      </w:r>
    </w:p>
    <w:p>
      <w:r>
        <w:br/>
        <w:t>— Це не перша небезпека, на яку ми наражаємося разом, Холмсе. І, сподіваюся, не остання. У чому ж вона цього разу?</w:t>
      </w:r>
    </w:p>
    <w:p>
      <w:r>
        <w:br/>
        <w:t>— Ця справа дуже непроста. Я встановив особу містера Джона Ґаррідеба, адвоката. Він не хто інший, як Убивця Еванс, один з найжорстокіших злочинців.</w:t>
      </w:r>
    </w:p>
    <w:p>
      <w:r>
        <w:br/>
        <w:t>— Боюся, що я й тепер нічого не розумію.</w:t>
      </w:r>
    </w:p>
    <w:p>
      <w:r>
        <w:br/>
        <w:t>— Нічого дивного, люди вашої професії не мають звички утримувати в своїй пам’яті "Ньюґейтський довідник"[45]. Я заходив у Скотленд-Ярд до нашого приятеля Лестрейда. Іноді їм не вистачає кебети й уяви, але щодо ретельності й методичності рівних собі вони не знають. Отож мені і спало на думку погортати їхні довідники, пошукати в них нашого американського друга. І я справді знайшов у їхній галереї шахраїв його усміхнене опецькувате обличчя. Читаю: "Джеймс Вінтер, або Моркрофт, або Убивця Еванс". — Холмс витяг із кишені конверт. — Я дещо занотував із його досьє. "Вік — 44 роки. Уродженець Чикаго. Вчинив три вбивства в Сполучених Штатах. Завдяки впливовим політикам утік із в’язниці. 1893 року прибув до Лондона. У січні 1895 року вбив партнера під час гри в карти в нічному клубі на Ватерлоо-Роуд. Сердега сконав, але свідки підтвердили, що сварку розпочав саме він. Особу вбитого було ідентифіковано як Роджера Прескота, відомого фальшивомонетника з Чикаго. 1901 року Убивця Еванс вийшов на волю. Нині перебуває під поліційним наглядом, постійно носить при собі зброю й не вагаючись застосовує її...". Отака, Ватсоне, наша пташка, — великий спритник, правду кажучи.</w:t>
      </w:r>
    </w:p>
    <w:p>
      <w:r>
        <w:br/>
        <w:t>— Але яку гру він веде?</w:t>
      </w:r>
    </w:p>
    <w:p>
      <w:r>
        <w:br/>
        <w:t>— Що ж, його наміри стають мені зрозумілими. Я заходив до житлового агентства. Наш клієнт, як мені підтвердили, мешкає там п’ять років. До того кімнати порожнювали цілий рік. Останнім їхнім мешканцем був джентльмен на прізвище Волдрон. Він несподівано зник і не залишив по собі ніяких даних. Зовнішні риси Волдрона в агентстві добре запам’ятали: це був високий смаглявий чоловік із бородою. До речі, Прескот, якого застрелив Убивця Еванс, теж згідно з довідниками був смаглявим бороданем. Як робоче припущення висуваємо думку, що саме Прескот, американський злочинець, займав колись кімнату, яку наш простакуватий приятель перетворив на свій музей. Отже, першу ланку в цій історії ми вже маємо.</w:t>
      </w:r>
    </w:p>
    <w:p>
      <w:r>
        <w:br/>
        <w:t>— А наступна?</w:t>
      </w:r>
    </w:p>
    <w:p>
      <w:r>
        <w:br/>
        <w:t>— Нам треба вирушити на його пошуки.</w:t>
      </w:r>
    </w:p>
    <w:p>
      <w:r>
        <w:br/>
        <w:t>Він вийняв револьвер з шухляди й простяг його мені.</w:t>
      </w:r>
    </w:p>
    <w:p>
      <w:r>
        <w:br/>
        <w:t>— Моя зброя теж зі мною. Можливо, наш друг із Дикого Заходу спробує виправдати своє прізвисько, отож ми повинні бути до цього готові. Відпочиньте з годинку, Ватсоне, а тоді, мабуть, і подамося на Літл-Райдер-стрит.</w:t>
      </w:r>
    </w:p>
    <w:p>
      <w:r>
        <w:br/>
        <w:t>Рівно о четвертій годині ми знов опинилися в дивовижному помешканні Натана Ґаррідеба. Місіс Сандерс, покоївка, вже збиралася йти, але, анітрохи не вагаючись, відчинила нам; на дверях був автоматичний замок, і Холмс запевнив, що як слід перевірить його, коли ми виходитимемо.</w:t>
      </w:r>
    </w:p>
    <w:p>
      <w:r>
        <w:br/>
        <w:t>Невдовзі ми почули, як грюкнули вхідні двері; потім за вікном промайнув капелюшок місіс Сандерс, — це означало, що на першому поверсі не залишилося нікого. Холмс швидко оглянув приміщення. Одна шафа стояла в темному кутку досить далеко від стіни, — за нею ми й сховались, і Холмс пошепки виклав мені свій план:</w:t>
      </w:r>
    </w:p>
    <w:p>
      <w:r>
        <w:br/>
        <w:t>— Він, зрозуміло, хотів випровадити нашого симпатичного клієнта з цієї кімнати, але оскільки наш колекціонер ніколи звідси не виходить, довелося вигадати якийсь привід. Уся ця історія з трьома Ґаррідебами не має на меті нічого іншого. Треба визнати, Ватсоне, що тут відчувається просто-таки диявольська винахідливість, навіть якщо незвичайне прізвище господаря виявилось несподіваним козирем... Свій намір він обміркував надзвичайно хитромудро.</w:t>
      </w:r>
    </w:p>
    <w:p>
      <w:r>
        <w:br/>
        <w:t>— Але навіщо йому все це?</w:t>
      </w:r>
    </w:p>
    <w:p>
      <w:r>
        <w:br/>
        <w:t>— Ми задля того тут і сидимо, щоб про це дізнатися. Як я зрозумів з усієї цієї ситуації, це не має жодного стосунку до нашого клієнта. Тут щось пов’язане з тим чоловіком, якого вбив Еванс, — напевно, вони колись були спільниками. Ця кімната приховує якусь таємницю. Спершу я підозрював, що наш приятель має в своїй колекції щось дуже цінне, про що він і сам не знає, — це могло б привернути увагу хитрого злочинця. Але те, що помешкання займав колись сумнозвісний Роджер Прескот, наводить на інші, глибші роздуми... Гаразд, Ватсоне, озброїмось тепер терпінням і дочекаймось, коли проб’є вирішальна година.</w:t>
      </w:r>
    </w:p>
    <w:p>
      <w:r>
        <w:br/>
        <w:t>Чекати цієї години довелося недовго. Ми завмерли, почувши, як відчинились і одразу ж зачинилися вхідні двері. Тоді різко клацнув ключ у дверях, що вели до кімнати, й з’явився наш американець. Він тихенько причинив за собою двері, пильним поглядом озирнув усе довкола і, переконавшись у безпеці, скинув пальто і підійшов до стола, що стояв посеред кімнати, — підійшов упевнено, як людина, котра твердо знає, що і як треба робити. Відсунувши стіл, він загорнув килим, на якому щойно стояв стіл, дістав із кишені ломик, став навколішки й заходився орудувати ним біля підлоги. Скоро ми почули, як грюкнули дошки, і в підлозі з’явилася прямокутна дірка. Убивця Еванс тернув сірником, засвітив недогарок свічки й зник з наших очей.</w:t>
      </w:r>
    </w:p>
    <w:p>
      <w:r>
        <w:br/>
        <w:t>Настав час діяти. Холмс доторкнувся до моєї руки, подаючи знак, і ми тихо підкралися до люку в підвал. Хоч як обережно ми рухалися, старі дошки все ж рипнули в нас під ногами, і з люка несподівано висунулася голова нашого американця. Його обличчя обернулося до нас і скривилося від безсилої люті, але відразу розслабилося, навіть розцвіло сором’язливою усмішкою, коли він побачив націлені йому просто в лоб два револьвери.</w:t>
      </w:r>
    </w:p>
    <w:p>
      <w:r>
        <w:br/>
        <w:t>— Гаразд, гаразд, — мовив він якомога спокійніше, вилазячи нагору. — Мабуть, мені вас не обдурити, Холмсе. Ви одразу розкусили мене й зоставили без виграшу. Гаразд, сер, ви перемогли, а якщо так...</w:t>
      </w:r>
    </w:p>
    <w:p>
      <w:r>
        <w:br/>
        <w:t>Він вихопив із-за пазухи револьвер і двічі вистрілив. Я відчув, як мені обпалило стегно, неначе розпеченим залізом. Та тут же пролунав глухий удар — Холмс зацідив своїм револьвером по голові злочинця. А ще за мить я побачив, що Еванс розпростерся на підлозі, й з обличчя в нього тече кров, а Холмс обмацує його тіло, шукаючи зброю. Потім міцні руки мого друга підхопили мене й підтягли до стільця.</w:t>
      </w:r>
    </w:p>
    <w:p>
      <w:r>
        <w:br/>
        <w:t>— Вас не поранило, Ватсоне? На Бога, скажіть, вас не поранило?</w:t>
      </w:r>
    </w:p>
    <w:p>
      <w:r>
        <w:br/>
        <w:t>Так, варто було дістати рану, а може, й не одну, щоб пізнати глибину турботливості й любові, які ховалися за крижаною маскою мого друга. Його ясні очі на хвилину затуманились, суворі губи затремтіли. Я відкрив для себе, що в нього не тільки великий розум, а й велике серце. Ця мить відкриття винагородила мене за всі роки мого відданого служіння.</w:t>
      </w:r>
    </w:p>
    <w:p>
      <w:r>
        <w:br/>
        <w:t>— Дарма, Холмсе. Маленька подряпина.</w:t>
      </w:r>
    </w:p>
    <w:p>
      <w:r>
        <w:br/>
        <w:t>Він розрізав холошу моїх штанів своїм кишеньковим ножиком.</w:t>
      </w:r>
    </w:p>
    <w:p>
      <w:r>
        <w:br/>
        <w:t>— Так, правда! — скрикнув він, глибоко зітхнувши з полегкості. — Лише шкіру зачепило. — Його обличчя озлобилося, він кинув гнівний погляд на нашого полоненого, що сидів і збентежено дивився просто себе. — Твоє щастя, негіднику, Господом заприсягаюся... Якби ти вбив Ватсона, то живим звідси не вийшов би. Ну, сер, що ви тепер скажете нам?</w:t>
      </w:r>
    </w:p>
    <w:p>
      <w:r>
        <w:br/>
        <w:t>Але той не міг уже нічого сказати. Він лише сидів і кривився. Я сперся на плече Холмса, і ми зазирнули вниз, у невеликий підвал, що ховався під лядою. Наші очі зупинилися на якійсь іржавій машині, великих сувоях паперу, цілій купі пляшок... А на невеликому столі лежало кілька маленьких білих пачок.</w:t>
      </w:r>
    </w:p>
    <w:p>
      <w:r>
        <w:br/>
        <w:t>— Друкарський верстат... Повний арсенал фальшивомонетника, — мовив Холмс.</w:t>
      </w:r>
    </w:p>
    <w:p>
      <w:r>
        <w:br/>
        <w:t>— Так, сер, — сказав наш полонений, поволі підводячись, і знову впав на стілець. — Тут працював найбільший лондонський фальшивомонетник... Оце — Прескотів верстат, а ці пачки на столі — дві тисячі банкнот його роботи, кожна варта сотні фунтів і цілком придатна для оплати... Що ж, забирайте, джентльмени, а мене пустіть...</w:t>
      </w:r>
    </w:p>
    <w:p>
      <w:r>
        <w:br/>
        <w:t>Холмс засміявся.</w:t>
      </w:r>
    </w:p>
    <w:p>
      <w:r>
        <w:br/>
        <w:t>— Ми такого не виробляємо, містере Евансе. Ні, тепер ви ніде не заховаєтеся. Хіба не ви застрелили Прескота?</w:t>
      </w:r>
    </w:p>
    <w:p>
      <w:r>
        <w:br/>
        <w:t>— Так, сер, я за те й відсидів п’ять років, але сварку затіяв він сам. П’ять років, за які мене слід було б нагородити медаллю розміром із тарілку! Жодна жива душа не змогла б відрізнити виробів Прескота від виробів Англійського банку, і якби я не застрелив його, увесь Лондон потонув би в його папірцях. Тільки я один знав, де він їх друкує. Чого ж тут дивуватися, що мене тягло до цього місця? Коли я дізнався, що цей придуркуватий збирач комашок із чудернацьким прізвищем сидить на справжній скарбниці й не виходить із кімнати, то намагався випхнути його звідси як тільки міг! Може, розумніше було б застрелити його та й квит... Та надто вже м’яке в мене серце, не можу стріляти в людину без зброї. Скажіть-но, містере Холмсе, який злочин я вчинив? Грошей цих не брав, старого й пальцем не зачепив... До чого тут можна причепитися?</w:t>
      </w:r>
    </w:p>
    <w:p>
      <w:r>
        <w:br/>
        <w:t>— Звичайнісінький замах на життя, — відповів Холмс. — Але це вже не наша робота. До цього візьмуться інші. Поки що нам потрібна лише ваша вельмишановна особа. Ватсоне, зателефонуйте, будь ласка, до Скотленд-Ярду. Це, напевно, не стане для них несподіванкою.</w:t>
      </w:r>
    </w:p>
    <w:p>
      <w:r>
        <w:br/>
        <w:t>Такі факти, пов’язані з Убивцею Евансом та його хитромудрою вигадкою про трьох Ґаррідебів. Пізніше ми довідалися, що наш бідолашний старенький приятель не витримав удару, коли його мрії розвіялися, мов дим. Повітряний замок упав і поховав під руїнами його самого. Останні новини про нього ми одержали з психіатричної лікарні в Брикстоні. А в Скотленд-Ярді був щасливий день, коли з підвалу дістали всі Прескотові злочинні знаряддя. Хоч поліції й було відомо про них, проте після смерті їхнього господаря відшукати їх стало неможливо. Еванс і справді зробив добру послугу шановним особам із карного розшуку й дав їм змогу спокійнісінько спати, бо фальшивомонетник — особлива небезпека для суспільства. Вони залюбки нагородили б його медаллю розміром із тарілку, про яку колись говорив цей злочинець, але невдячні судді дотримувались іншої, менш бажаної для нього думки. Убивця Еванс знову зник у світі тіней, звідки щойно був з’явився на білий світ.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Троє Ґаррідебів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