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Троєженець</w:t>
      </w:r>
    </w:p>
    <w:p>
      <w:r>
        <w:br/>
        <w:t xml:space="preserve"> За тридев’ять земель, у тридесятім царстві&lt;br /&gt;</w:t>
        <w:br/>
        <w:t>Та в іншім государстві,&lt;br /&gt;</w:t>
        <w:br/>
        <w:t>Якийсь-то хвабрий молодець&lt;br /&gt;</w:t>
        <w:br/>
        <w:t>(Чи дворянин він, чи купець —&lt;br /&gt;</w:t>
        <w:br/>
        <w:t>Про те вже не скажу вам, братця,&lt;br /&gt;</w:t>
        <w:br/>
        <w:t>Щоб іноді не пробрехаться…) —&lt;br /&gt;</w:t>
        <w:br/>
        <w:t>Та що утяв!.&lt;br /&gt;</w:t>
        <w:br/>
        <w:t>Послухайте! Узяв&lt;br /&gt;</w:t>
        <w:br/>
        <w:t>Покинув жінку та й поплівся,&lt;br /&gt;</w:t>
        <w:br/>
        <w:t>Хто його зна — куди й чого…&lt;br /&gt;</w:t>
        <w:br/>
        <w:t>От потім чують про його,&lt;br /&gt;</w:t>
        <w:br/>
        <w:t>Що десь він аж на двох жінках ще оженився,-&lt;br /&gt;</w:t>
        <w:br/>
        <w:t>Такий пройдисвіт був.&lt;br /&gt;</w:t>
        <w:br/>
        <w:t>От якось цар про се почув&lt;br /&gt;</w:t>
        <w:br/>
        <w:t>Та зараз же бомагу й посилає,&lt;br /&gt;</w:t>
        <w:br/>
        <w:t>Щоб беззаконника такого-то схопить,&lt;br /&gt;</w:t>
        <w:br/>
        <w:t>Приставити у суд — і там його судить;&lt;br /&gt;</w:t>
        <w:br/>
        <w:t>А всім судейським натякає,&lt;br /&gt;</w:t>
        <w:br/>
        <w:t>Що ділом не вертіть&lt;br /&gt;</w:t>
        <w:br/>
        <w:t>(Видно, цей гріх у них буває!),&lt;br /&gt;</w:t>
        <w:br/>
        <w:t>А так йому, поганцю, присудить,&lt;br /&gt;</w:t>
        <w:br/>
        <w:t>Щоб більше вже ніхто не мусив так робити,&lt;br /&gt;</w:t>
        <w:br/>
        <w:t>Коли на світі хоче жити;&lt;br /&gt;</w:t>
        <w:br/>
        <w:t>"А якщо зробите не так,-&lt;br /&gt;</w:t>
        <w:br/>
        <w:t>Повішаю усіх, неначе тих собак".&lt;br /&gt;</w:t>
        <w:br/>
        <w:t>Не знає бідний суд, де діться,&lt;br /&gt;</w:t>
        <w:br/>
        <w:t>Усіх циганський піт пройма,&lt;br /&gt;</w:t>
        <w:br/>
        <w:t>А ділові ладу нема:&lt;br /&gt;</w:t>
        <w:br/>
        <w:t>Як не присудять — не годиться;&lt;br /&gt;</w:t>
        <w:br/>
        <w:t>Бо вже доводилось судить —&lt;br /&gt;</w:t>
        <w:br/>
        <w:t>Так капосний народ не дуже щось боїться…&lt;br /&gt;</w:t>
        <w:br/>
        <w:t>Ну що його робить?.&lt;br /&gt;</w:t>
        <w:br/>
        <w:t>Возилися, возилися&lt;br /&gt;</w:t>
        <w:br/>
        <w:t>Та якось і вмудрилися&lt;br /&gt;</w:t>
        <w:br/>
        <w:t>Прояву осудить.&lt;br /&gt;</w:t>
        <w:br/>
        <w:t>Зібралися пани, поприбігали люде&lt;br /&gt;</w:t>
        <w:br/>
        <w:t>Дивитися — що буде,&lt;br /&gt;</w:t>
        <w:br/>
        <w:t>А суд гуртом рішив:&lt;br /&gt;</w:t>
        <w:br/>
        <w:t>"Щоб беззаконника провчити,-&lt;br /&gt;</w:t>
        <w:br/>
        <w:t>Опреділити,&lt;br /&gt;</w:t>
        <w:br/>
        <w:t>Щоб він з трьома жінками жив".&lt;br /&gt;</w:t>
        <w:br/>
        <w:t>Дивується народ та й дума: "От удрали!&lt;br /&gt;</w:t>
        <w:br/>
        <w:t>Теперечки ж усі пропали:&lt;br /&gt;</w:t>
        <w:br/>
        <w:t>Повішають дурних!"&lt;br /&gt;</w:t>
        <w:br/>
        <w:t>Аж ні! Поперед всіх&lt;br /&gt;</w:t>
        <w:br/>
        <w:t>Повісився пройдисвіт на осиці&lt;br /&gt;</w:t>
        <w:br/>
        <w:t>(Видно, жінки були завзяті птиці!).&lt;br /&gt;</w:t>
        <w:br/>
        <w:t>Та й що ж ви думаєте? Казус сей&lt;br /&gt;</w:t>
        <w:br/>
        <w:t>Так налякав усіх людей,&lt;br /&gt;</w:t>
        <w:br/>
        <w:t>Що більше вже ніхто із глузду не скрутився;&lt;br /&gt;</w:t>
        <w:br/>
        <w:t>І досі не чутно, щоб хто на трьох жінках&lt;br /&gt;</w:t>
        <w:br/>
        <w:t>В тім царстві оженився.&lt;br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Троєженець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