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Царська воля</w:t>
      </w:r>
    </w:p>
    <w:p>
      <w:r>
        <w:br/>
        <w:t xml:space="preserve"> &lt;p&gt;Просидівши дві години навпочіпки під прилавком з посудом, Боб Грейнджер відчув, що в нього отерпли ноги. Він ворухнувся, бажаючи непомітно змінити позу, й замашна ключка для гольфа з грюкотом скотилася з його колін на підлогу.</w:t>
      </w:r>
    </w:p>
    <w:p>
      <w:r>
        <w:br/>
        <w:t>— Тсс,— прошепотіла Джейніс, вона міцно стискала залізного патика.</w:t>
      </w:r>
    </w:p>
    <w:p>
      <w:r>
        <w:br/>
        <w:t>— Не думаю, щоб він з'явився,— сказав Боб.</w:t>
      </w:r>
    </w:p>
    <w:p>
      <w:r>
        <w:br/>
        <w:t>— Сиди тихенько, любий,— знову пошепки відповіла Джейніс, напружено вдивляючись у темряву.</w:t>
      </w:r>
    </w:p>
    <w:p>
      <w:r>
        <w:br/>
        <w:t>Досі ніяких ознак появи злодія не було. Але ось уже цілий тиждень він приходить сюди щоночі, таємниче викрадаючи генератори, холодильники й кондиціонери. Таємниче, бо не ламав замків, не вирізав віконного скла й не лишав слідів. І все-таки якимось чудом він забирався в крамницю і кожного разу завдавав чималих збитків їхньому майну.</w:t>
      </w:r>
    </w:p>
    <w:p>
      <w:r>
        <w:br/>
        <w:t>— Навряд чи з нашої витівки що-небудь вийде,— зашепотів Боб.— Кінець кінцем, якщо людина спроможна понести на спині генератора вагою в кілька сотень фунтів...</w:t>
      </w:r>
    </w:p>
    <w:p>
      <w:r>
        <w:br/>
        <w:t>— Нічого, впораємось,— заперечила Джейніс з певністю, завдяки якій свого часу одержала чин старшого сержанта Жіночого мотопіхотного корпусу.— Окрім того, повинні ж ми якось припинити його наскоки: адже через це доводиться відкладати наше весілля.</w:t>
      </w:r>
    </w:p>
    <w:p>
      <w:r>
        <w:br/>
        <w:t>Боб кивнув. На свої армійські заощадження вони з Джейніс відкрили в рідному містечку універсальну крамницю й мали на меті побратися, лиш тільки дозволять прибутки. Але ж якщо зникають холодильники й кондиціонери повітря...</w:t>
      </w:r>
    </w:p>
    <w:p>
      <w:r>
        <w:br/>
        <w:t>— Здається, я щось чую,— кинула Джейніс і зручніше перехопила патика.</w:t>
      </w:r>
    </w:p>
    <w:p>
      <w:r>
        <w:br/>
        <w:t>Десь у крамниці почувся ледь вловимий шурхіт. Вони затамували подих. Потім долинули приглушені кроки — хтось ступав по лінолеуму.</w:t>
      </w:r>
    </w:p>
    <w:p>
      <w:r>
        <w:br/>
        <w:t>— Коли він вийде на середину зали,— прошепотіла Джейніс,— вмикай світло.</w:t>
      </w:r>
    </w:p>
    <w:p>
      <w:r>
        <w:br/>
        <w:t>Нарешті вони розгледіли в темній залі якусь чорну пляму. Боб увімкнув світло й крикнув: "Стій! Ані руш!"</w:t>
      </w:r>
    </w:p>
    <w:p>
      <w:r>
        <w:br/>
        <w:t>— Не може бути! — охнула Джейніс, мало не впустивши патика. Боб оглянувся й конвульсивно ковтнув повітря.</w:t>
      </w:r>
    </w:p>
    <w:p>
      <w:r>
        <w:br/>
        <w:t>Перед ними стояв крем'язень зростом на добрих три метри. На його лобі чітко проступали ріжки, за спиною тріпотіли манісінькі крильця. Одягнутий він був у шаровари з грубої бавовняної тканини індійського виробництва та білий спортивний светр з червоними літерами на грудях: "Політехнічний ім. Ібліса". На величезних ножищах красувалися поношені білі черевики з оленячої шкіри, а світле волосся було підстрижене йоржиком.</w:t>
      </w:r>
    </w:p>
    <w:p>
      <w:r>
        <w:br/>
        <w:t>— Прокляття,— вилаявся непроханий гість, побачивши Боба й Джейніс.— Так і знав, що треба було прослухати в університеті курс невидимості.</w:t>
      </w:r>
    </w:p>
    <w:p>
      <w:r>
        <w:br/>
        <w:t>Він обхопив руками живіт і надув щоки. Вмить ноги його зникли. Велетень продовжував дути з усієї сили, аж поки став невидимий і живіт, одначе далі діло не пішло.</w:t>
      </w:r>
    </w:p>
    <w:p>
      <w:r>
        <w:br/>
        <w:t>— Не вмію,— винувато сказав він і видихнув усе повітря. Живіт і ноги знову окреслились.— Хисту не вистачає. Прокляття!</w:t>
      </w:r>
    </w:p>
    <w:p>
      <w:r>
        <w:br/>
        <w:t>— Що тобі треба? — спитала Джейніс, грізно випроставшись на всі свої півтора з невеличким лишком метра.</w:t>
      </w:r>
    </w:p>
    <w:p>
      <w:r>
        <w:br/>
        <w:t>— Що треба? Зараз зміркую. Ага, вентилятора! — Він перейшов залу й легко підняв з підлоги великого вентилятора.</w:t>
      </w:r>
    </w:p>
    <w:p>
      <w:r>
        <w:br/>
        <w:t>— Стій! — крикнув Боб. Він підійшов до велетня, тримаючи напоготові ключку для гольфа. Джейніс визирала з-за його спини.— Цікаво, куди це ти з ним вирядився?</w:t>
      </w:r>
    </w:p>
    <w:p>
      <w:r>
        <w:br/>
        <w:t>— До царя Алеріана,—відповів велетень.— Він забажав мати вентилятора.</w:t>
      </w:r>
    </w:p>
    <w:p>
      <w:r>
        <w:br/>
        <w:t>— А, забажав, он воно що! — спроквола мовила Джейніс.— Ану постав на місце! — Вона замахнулася на нього патиком.</w:t>
      </w:r>
    </w:p>
    <w:p>
      <w:r>
        <w:br/>
        <w:t>— Але ж я тут ні до чого! — заперечив велетень, нервово потріпуючи крильцями.— Цар його забажав.</w:t>
      </w:r>
    </w:p>
    <w:p>
      <w:r>
        <w:br/>
        <w:t>— Тоді нарікай на себе,— крізь зуби процідила Джейніс.</w:t>
      </w:r>
    </w:p>
    <w:p>
      <w:r>
        <w:br/>
        <w:t>Після служби в армії, де вона ремонтувала мотори для джипів, Джейніс була в чудовій формі, незважаючи на малий зріст. Вона уперіщила велетня патиком. При цьому її світле волосся безладно розвіялось.</w:t>
      </w:r>
    </w:p>
    <w:p>
      <w:r>
        <w:br/>
        <w:t>— Гех! — вигукнула Джейніс. Патик відскочив од голови дивного створіння, трохи не зваливши дівчину, з ніг. Тієї ж миті Боб замірився ключкою, цілячись полічити велетневі ребра.</w:t>
      </w:r>
    </w:p>
    <w:p>
      <w:r>
        <w:br/>
        <w:t>Ключка прошила велетня наскрізь і, підскочивши, впала на підлогу.</w:t>
      </w:r>
    </w:p>
    <w:p>
      <w:r>
        <w:br/>
        <w:t>— На феру сила не діє,— зніяковіло пояснив велетень.</w:t>
      </w:r>
    </w:p>
    <w:p>
      <w:r>
        <w:br/>
        <w:t>— На кого? — перепитав Боб.</w:t>
      </w:r>
    </w:p>
    <w:p>
      <w:r>
        <w:br/>
        <w:t>— На феру. Ми доводимось двоюрідними братами джіннам, а по жіночій лінії нам родичі деви.— Він знову попрямував до центру зали, затиснувши вентилятор у широчезному кулаці. А тепер, з вашого дозволу...</w:t>
      </w:r>
    </w:p>
    <w:p>
      <w:r>
        <w:br/>
        <w:t>— Це демон? — Від здивування Джейніс роззявила рота. В дитинстві батьки забороняли їй слухати казки про демонів і привидів, і Джейніс виросла тверезою реалісткою. Вона вправно ремонтувала будь-які механізми — такий був її внесок у діловій співдружності. Усе ж хоч скільки незвичайне вона передовіряла Бобові.</w:t>
      </w:r>
    </w:p>
    <w:p>
      <w:r>
        <w:br/>
        <w:t>Боб, вихований на щедрих порціях Берроуза[1] й "Чарівника із Смарагдового Міста", виявився легковірніший.</w:t>
      </w:r>
    </w:p>
    <w:p>
      <w:r>
        <w:br/>
        <w:t>— Ви хочете сказати, що вийшли з "Тисячі й однієї ночі"? — спитав він.</w:t>
      </w:r>
    </w:p>
    <w:p>
      <w:r>
        <w:br/>
        <w:t>— Та ні ж,— наморщився фера.— Арабські джінни доводяться мені двоюрідними братами. Усі демони кревні між собою, але я — фера, з роду ферів.</w:t>
      </w:r>
    </w:p>
    <w:p>
      <w:r>
        <w:br/>
        <w:t>— Будьте ласкаві,— шанобливо звернувся Боб до гостя,— скажіть, для чого знадобилися вам генератор, холодильник і кондиціонер повітря?</w:t>
      </w:r>
    </w:p>
    <w:p>
      <w:r>
        <w:br/>
        <w:t>— Охоче і з задоволенням,— відповів фера, ставлячи вентилятор на підлогу. Він понишпорив рукою у повітрі, знайшов те, що шукав, й усівся на порожнечу. Потім схрестив під собою ноги й зашнурував тугіше одного черевика.— Тижнів три тому я скінчив політехнічний коледж імені Ібліса,— почав він оповідати.— І, звичайно, тоді ж подав заяву на державну цивільну службу. Споконвіку мої предки були урядовцями, так уже в нашому роду повелося. Ну, а заяв, як завжди, була ціла купа, так що я...</w:t>
      </w:r>
    </w:p>
    <w:p>
      <w:r>
        <w:br/>
        <w:t>— На державну цивільну службу? — перебив Боб.</w:t>
      </w:r>
    </w:p>
    <w:p>
      <w:r>
        <w:br/>
        <w:t>— Еге ж. Це державні посади — навіть джінн чарівної Аладдінової лампи був урядовцем. Треба, бачте, тримати спеціальну пробу...</w:t>
      </w:r>
    </w:p>
    <w:p>
      <w:r>
        <w:br/>
        <w:t>— Не тягни,— попросив Боб.</w:t>
      </w:r>
    </w:p>
    <w:p>
      <w:r>
        <w:br/>
        <w:t>— Так ось... Заприсягніть, що це лишиться між нами... Я одержав роботу по знайомству.— Гість спалахнув з ніяковості, й щоки його стали оранжеві.— Мій батько — член пеклової Ради — пустив у дію всю силу свого впливу. Мене наставили ферою Царського кубка, поминувши 4 000 фер з ученими ступенями. Знаєте, це велика честь.</w:t>
      </w:r>
    </w:p>
    <w:p>
      <w:r>
        <w:br/>
        <w:t>Усі помовчали, й фера заговорив знову.</w:t>
      </w:r>
    </w:p>
    <w:p>
      <w:r>
        <w:br/>
        <w:t>— Треба признатись, я не був добре підготований,— мовив він сумно.— Фера кубка повинен бути митцем у всіх галузях демонології. А я тільки-тільки з студентської лави, та ще з посередніми оцінками. Але мені, певна річ, здавалося, що я з будь-чим упораюсь.</w:t>
      </w:r>
    </w:p>
    <w:p>
      <w:r>
        <w:br/>
        <w:t>Фера на мить змовк і зручніше усівся в повітрі.</w:t>
      </w:r>
    </w:p>
    <w:p>
      <w:r>
        <w:br/>
        <w:t>— Одначе не варт морочити вам голови своїми клопотами,— спохватився він і зіскочив з повітря, ставши на підлогу.— Ще раз прошу вибачити.</w:t>
      </w:r>
    </w:p>
    <w:p>
      <w:r>
        <w:br/>
        <w:t>Він підняв з підлоги вентилятора.</w:t>
      </w:r>
    </w:p>
    <w:p>
      <w:r>
        <w:br/>
        <w:t>— Хвилинку,— зупинила його Джейніс.— Це цар наказав тобі взяти саме нашого вентилятора.</w:t>
      </w:r>
    </w:p>
    <w:p>
      <w:r>
        <w:br/>
        <w:t>— Якоюсь мірою,— відповів фера, знову прибираючи оранжевого кольору.</w:t>
      </w:r>
    </w:p>
    <w:p>
      <w:r>
        <w:br/>
        <w:t>— Скажи,— поцікавилась Джейніс,— а твій цар багатий? — Поки що вона вирішила поводитися з цим надприродним створінням, як із звичайною людиною.</w:t>
      </w:r>
    </w:p>
    <w:p>
      <w:r>
        <w:br/>
        <w:t>— Він досить маєтний монарх.</w:t>
      </w:r>
    </w:p>
    <w:p>
      <w:r>
        <w:br/>
        <w:t>— Тоді чому він не платить за цей мотлох,— поцікавилася Джейніс.— Для чого йому потрібне обов'язково крадене?</w:t>
      </w:r>
    </w:p>
    <w:p>
      <w:r>
        <w:br/>
        <w:t>— Ну,— промимрив фера,— йому просто ніде купити.</w:t>
      </w:r>
    </w:p>
    <w:p>
      <w:r>
        <w:br/>
        <w:t>"Якась відстала східна країна",— подумала Джейніс.</w:t>
      </w:r>
    </w:p>
    <w:p>
      <w:r>
        <w:br/>
        <w:t>— Чому б йому не ввозити електротовари з-за кордону? Будь-яка фірма радо згодиться мат з ним діло,— сказала вона вголос.</w:t>
      </w:r>
    </w:p>
    <w:p>
      <w:r>
        <w:br/>
        <w:t>— Усе це надзвичайно незручно,— ухильно відповів фера й потер одним черевиком об другий.— Шкода, що я не можу стати невидимкою.</w:t>
      </w:r>
    </w:p>
    <w:p>
      <w:r>
        <w:br/>
        <w:t>— Викладай,— не вгамовувався Боб.</w:t>
      </w:r>
    </w:p>
    <w:p>
      <w:r>
        <w:br/>
        <w:t>— Якщо хочете знати,— похмуро відповів фера,— цар Алеріан живе в тому часі, який ви називаєте двотисячним роком до вашої ери.</w:t>
      </w:r>
    </w:p>
    <w:p>
      <w:r>
        <w:br/>
        <w:t>— Тоді як же...</w:t>
      </w:r>
    </w:p>
    <w:p>
      <w:r>
        <w:br/>
        <w:t>— Та почекайте! — розсердився молодий фера.— Я вам усе поясню.</w:t>
      </w:r>
    </w:p>
    <w:p>
      <w:r>
        <w:br/>
        <w:t>Він витер спітнілі руки об білий светр.</w:t>
      </w:r>
    </w:p>
    <w:p>
      <w:r>
        <w:br/>
        <w:t>— Як я розповідав, мені дісталася посада фери Царського кубка. Я, звісно, чекав, що цар стане вимагати коштовного каміння, красивих жінок,— те й інше я легко постачив би йому. Цей розділ чаклунства входить у програму першого семестра. Одначе коштовного каміння в царя було досить, а жінок більш ніж досить — він уже не знав, що з ними робити. І ось цар наказав мені — що б ви думали? "Феро, влітку в моєму палаці жарко. Сотвори таке, що принесло б у палац прохолоду".</w:t>
      </w:r>
    </w:p>
    <w:p>
      <w:r>
        <w:br/>
        <w:t>Я одразу зрозумів, що попався. Фери вчаться змінювати клімат лише на спеціальних семінарах. Напевне, я надто багато часу згаяв на біговій доріжці. Як то кажуть, влип.</w:t>
      </w:r>
    </w:p>
    <w:p>
      <w:r>
        <w:br/>
        <w:t>Я спішно звернувся до Великої магічної енциклопедії і проглянув статтю "Клімат". Заклинання виявились надто складні для мене. Просити в когось допомоги я не міг. Адже це означало заявити про свою непридатність. Одначе я вичитав, що в двадцятому столітті існує штучне керування кліматом. Тоді я пробрався в майбутнє вузенькою стежиною й узяв одного вашого кондиціонера. Потім цар повелів зробити так, щоб його їство не псувалось, і я вернувся по холодильник. Потім...</w:t>
      </w:r>
    </w:p>
    <w:p>
      <w:r>
        <w:br/>
        <w:t>— І все це ти підмикав до генератора?— спитала Джейніс, яку цікавив технічний бік цього питання.</w:t>
      </w:r>
    </w:p>
    <w:p>
      <w:r>
        <w:br/>
        <w:t>— Так. Я, можливо, не такий уже мастак у заклинаннях, але в техніці я щось тямлю.</w:t>
      </w:r>
    </w:p>
    <w:p>
      <w:r>
        <w:br/>
        <w:t>"А в нього кінці з кінцями сходяться",— подумав Боб. Справді, хто вмів за 2 000 років до нашої ери створювати в палацах прохолоду? За всі багатства світу не можна було купити струменю крижаного повітря з кондиціонера або холодильника, що зберігає свіжою їжу. Одначе Бобові не давала спокою думка: що ж це за демон? На ассірійського не схожий. Що не єгипетський — ясно...</w:t>
      </w:r>
    </w:p>
    <w:p>
      <w:r>
        <w:br/>
        <w:t>— Ні, не розумію,— сказала Джейніс.— У минулому? Ти маєш на увазі мандрівку по часові?</w:t>
      </w:r>
    </w:p>
    <w:p>
      <w:r>
        <w:br/>
        <w:t>— Саме так. У коледжі я спеціалізувався на мандрівках по часові,— підтвердив фера із задерикувато-гордовитою посмішкою.</w:t>
      </w:r>
    </w:p>
    <w:p>
      <w:r>
        <w:br/>
        <w:t>"Може, ацтекський,— думав тим часом Боб,— хоч у цьому мало вірогідного..."</w:t>
      </w:r>
    </w:p>
    <w:p>
      <w:r>
        <w:br/>
        <w:t>— Що ж,— порадила Джейніс,— звернися ще куди-небудь. Чому б тобі, наприклад, не пограбувати великий універсальний магазин у столиці.</w:t>
      </w:r>
    </w:p>
    <w:p>
      <w:r>
        <w:br/>
        <w:t>— Ваша крамниця єдина, куди приводить стежка в часові,— пояснив фера.— Він підняв вентилятора.— Мені, далебі, неприємно, але якщо я не прославлюсь у царя Алеріана, то ніколи не одержу іншої посади. Ім'я моє буде приречене на забуття.</w:t>
      </w:r>
    </w:p>
    <w:p>
      <w:r>
        <w:br/>
        <w:t>І він зник.</w:t>
      </w:r>
    </w:p>
    <w:p>
      <w:r>
        <w:br/>
        <w:t>Півгодини по тому Боб і Джейніс сиділи в наріжній кабінці кафе, що було відчинене цілу добу. Вони пили чорну каву й напівголосом перемовлялись.</w:t>
      </w:r>
    </w:p>
    <w:p>
      <w:r>
        <w:br/>
        <w:t>— Не вірю жодному слову! — гарячкувала Джейніс, до якої повернувся її природний скепсис.— Демони! Фери!</w:t>
      </w:r>
    </w:p>
    <w:p>
      <w:r>
        <w:br/>
        <w:t>— Доведеться тобі повірити,— стомлено обізвався Боб.— Адже ти бачила своїми очима.</w:t>
      </w:r>
    </w:p>
    <w:p>
      <w:r>
        <w:br/>
        <w:t>— Не можна вірити всьому, що бачиш,— твердо відповіла Джейніс. Одначе нараз згадала про втрачені товари, загублені прибутки й про весілля, що відсувається все далі й далі.— Ну, та гаразд,— сказала вона.— Ой, любий, що ж нам робити?</w:t>
      </w:r>
    </w:p>
    <w:p>
      <w:r>
        <w:br/>
        <w:t>— З магією треба боротись за допомогою магії,— повчально випалив Боб.—Завтра вночі він знову прийде. І вже тут ми підготуємось.</w:t>
      </w:r>
    </w:p>
    <w:p>
      <w:r>
        <w:br/>
        <w:t>— Я теж так вважаю,— підтримала його Джейніс.— Я знаю, в кого можна позичити вінчестер...</w:t>
      </w:r>
    </w:p>
    <w:p>
      <w:r>
        <w:br/>
        <w:t>Боб похитав головою:</w:t>
      </w:r>
    </w:p>
    <w:p>
      <w:r>
        <w:br/>
        <w:t>— Кулі відскочать від нього або пройдуть наскрізь, не завдавши шкоди. Добра, випробувана магія — ось що нам треба. Клин клином виганяють.</w:t>
      </w:r>
    </w:p>
    <w:p>
      <w:r>
        <w:br/>
        <w:t>— А яка саме магія? — спитала Джейніс.</w:t>
      </w:r>
    </w:p>
    <w:p>
      <w:r>
        <w:br/>
        <w:t>— Щоб діяти напевне,— відповів Боб,— ми вже спробуємо всі відомі нам магії. Як шкода, що я не знаю, звідки він родом. Щоб досягти бажаного ефекту, магія повинна...</w:t>
      </w:r>
    </w:p>
    <w:p>
      <w:r>
        <w:br/>
        <w:t>— Ще кави?— спитав служка, що раптом виріс перед ними.</w:t>
      </w:r>
    </w:p>
    <w:p>
      <w:r>
        <w:br/>
        <w:t>Боб винувато подивився на нього, а Джейніс почервоніла.</w:t>
      </w:r>
    </w:p>
    <w:p>
      <w:r>
        <w:br/>
        <w:t>— Ходімо звідси,— запропонувала вона.— Якщо хтось підслухає нас, то ми станемо посміховиськом для всіх. Тоді хоч тікай з містечка.</w:t>
      </w:r>
    </w:p>
    <w:p>
      <w:r>
        <w:br/>
        <w:t>Увечері вони зустрілися в крамниці. Увесь день Боб просидів у бібліотеці, вишукуючи матеріал. Здобутком його зусиль були двадцять п'ять аркушів, з обох боків змережаних незграбними карлючками.</w:t>
      </w:r>
    </w:p>
    <w:p>
      <w:r>
        <w:br/>
        <w:t>— А все-таки шкода, що в нас нема вінчестера,— сказала Джейніс, прихопивши із секції металевих виробів шоферського домкрата.</w:t>
      </w:r>
    </w:p>
    <w:p>
      <w:r>
        <w:br/>
        <w:t>О 23.45 з'явився фера.</w:t>
      </w:r>
    </w:p>
    <w:p>
      <w:r>
        <w:br/>
        <w:t>— Вітаю!—кивнув він.— Де у вас електрокаміни? Цар зволив мати щось на зиму. Відкриті вогнища йому набридли. Надто протяг великий.</w:t>
      </w:r>
    </w:p>
    <w:p>
      <w:r>
        <w:br/>
        <w:t>— Щезни в ім'я хреста! — урочисто почав Боб і показав фері хреста.</w:t>
      </w:r>
    </w:p>
    <w:p>
      <w:r>
        <w:br/>
        <w:t>— Прошу вибачити,— люб'язно відгукнувся гість.— Фери з християнством не зв'язані.</w:t>
      </w:r>
    </w:p>
    <w:p>
      <w:r>
        <w:br/>
        <w:t>— Щезни в ім'я Намтару й Тіамат! —продовжував Боб, бо в його конспектах першою стояла Месопотамія.— В ім'я володаря пустель Шамаша, в ім'я Телаля й Енліля...</w:t>
      </w:r>
    </w:p>
    <w:p>
      <w:r>
        <w:br/>
        <w:t>— Ага, ось вони,— промимрив фера.— Чому я завжди вплутуюся в якісь неприємності? Це електрична модель, не газова? Камін, схоже, не зовсім новий.</w:t>
      </w:r>
    </w:p>
    <w:p>
      <w:r>
        <w:br/>
        <w:t>— Закликаю творця човнів Рату,— як молитву, затягнув Боб, перекинувшись на Полінезію,— і заступника трав'яних фартухів</w:t>
      </w:r>
    </w:p>
    <w:p>
      <w:r>
        <w:br/>
        <w:t>Хіну...</w:t>
      </w:r>
    </w:p>
    <w:p>
      <w:r>
        <w:br/>
        <w:t>— Ще б чого, не новий,— розізлилась Джейніс, в її душі ділові інстинкти перемогли,— гарантія на рік напевна.</w:t>
      </w:r>
    </w:p>
    <w:p>
      <w:r>
        <w:br/>
        <w:t>— Волаю до Небесного Вовка,— перекинувся Боб до Китаю, коли Полінезія не зарадила.— До Вовка, що стереже ворота Верховного божества Шан Ді. Закликаю бога грому Лі Куна...</w:t>
      </w:r>
    </w:p>
    <w:p>
      <w:r>
        <w:br/>
        <w:t>— Стривайте, адже це інфрапроменева духовка,— сказав фера, недосяжний заклинанням.— її мені якраз і треба. І ще ванну. У вас є ванни?</w:t>
      </w:r>
    </w:p>
    <w:p>
      <w:r>
        <w:br/>
        <w:t>— Кличу Вадла, Буєра, Форкія, Мархоція, Астарту...</w:t>
      </w:r>
    </w:p>
    <w:p>
      <w:r>
        <w:br/>
        <w:t>— Ванни тут, чи не так? — спитав фера в Джейніс, і та мимохіть кивнула.— Мабуть, візьму найбільшу, цар досить-таки дорідна людина.</w:t>
      </w:r>
    </w:p>
    <w:p>
      <w:r>
        <w:br/>
        <w:t>— ...Єдинорога, Фетида, Асмодея й Інкуба! — закінчив Боб. Фера не без поваги покосився на нього.</w:t>
      </w:r>
    </w:p>
    <w:p>
      <w:r>
        <w:br/>
        <w:t>Боб гнівно закликав перського володаря світу — Ормузда, а за ним — божество амонів Молоха й божество давніх філістимлян Дагона.</w:t>
      </w:r>
    </w:p>
    <w:p>
      <w:r>
        <w:br/>
        <w:t>— Більше я, мабуть, не понесу,— міркував фера вголос.</w:t>
      </w:r>
    </w:p>
    <w:p>
      <w:r>
        <w:br/>
        <w:t>Боб згадав Дамбаллу, потім став благати аравійських богів. Він спробував фессалійську магію і заклинання Малої Азії. Він пробував розчулити малайських духів і розворушити ацтекських ідолів. Він повів на герць Африку, Мадагаскар, Індію, Ірландію, Малайю, Скандинавію і Японію.</w:t>
      </w:r>
    </w:p>
    <w:p>
      <w:r>
        <w:br/>
        <w:t>— Це досить пристойно,— признався фера,— але все одно нічого не дасть.— Він навалив на себе ванну, духовку й камін.</w:t>
      </w:r>
    </w:p>
    <w:p>
      <w:r>
        <w:br/>
        <w:t>— А чому? — задихнувся від подиву Боб, який зовсім вибився з сил.</w:t>
      </w:r>
    </w:p>
    <w:p>
      <w:r>
        <w:br/>
        <w:t>— Бачиш, на фер діють тільки заклинання рідної країни. Точнісінько так джінни підкоряються магічним законам Аравії. Окрім того, ти не знаєш, як мене звати; запевняю тебе, небагато зробиш, виганяючи демона, чиє ім'я тобі невідоме.</w:t>
      </w:r>
    </w:p>
    <w:p>
      <w:r>
        <w:br/>
        <w:t>— З якої ти країни? — спитав Боб, витираючи піт з чола.</w:t>
      </w:r>
    </w:p>
    <w:p>
      <w:r>
        <w:br/>
        <w:t>— Е ні,— похопився фера.— Коли знатимеш країну, то зможеш знайти потрібне заклинання. А в мене й так клопоту по горло.</w:t>
      </w:r>
    </w:p>
    <w:p>
      <w:r>
        <w:br/>
        <w:t>— Слухай,— втрутилася Джейніс.— Якщо цар такий багатий, то чому б йому не розквитатися з нами?</w:t>
      </w:r>
    </w:p>
    <w:p>
      <w:r>
        <w:br/>
        <w:t>— Цар ніколи не платить за те, що може одержати даром,— відповів фера.— Тому він і багатий.</w:t>
      </w:r>
    </w:p>
    <w:p>
      <w:r>
        <w:br/>
        <w:t>Боб і Джейніс прошили його лютими поглядами, збагнувши, що весілля відпливає в безпросвітне майбутнє.</w:t>
      </w:r>
    </w:p>
    <w:p>
      <w:r>
        <w:br/>
        <w:t>— Завтра вночі побачимось.— 3 цими словами фера миролюбно помахав рукою і щез.</w:t>
      </w:r>
    </w:p>
    <w:p>
      <w:r>
        <w:br/>
        <w:t>— От тобі й маєш,— мовила Джейніс, коли фера зник.— Що ж тепер робити? В тебе є ще які-небудь блискучі ідеї?</w:t>
      </w:r>
    </w:p>
    <w:p>
      <w:r>
        <w:br/>
        <w:t>— Аж ніякісіньких,— відповів Боб, важко опускаючись на тахту.</w:t>
      </w:r>
    </w:p>
    <w:p>
      <w:r>
        <w:br/>
        <w:t>— Може, ще спробуємо магію? — спитала Джейніс з ледь вловимою іронією.</w:t>
      </w:r>
    </w:p>
    <w:p>
      <w:r>
        <w:br/>
        <w:t>— Нічого не вийде,— відрубав Боб.— У жодній енциклопедії я не знайшов слів "фера" й "цар Алеріан". Він, напевно, з тих країв, про які ми й гадки не маємо. Можливо, з якогось карликового князівства в Індії.</w:t>
      </w:r>
    </w:p>
    <w:p>
      <w:r>
        <w:br/>
        <w:t>— Щастить нам, як утопленикам,— поскаржилась Джейніс, полишивши іронічний тон.— Що ж нам робити? Наступного разу йому, я гадаю, знадобиться пилосос, а потім магнітофон.</w:t>
      </w:r>
    </w:p>
    <w:p>
      <w:r>
        <w:br/>
        <w:t>Вона заплющила очі й стала зосереджено думати.</w:t>
      </w:r>
    </w:p>
    <w:p>
      <w:r>
        <w:br/>
        <w:t>— Він і справді пнеться з шкури, щоб тільки просунутись по службі,— зауважив Боб.</w:t>
      </w:r>
    </w:p>
    <w:p>
      <w:r>
        <w:br/>
        <w:t>— Я, здається, придумала,— мовила Джейніс, розплющуючи очі.</w:t>
      </w:r>
    </w:p>
    <w:p>
      <w:r>
        <w:br/>
        <w:t>— Що саме?</w:t>
      </w:r>
    </w:p>
    <w:p>
      <w:r>
        <w:br/>
        <w:t>— На першому місці для нас повинні бути наша торгівля й наше весілля. Правильно?</w:t>
      </w:r>
    </w:p>
    <w:p>
      <w:r>
        <w:br/>
        <w:t>— Правильно,— сказав Боб.</w:t>
      </w:r>
    </w:p>
    <w:p>
      <w:r>
        <w:br/>
        <w:t>— Гаразд. Хай я не який там мастак заклинати,— пояснила Джейніс, засукавши рукава,— зате в техніці я щось тямлю. Швидко за роботу!</w:t>
      </w:r>
    </w:p>
    <w:p>
      <w:r>
        <w:br/>
        <w:t>Наступної доби фера завітав за чверть до одинадцятої. На гостеві був той самий білий светр, але черевики з оленячої шкіри він змінив на рудувато-коричневі мокасини.</w:t>
      </w:r>
    </w:p>
    <w:p>
      <w:r>
        <w:br/>
        <w:t>— Сьогодні цар підганяє мене, як ніколи,— сказав він.— Нова дружина всі жили з нього вимотала. Виявляється, її шати витримують тільки одне прання. Раби вибивають його об каміння.</w:t>
      </w:r>
    </w:p>
    <w:p>
      <w:r>
        <w:br/>
        <w:t>— Зрозуміло,— співчутливо промовив Боб.</w:t>
      </w:r>
    </w:p>
    <w:p>
      <w:r>
        <w:br/>
        <w:t>— Бери, будь ласка, не соромся,— запропонувала Джейніс.</w:t>
      </w:r>
    </w:p>
    <w:p>
      <w:r>
        <w:br/>
        <w:t>— Це надзвичайно люб'язно з вашого боку,— вдячно вимовив фера.— Вірте, я вмію таке цінити.— Він вибрав пральну машину.— Цариця жде.— І фера зник.</w:t>
      </w:r>
    </w:p>
    <w:p>
      <w:r>
        <w:br/>
        <w:t>Боб запропонував Джейніс сигарету. Вони всілись на канапі й стали чекати. За півгодини фера з'явився знову.</w:t>
      </w:r>
    </w:p>
    <w:p>
      <w:r>
        <w:br/>
        <w:t>— Що ви накоїли? — насипався він.</w:t>
      </w:r>
    </w:p>
    <w:p>
      <w:r>
        <w:br/>
        <w:t>— А що сталось? — безневинно відгукнулася Джейніс.</w:t>
      </w:r>
    </w:p>
    <w:p>
      <w:r>
        <w:br/>
        <w:t>— Пральна машина! Коли цариця увімкнула її, звідти вирвалася хмара смердючого диму. Потім пролунав, якийсь дивний звук, і машина зупинилась.</w:t>
      </w:r>
    </w:p>
    <w:p>
      <w:r>
        <w:br/>
        <w:t>— Нашою мовою,—прокоментувала Джейніс, пустивши кільце диму,— це зветься "машина з фокусом".</w:t>
      </w:r>
    </w:p>
    <w:p>
      <w:r>
        <w:br/>
        <w:t>— З фокусом?</w:t>
      </w:r>
    </w:p>
    <w:p>
      <w:r>
        <w:br/>
        <w:t>— З каверзою. З сюрпризом. З дефектиком. Як і все інше в нашій крамниці.</w:t>
      </w:r>
    </w:p>
    <w:p>
      <w:r>
        <w:br/>
        <w:t>— Але ж ви не маєте права! — вигукнув фера.— Це нечесно!</w:t>
      </w:r>
    </w:p>
    <w:p>
      <w:r>
        <w:br/>
        <w:t>— Ти такий здібний,— ущипливо відповіла Джейніс.— Катай, ремонтуй.</w:t>
      </w:r>
    </w:p>
    <w:p>
      <w:r>
        <w:br/>
        <w:t>— Я похвастав,— покірно промовив фера.— Взагалі я набагато спритніший у спорті.</w:t>
      </w:r>
    </w:p>
    <w:p>
      <w:r>
        <w:br/>
        <w:t>Джейніс усміхнулася й позіхнула.</w:t>
      </w:r>
    </w:p>
    <w:p>
      <w:r>
        <w:br/>
        <w:t>— Та годі ж бо вам,— благав фера, нервово потріпуючи крильцями.</w:t>
      </w:r>
    </w:p>
    <w:p>
      <w:r>
        <w:br/>
        <w:t>— Дуже шкода, але я нічим не можу зарадити,— сказав Боб.</w:t>
      </w:r>
    </w:p>
    <w:p>
      <w:r>
        <w:br/>
        <w:t>— З вашої вини я опинюся в жахливому становищі,— не вгавав фера,— мене переведуть на нижчу посаду. Виженуть з державної служби.</w:t>
      </w:r>
    </w:p>
    <w:p>
      <w:r>
        <w:br/>
        <w:t>— Але ж ми не можемо допустити, щоб розоритись самим, правда? — спитала Джейніс.</w:t>
      </w:r>
    </w:p>
    <w:p>
      <w:r>
        <w:br/>
        <w:t>Хвилинку Боб роздумував.</w:t>
      </w:r>
    </w:p>
    <w:p>
      <w:r>
        <w:br/>
        <w:t>— Послухай,— запропонував він.— А чому б тобі не доповісти цареві, що ти зіткнувся з могутньою антимагією? Скажи, що, коли йому потрібний цей крам, хай платить мито пекельним демонам.</w:t>
      </w:r>
    </w:p>
    <w:p>
      <w:r>
        <w:br/>
        <w:t>— Йому таке буде не до вподоби,— з сумнівом промовив фера.</w:t>
      </w:r>
    </w:p>
    <w:p>
      <w:r>
        <w:br/>
        <w:t>— В усякому разі, спробуй,— порадив Боб.</w:t>
      </w:r>
    </w:p>
    <w:p>
      <w:r>
        <w:br/>
        <w:t>— Спробую,— погодився фера й щез.</w:t>
      </w:r>
    </w:p>
    <w:p>
      <w:r>
        <w:br/>
        <w:t>— Як на тебе, скільки можна заправити? — порушила мовчанку Джейніс.</w:t>
      </w:r>
    </w:p>
    <w:p>
      <w:r>
        <w:br/>
        <w:t>— Та полічи йому за стандартними роздрібними цінами. Кінець кінцем ми створювали крамницю, розраховуючи на чесну торгівлю. Ми ж не мали на меті провадити дискримінацію. А все-таки хотів би я знати, звідки він родом.</w:t>
      </w:r>
    </w:p>
    <w:p>
      <w:r>
        <w:br/>
        <w:t>— Цар такий багатий,— мрійно промовила Джейніс.— Мені здається, просто гріх не...</w:t>
      </w:r>
    </w:p>
    <w:p>
      <w:r>
        <w:br/>
        <w:t>— Стривай! — скрикнув Боб.— Це неймовірно! Хіба в 2 000 році до нашої ери можливі холодильники? Або кондиціонери?</w:t>
      </w:r>
    </w:p>
    <w:p>
      <w:r>
        <w:br/>
        <w:t>— Що ти маєш на увазі?</w:t>
      </w:r>
    </w:p>
    <w:p>
      <w:r>
        <w:br/>
        <w:t>— Це змінило б увесь хід історії! — пояснив Боб.— Подивиться якийсь розумака на ці речі й збагне, як вони діють. І тоді зміниться увесь хід історії!</w:t>
      </w:r>
    </w:p>
    <w:p>
      <w:r>
        <w:br/>
        <w:t>— Ну й що?—спитала практична Джейніс.</w:t>
      </w:r>
    </w:p>
    <w:p>
      <w:r>
        <w:br/>
        <w:t>— Що? Та тоді наукові шукання підуть іншим шляхом. Зміниться сучасне.</w:t>
      </w:r>
    </w:p>
    <w:p>
      <w:r>
        <w:br/>
        <w:t>— Ти хочеш сказати, що це неможливо?</w:t>
      </w:r>
    </w:p>
    <w:p>
      <w:r>
        <w:br/>
        <w:t>— Так!</w:t>
      </w:r>
    </w:p>
    <w:p>
      <w:r>
        <w:br/>
        <w:t>— Саме про це я весь час і казала,— переможно заявила Джейніс.</w:t>
      </w:r>
    </w:p>
    <w:p>
      <w:r>
        <w:br/>
        <w:t>— Та замовкни,— образився Боб.— Треба було подумати про все раніше: 3 якої б країни цей фера не був, вона обов'язково вплине на майбутнє. Ми не маємо права спричинятися до парадокса.</w:t>
      </w:r>
    </w:p>
    <w:p>
      <w:r>
        <w:br/>
        <w:t>— Чому? — спитала Джейніс, але цієї миті з'явився фера.</w:t>
      </w:r>
    </w:p>
    <w:p>
      <w:r>
        <w:br/>
        <w:t>— Цар дав згоду,— сповістив він.—Чи вистачить цього за все, що я у вас брав? — Він простягнув маленьку торбинку.</w:t>
      </w:r>
    </w:p>
    <w:p>
      <w:r>
        <w:br/>
        <w:t>Висипавши все з мішечка, Боб виявив дві дюжини чималих рубінів, смарагдів і діамантів.</w:t>
      </w:r>
    </w:p>
    <w:p>
      <w:r>
        <w:br/>
        <w:t>— Ми не можемо їх узяти,— заявив Боб, ми не можемо, мати з тобою комерцію.</w:t>
      </w:r>
    </w:p>
    <w:p>
      <w:r>
        <w:br/>
        <w:t>— Не будь забобонний! — закричала Джейніс, розуміючи, що весілля знову віддаляється.</w:t>
      </w:r>
    </w:p>
    <w:p>
      <w:r>
        <w:br/>
        <w:t>— А, власне, чому? — спитав фера.</w:t>
      </w:r>
    </w:p>
    <w:p>
      <w:r>
        <w:br/>
        <w:t>— Не можна перепроваджувати сучасні речі в минуле,— пояснив Боб.— Бо тоді зміниться сучасне. Або перевернеться світ, чи ще якесь нещастя скоїться.</w:t>
      </w:r>
    </w:p>
    <w:p>
      <w:r>
        <w:br/>
        <w:t>— Та ти про це не печися,— примирливо сказав фера.— Нічого не станеться, я гарантую.</w:t>
      </w:r>
    </w:p>
    <w:p>
      <w:r>
        <w:br/>
        <w:t>— Хто знає? А якби ти привіз пральну машину в давній Рим...</w:t>
      </w:r>
    </w:p>
    <w:p>
      <w:r>
        <w:br/>
        <w:t>— На лихо,— перебив фера,— держава царя Алеріана позбавлена майбутнього.</w:t>
      </w:r>
    </w:p>
    <w:p>
      <w:r>
        <w:br/>
        <w:t>— Чи можеш ти пояснити те, що сказав?</w:t>
      </w:r>
    </w:p>
    <w:p>
      <w:r>
        <w:br/>
        <w:t>— Залюбки.— Фера усівся в повітрі.— Через три роки цар Алеріан і його країна будуть цілком стерті з лиця землі силами природи. Не вціліє жодна людина. Не збережеться жодного глиняного черепка.</w:t>
      </w:r>
    </w:p>
    <w:p>
      <w:r>
        <w:br/>
        <w:t>— Чудово,— зробила висновок Джейніс, піднісши рубін на світло.— Нам би' краще розвантажитись, поки він ще хоче мати з нами діло.</w:t>
      </w:r>
    </w:p>
    <w:p>
      <w:r>
        <w:br/>
        <w:t>— Коли так, то воно інша річ,— сказав Боб. їхня крамниця була врятована. Побратися вони могли хоч завтра.— А що ж буде з тобою? — спитав він феру.</w:t>
      </w:r>
    </w:p>
    <w:p>
      <w:r>
        <w:br/>
        <w:t>— Ну що ж, я непогано показав себе на цій роботі,— відповів фера.—Найпевніше, попрошусь у закордонне відрядження. Я чув, що перед арабським чаклунством постають неозорі перспективи.</w:t>
      </w:r>
    </w:p>
    <w:p>
      <w:r>
        <w:br/>
        <w:t>Він благодушно провів рукою по світлому, коротко підстриженому волоссю. "Я буду навідуватись",— попередив він і почав було зникати.</w:t>
      </w:r>
    </w:p>
    <w:p>
      <w:r>
        <w:br/>
        <w:t>— Хвилинку,— схопився Боб.—Чи не скажеш, з якої країни ти прибув? І де править цар Алеріан?</w:t>
      </w:r>
    </w:p>
    <w:p>
      <w:r>
        <w:br/>
        <w:t>— Будь ласка,— мовив фера, хоч уже було видно тільки його голову.— Я думав, що ви здогадались. Фери — це демони Атлантиди.</w:t>
      </w:r>
    </w:p>
    <w:p>
      <w:r>
        <w:br/>
        <w:t>По цих словах він щез.</w:t>
      </w:r>
    </w:p>
    <w:p>
      <w:r>
        <w:br/>
        <w:t>[1] Берроуз, Едгар — американський письменник, автор серії романів про Тарзана.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Царська воля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