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Цавет танем!</w:t>
      </w:r>
    </w:p>
    <w:p>
      <w:r>
        <w:br/>
        <w:t xml:space="preserve"> Сільві Капутікян</w:t>
      </w:r>
    </w:p>
    <w:p>
      <w:r>
        <w:br/>
        <w:t>Згоріли їхні селища, пропали їхні мули.&lt;br /&gt;</w:t>
        <w:br/>
        <w:t>Бредуть, бредуть вигнанці в дорогу неблизьку.&lt;br /&gt;</w:t>
        <w:br/>
        <w:t>Щоб мову свою рідну їх діти не забули,&lt;br /&gt;</w:t>
        <w:br/>
        <w:t>їм літери виводять вірменки на піску.</w:t>
      </w:r>
    </w:p>
    <w:p>
      <w:r>
        <w:br/>
        <w:t>А вітер, вітер, вітер!..&lt;br /&gt;</w:t>
        <w:br/>
        <w:t>Який палючий вітер!..&lt;br /&gt;</w:t>
        <w:br/>
        <w:t>Обвуглені обличчя січе, січе, січе!..&lt;br /&gt;</w:t>
        <w:br/>
        <w:t>Лиш виведеш те слово із тої в'язі літер,&lt;br /&gt;</w:t>
        <w:br/>
        <w:t>а слово ж без коріння, покотиться, втече.</w:t>
      </w:r>
    </w:p>
    <w:p>
      <w:r>
        <w:br/>
        <w:t>І десь, в якійсь пустелі, з'їдять його верблюди.&lt;br /&gt;</w:t>
        <w:br/>
        <w:t>Забудуть його діти, і виростуть німі.&lt;br /&gt;</w:t>
        <w:br/>
        <w:t>Бредуть, бредуть вигнанці...&lt;br /&gt;</w:t>
        <w:br/>
        <w:t>бредуть бездомні люди.&lt;br /&gt;</w:t>
        <w:br/>
        <w:t>Ні даху ж, ні притулку, — буквар їм на умі!</w:t>
      </w:r>
    </w:p>
    <w:p>
      <w:r>
        <w:br/>
        <w:t>Згоріли їхні храми. Мужчини їхні вбиті.&lt;br /&gt;</w:t>
        <w:br/>
        <w:t>Втонули їхні дзвони у озері Севан.&lt;br /&gt;</w:t>
        <w:br/>
        <w:t>О, як їм далі жити? На тім кровопролитті&lt;br /&gt;</w:t>
        <w:br/>
        <w:t>не місяць в небі сходить — турецький ятаган.</w:t>
      </w:r>
    </w:p>
    <w:p>
      <w:r>
        <w:br/>
        <w:t>А вітер, вітер, вітер!..&lt;br /&gt;</w:t>
        <w:br/>
        <w:t>Як шарпає той вітер!..&lt;br /&gt;</w:t>
        <w:br/>
        <w:t>Куди їх ще, вигнанців, недоля заведе?&lt;br /&gt;</w:t>
        <w:br/>
        <w:t>Нема коли писати отих маленьких літер.&lt;br /&gt;</w:t>
        <w:br/>
        <w:t>Немає чим писати. Нема писати де.</w:t>
      </w:r>
    </w:p>
    <w:p>
      <w:r>
        <w:br/>
        <w:t>І тільки на привалі, в ті рідкісні хвилини,&lt;br /&gt;</w:t>
        <w:br/>
        <w:t>коли ще в свої тачки жінки не запряглись,&lt;br /&gt;</w:t>
        <w:br/>
        <w:t>ті буковки вірменські виводять, як стеблини,&lt;br /&gt;</w:t>
        <w:br/>
        <w:t>і слізьми поливають, аби лиш прийнялись.</w:t>
      </w:r>
    </w:p>
    <w:p>
      <w:r>
        <w:br/>
        <w:t>В пісках пустили корінь — а вітер, вітер, вітер!..&lt;br /&gt;</w:t>
        <w:br/>
        <w:t>Бредуть, бредуть вигнанці в дорогу неблизьку!..&lt;br /&gt;</w:t>
        <w:br/>
        <w:t>А скрізь по всій пустелі&lt;br /&gt;</w:t>
        <w:br/>
        <w:t>тоненькі стебла літер,&lt;br /&gt;</w:t>
        <w:br/>
        <w:t>як трави, проростають в палючому піску.</w:t>
      </w:r>
    </w:p>
    <w:p>
      <w:r>
        <w:br/>
        <w:t>Їх топчуть ситі коні, дзвенять чужі стремена.&lt;br /&gt;</w:t>
        <w:br/>
        <w:t>А букви проростають в легенди і пісні.&lt;br /&gt;</w:t>
        <w:br/>
        <w:t>"Цавет танем!" — як кажуть, прощаючись, вірмени.&lt;br /&gt;</w:t>
        <w:br/>
        <w:t>Твій біль беру на себе. Печаль твоя в мені.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Цавет танем!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