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Ципа зникає вдруге</w:t>
      </w:r>
    </w:p>
    <w:p>
      <w:r>
        <w:br/>
        <w:t xml:space="preserve"> &lt;p&gt;Розділ І</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Шестикласники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із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й лиснючих кльошах поряд із капітаном мав вигляд, наче гидке каченя поряд із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капітан,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із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шестикласник. Худий, гостроносий, капловухий, із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 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із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 На набережній уже юрмилися цікаві і, перехилившись через парапет, збуджено вигукували:</w:t>
      </w:r>
    </w:p>
    <w:p>
      <w:r>
        <w:br/>
        <w:t>— Га?</w:t>
      </w:r>
    </w:p>
    <w:p>
      <w:r>
        <w:br/>
        <w:t>— Де?</w:t>
      </w:r>
    </w:p>
    <w:p>
      <w:r>
        <w:br/>
        <w:t>— Хто?</w:t>
      </w:r>
    </w:p>
    <w:p>
      <w:r>
        <w:br/>
        <w:t>— Що?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із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Вітасикусе ще не йшли, сподіваючись, що Платоша вийде до них, як обіцяв. 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 —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Як то кажуть, шукайте і знайдете.</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та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Киселя й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однієї дивовижної історії з таємничим голосом за спиною вони виявляли особливу пильність і всюди шукали кримінальної таємниці. 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 —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він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борщу наварила й ковбаси домашньої підсмажила. Нема кращої риби, як ковбаса. Ходімо! Тим більше за агентурними даними твоя обіду не готувала.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насипаючи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усе відомо! Зізнавайся!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Звісно,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шанувальниці його таланту, стиснувши кулачки, із завмиранням серця молили Бога, щоб цього не сталося, бо хто ж тоді на "біс" виконає "O sole mio", "Yesterday"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вище тих натяків, не ображалася і сама підсміювалася, бо щиро любила свого капітана міліції Горбатюка і ніколи в світі не зрадила б його. Капітан Горбатюк це чудово знав, вірив своїй дружині, хоча іноді жартома казав: "Ой, дивись, заарештую я твого Сокирка за зловживання службовим становищем!" Сьогодні, зайшовши до адміністраторської, Ніна Олександрівна виявила на своєму столі не одну, як завжди, а три плитки шоколаду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Ніна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карафку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всю карафку):</w:t>
      </w:r>
    </w:p>
    <w:p>
      <w:r>
        <w:br/>
        <w:t>— Га? Що?.. Ох!.. —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Гаразд…</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зі зловмисниками.</w:t>
      </w:r>
    </w:p>
    <w:p>
      <w:r>
        <w:br/>
        <w:t>— Але чого вони вплутують у цю справу хлопчика?</w:t>
      </w:r>
    </w:p>
    <w:p>
      <w:r>
        <w:br/>
        <w:t>— Якщо цей Вороний — карний злочинець, то чекати від нього високої моральності й педагогічного такту годі.</w:t>
      </w:r>
    </w:p>
    <w:p>
      <w:r>
        <w:br/>
        <w:t>— Стривай, — Горбатюк запитально глянув на дружину. — Ти сказала, що твій Сокирко щойно відчалив… — Так… Ой! — Ніна Олександрівна завмерла. — На теплоході "Квітка-Основ'яненко"! Уявляєте?</w:t>
      </w:r>
    </w:p>
    <w:p>
      <w:r>
        <w:br/>
        <w:t>— Де капітаном пан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учинки,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у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гадаю, обов'язково сказав би. Він узагалі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 знайомі, тим ситуація цікавіша й небанальніша… От же ж, їй-богу! — Горбатюка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за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Припини!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коли його шкільний друг замислював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за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 —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"Квітку-Основ'яненка"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уже там круїз, — Горбатюк зітхнув і мрійливо подивився устелю.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недавньої історії зі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із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Жениних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відгулів, належні йому на додаток до відпустки за роботу у вихідні.</w:t>
      </w:r>
    </w:p>
    <w:p>
      <w:r>
        <w:br/>
        <w:t>І от вони мчать уночі машиною на Канів, щоб сісти там уранці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устигнути на роботу.</w:t>
      </w:r>
    </w:p>
    <w:p>
      <w:r>
        <w:br/>
        <w:t>— Тільки не розбий мені машину, авантюристе!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Повсякчас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та Григорій Тарасович Дорошенко пішли до зали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 "Квітка-Основ'яненко"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 чи магнітофон, і лунала ритмічна музика, хоча пасажири ще спали, і палуби та містки були безлюдні.</w:t>
      </w:r>
    </w:p>
    <w:p>
      <w:r>
        <w:br/>
        <w:t>Хлопців з новою сплою охопило радісне збудження.</w:t>
      </w:r>
    </w:p>
    <w:p>
      <w:r>
        <w:br/>
        <w:t>— Підйом! Умиватися! В каюті доспите! — Вітасиків тато вже виймав із великої дорожньої сумки мило, пасту, зубні щіточки й маленькі похідні рушнички. 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захопливої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напахчений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Чудово! А ми вже сумували, що каюта гулятиме. Прошу! Прошу! — і він повів їх показувати каюту, не припиняючи по дорозі говорити. — Сніданок о пів на дев'яту в ресторані. Потім екскурсія на Тарасову гору. Покладання вінків і квітів до могили великого Кобзаря. Відвідання музею Шевченка та Успенського собору — пам'ятки архітектури XII століття.</w:t>
      </w:r>
    </w:p>
    <w:p>
      <w:r>
        <w:br/>
        <w:t>Хлопці йшли вузенькими коридорами, встеленими килимовими доріжками, і весь час хихикали. Без жодної причини, просто від радості.</w:t>
      </w:r>
    </w:p>
    <w:p>
      <w:r>
        <w:br/>
        <w:t>Каюта була дуже затишна, з м'якими диванами, з лампою на столику біля вікна, з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чарівний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й усміхалися. Все було й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із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із працівниками річкового вокзалу, і вони мені сповістили про "горющу" путівку… До речі, я саме закінчив справу про зловживання в системі "Автосервісу" і зараз, як то кажуть, "у темі",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Віталикового тата.</w:t>
      </w:r>
    </w:p>
    <w:p>
      <w:r>
        <w:br/>
        <w:t>Григорій Тарасович зрозумів, що це його теж стосується,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гадаю,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не весь теплохід, шукаючи Платошу. Але зустрілися з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коридором, тягнучи їх за собою. Підбіг до трапа, що вів униз, озирнувся, чи нема нікого, наказав:</w:t>
      </w:r>
    </w:p>
    <w:p>
      <w:r>
        <w:br/>
        <w:t>— Мерщій!</w:t>
      </w:r>
    </w:p>
    <w:p>
      <w:r>
        <w:br/>
        <w:t>І вони, як груші, покотилися вниз. Женя упав, забив коліно. Але Платоша підхопив його і знову помчав, тягнучи їх по коридору.</w:t>
      </w:r>
    </w:p>
    <w:p>
      <w:r>
        <w:br/>
        <w:t>Розчахнув двері якоїсь каюти, впхнув їх одного по одному туди і клацнув замком.</w:t>
      </w:r>
    </w:p>
    <w:p>
      <w:r>
        <w:br/>
        <w:t>Вони не встигли сказати йому ні слова.</w:t>
      </w:r>
    </w:p>
    <w:p>
      <w:r>
        <w:br/>
        <w:t>І тільки тепер, замкнені у каюті,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 —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 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це їм сповістити? — Вітасик наблизився до ілюмінатора. Ілюмінатор був одчинений. На стелі й на стінах каюти коливалося й переливалося сонячне од води мереживо. Вода була близько, метрів півтора, не більше.</w:t>
      </w:r>
    </w:p>
    <w:p>
      <w:r>
        <w:br/>
        <w:t>— А давай утечемо?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утекти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іще тримався руками за край ілюмінатора, як двері каюти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 —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із води на пісок.</w:t>
      </w:r>
    </w:p>
    <w:p>
      <w:r>
        <w:br/>
        <w:t>— Ну, фантастика! А я був певен, що ви "зайцями", — говорив Платоша, поки Вітасик викручувався й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захлинаючись,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гонитва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утеча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цій святій землі, —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пасажирів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Україна — Румунія. І в цьому заслуга капітана Пилипея. Так вважає команда. Я говорив із кількома матросами… А як у тебе? Відносно Вороного?</w:t>
      </w:r>
    </w:p>
    <w:p>
      <w:r>
        <w:br/>
        <w:t>— У нашій картотеці зареєстровано три Вороних. Вороний Артем Степанович, 1931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1949 року народження, рецидивіст, убивця, грабіжник, зараз відбуває покарання у колонії суворого режиму. І Вороний Юхим Веніамінович, 1964 року народження, засуджений торік за грабіж і насильство.</w:t>
      </w:r>
    </w:p>
    <w:p>
      <w:r>
        <w:br/>
        <w:t>— О! Годиться. Ті двоє навряд. Хоча Єременко не виключений. А от цей третій… І грабіж, і вік… може бути цілком Ципиним батьком. Тоді зрозуміло стає… Треба б підняти справу — чи не проходили свідками або потерпілими капітан Пилипей і співак Сокирко.</w:t>
      </w:r>
    </w:p>
    <w:p>
      <w:r>
        <w:br/>
        <w:t>— Співак?</w:t>
      </w:r>
    </w:p>
    <w:p>
      <w:r>
        <w:br/>
        <w:t>— А що? Згадай Френка Синатру.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У своєму репертуарі! Вже вискакували з ілюмінатора у воду.</w:t>
      </w:r>
    </w:p>
    <w:p>
      <w:r>
        <w:br/>
        <w:t>— Та ти що?!</w:t>
      </w:r>
    </w:p>
    <w:p>
      <w:r>
        <w:br/>
        <w:t>— Ну, про це потім. Зараз перерветься. Бо у мене вже гроші закінчуються. З Черкас подзвоню знову. Бувай!</w:t>
      </w:r>
    </w:p>
    <w:p>
      <w:r>
        <w:br/>
        <w:t>— Щасливо.</w:t>
      </w:r>
    </w:p>
    <w:p>
      <w:r>
        <w:br/>
        <w:t>Коли Анатолій Петрович після телефонної розмови 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Попенко.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Шкода…"</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Григорій Тарасович почервонів і опустив очі.</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із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іще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із їхньою.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із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із Вороним у каюті оселилися двоє молодих бороданів і завжди усміхнений товстун. Один із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пане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теревенити про 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 —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чудова річ —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привіллі, серед степів і луків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із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уже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із людьми мистецтва.</w:t>
      </w:r>
    </w:p>
    <w:p>
      <w:r>
        <w:br/>
        <w:t>Іван Романович Сокирко, який щойно широко й весело усміхався, раптом зблід, очі погасли, куточки губ опустилися вниз. Капітанові здалося, що він зараз зомліє.</w:t>
      </w:r>
    </w:p>
    <w:p>
      <w:r>
        <w:br/>
        <w:t>— Що з вами?</w:t>
      </w:r>
    </w:p>
    <w:p>
      <w:r>
        <w:br/>
        <w:t>— П…пробачте, — Сокирко витер долонею холодний піт із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 Треба буде поговорити з ним відверто про злочинність,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 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запевнити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 Вже стоячи у дверях, він обернувся: —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 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 і тут же усміхнувся й махнув рукою: — А втім, це вже я, мабуть, передаю куті меду. Вас закликаю до розсудливості, а сам… Ходімо вечеряти.</w:t>
      </w:r>
    </w:p>
    <w:p>
      <w:r>
        <w:br/>
        <w:t>Після вечері Григорій Тарасович із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й очима тільки — стрель, стрель, стрель!..</w:t>
      </w:r>
    </w:p>
    <w:p>
      <w:r>
        <w:br/>
        <w:t>Серед отих блискавичних жіночих поглядів капітана Попенка раптом різонув чийсь пильний гострий погляд. Із професійною інтуїцією капітан відчув тривогу. Глянув і побачив, що худорлявий засмаглий чоловік у білому елегантному костюмі, який стоїть біля бару, дивиться на нього. Погляди їхні зустрілися, і капітан ледь утримався, щоб не кивнути, не привітатися. На нього дивилися знайомі очі. Так дивляться тільки на того, кого знають. І разом із тим капітан не міг згадати, де він бачив цього худорлявого засмаглого красеня з відкритим нахабним поглядом. Той перший одвів очі й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та Григорій Тарасович уже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із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Й Олександр Іванович для практики по черзі доручав їм допитувати Григораша. Той відверто глузував із них, сміявся їм просто у вічі. Вигадував то одну легенду то іншу що зовсім суперечила попередній. І тільки повторював:</w:t>
      </w:r>
    </w:p>
    <w:p>
      <w:r>
        <w:br/>
        <w:t>— Ой! Пробач, начальнику, з голови вилетіло. Зовсім не так було. Я ж чокнутий. Мене мама у дитинстві головою об стіл ударила. Ха-ха-ха!</w:t>
      </w:r>
    </w:p>
    <w:p>
      <w:r>
        <w:br/>
        <w:t>А йому, Попенку Григораш сказав:</w:t>
      </w:r>
    </w:p>
    <w:p>
      <w:r>
        <w:br/>
        <w:t>— Ти, начальнику,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начальнику,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Ощадбанку й замах на вбивство було Григораша засуджено на дванадцять років позбавлення волі.</w:t>
      </w:r>
    </w:p>
    <w:p>
      <w:r>
        <w:br/>
        <w:t>Розділ IX</w:t>
      </w:r>
    </w:p>
    <w:p>
      <w:r>
        <w:br/>
        <w:t>Де він?</w:t>
      </w:r>
    </w:p>
    <w:p>
      <w:r>
        <w:br/>
        <w:t>— Капітане Горбатюк? Привіт! Це я.</w:t>
      </w:r>
    </w:p>
    <w:p>
      <w:r>
        <w:br/>
        <w:t>— Здоров, капітане Попенко. Що це в тебе такий голос? Утратив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недуже… Можна, правда, зсадити на берег, але це одразу викличе підозру… Стривай! Скільки ви ще стоятимете? — Та до вечора. Зараз екскурсія по місту.</w:t>
      </w:r>
    </w:p>
    <w:p>
      <w:r>
        <w:br/>
        <w:t>— Подзвони мені за півтори, ні, краще за дві години. Я постараюсь дещо розвідати.</w:t>
      </w:r>
    </w:p>
    <w:p>
      <w:r>
        <w:br/>
        <w:t>— Гаразд.</w:t>
      </w:r>
    </w:p>
    <w:p>
      <w:r>
        <w:br/>
        <w:t>Попенко відправив Григорія Тарасовича з хлопцями на екскурсію, а сам в обласне управління внутрішніх справ поїхав.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всієї справи.</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із ним.</w:t>
      </w:r>
    </w:p>
    <w:p>
      <w:r>
        <w:br/>
        <w:t>— Ясно. Сиди, читай он свіжі газети і чекай.</w:t>
      </w:r>
    </w:p>
    <w:p>
      <w:r>
        <w:br/>
        <w:t>І 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У таких випадках страховка не завадить.</w:t>
      </w:r>
    </w:p>
    <w:p>
      <w:r>
        <w:br/>
        <w:t>— Ні. Нічого не треба. Це неофіційна приватна справа. А що ти сказав директору круїзу? —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погомоніли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іще дві судимості. Півроку як знову на свободі. Де зараз — не відомо…</w:t>
      </w:r>
    </w:p>
    <w:p>
      <w:r>
        <w:br/>
        <w:t>— Він правду тоді казав — більше як три роки він не сидить. Як це йому вдається?</w:t>
      </w:r>
    </w:p>
    <w:p>
      <w:r>
        <w:br/>
        <w:t>— На жаль, наша правова система ще не 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увесь пароплав. Хлопці теж. Прокол.</w:t>
      </w:r>
    </w:p>
    <w:p>
      <w:r>
        <w:br/>
        <w:t>— Може… Ну гаразд,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"Гурт"</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ці цмоузи вгорі, а внизу волосся було темно-брунатне. В лівому вусі в білявої була довгастенька сережка, а в правому аж три сережки — одна біла металева крапелька в мочці і дві металеві нашльопки збоку і нагорі вуха.</w:t>
      </w:r>
    </w:p>
    <w:p>
      <w:r>
        <w:br/>
        <w:t>Женя й Вітасик задивилися на прикраси.</w:t>
      </w:r>
    </w:p>
    <w:p>
      <w:r>
        <w:br/>
        <w:t>Усі четверо палили довгі сигарети й голосно реготали.</w:t>
      </w:r>
    </w:p>
    <w:p>
      <w:r>
        <w:br/>
        <w:t>Один із хлопців, чорнявий, в окулярах, щось захлинаюсь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луснуть. При цьому голова його трусилася од реготу й окуляри підскакували на носі. Другий хлопець — рудий, із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якийсь поп-гурт. Жені навіть здавалося, що він бачив їх по телевізору. Хоча хто його зна — їх так багато, тих гуртів, і такі вони однакові…</w:t>
      </w:r>
    </w:p>
    <w:p>
      <w:r>
        <w:br/>
        <w:t>Якась старенька, схожа на вчительку, проходячи повз "гурт", докірливо мовила:</w:t>
      </w:r>
    </w:p>
    <w:p>
      <w:r>
        <w:br/>
        <w:t>— Посоромилися б! Дівчата, а смалите, як…</w:t>
      </w:r>
    </w:p>
    <w:p>
      <w:r>
        <w:br/>
        <w:t>— Іди-іди, ровесниця Другої світової! — сказала білява.</w:t>
      </w:r>
    </w:p>
    <w:p>
      <w:r>
        <w:br/>
        <w:t>— Поки у воду не полетіла! — докинула чорнява. А рудий вигукнув ту саму коротку брутальну лайку.</w:t>
      </w:r>
    </w:p>
    <w:p>
      <w:r>
        <w:br/>
        <w:t>Й усі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"гурту". Таки, мабуть, це він їх сполошив. — А ви чого тут?.. Знайшли на кого дивитися! — важким поглядом глянув на хлопців Вороний і пішов геть. Він був високий і дебелий, а ходив нечутно, як кицька, — хлопці й не встежили, як він з'явився.</w:t>
      </w:r>
    </w:p>
    <w:p>
      <w:r>
        <w:br/>
        <w:t>За кілька хвилин Женя й Вітасик знову зустріли юнаків з "гурту",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Такими, як він, ми з тобою не станемо ніколи, — чорнявий зітхнув.</w:t>
      </w:r>
    </w:p>
    <w:p>
      <w:r>
        <w:br/>
        <w:t>Рудий щось відповів, але хлопці вже не чули, проминули. Зупинятися й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"гурт",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тварей на ковчезі були "чисті" й "нечисті" — гади, плазуни тощо. Вороний, мабуть, хотів сказати, що тут на теплоході є і порядні люди, і різна нечисть, типу отого "гурту"…</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той "гурт" із Вороним? — сказав Женя і переповів розмову на верхній палубі. — Хто це "він", як не Вороний?</w:t>
      </w:r>
    </w:p>
    <w:p>
      <w:r>
        <w:br/>
        <w:t>— Усе можливе, — підняв плечі Анатолій Петрович. — Про всяк випадок будьте, хлопці, обережні. І не підходьте близько ні до "гурту", ні до Вороного. І не стежте за ними. Боронь вас Боже, щоб вони помітили, що ви за ними стежите. —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"підприємець" один зайняв отой вільний двомісний люкс. ("Бачите, не тільки ви нас догнали", — директор був дуже задоволений). Анатолій Петрович уже навіть бачив цього "підприємця". Кремезний, із могутньою шиєю важкоатлета, у темних окулярах, він чимось нагадував самбіста Шипулю, який проходив у справі Граціанського. "Злочинці дедалі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"підприємця" поки що нічого не говорити.</w:t>
      </w:r>
    </w:p>
    <w:p>
      <w:r>
        <w:br/>
        <w:t>Розділ XI</w:t>
      </w:r>
    </w:p>
    <w:p>
      <w:r>
        <w:br/>
        <w:t>"Ви ж не донощики, правда?.."</w:t>
      </w:r>
    </w:p>
    <w:p>
      <w:r>
        <w:br/>
        <w:t>Був другий вечір їхнього перебування на "Квітці-Основ'яненку".</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із каюти, подався нагору слідом за Анатолієм Петровичем. Хіба ж всидиш у такий дитячий час в каюті, коли там, нагорі, і "гурт", і Вороний, і Сокирко, і капітан Пилипей, — і хтозна-що може статися (хоча ні про Григораша, ні про "підприємця" Вітасиків тато нічого не знав).</w:t>
      </w:r>
    </w:p>
    <w:p>
      <w:r>
        <w:br/>
        <w:t>Хлопці сиділи біля вікна й дивилися на річку. Був синій вечір. На небі вже миготіли зірки. А 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 —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 І тому…</w:t>
      </w:r>
    </w:p>
    <w:p>
      <w:r>
        <w:br/>
        <w:t>Він з'явився так раптово, що хлопці відсахнулися. Вражений, завмер і він.</w:t>
      </w:r>
    </w:p>
    <w:p>
      <w:r>
        <w:br/>
        <w:t>Завмер на відстані простягнутої руки, зовсім близько — так, що вони відчували його подих. Ципа отямився перший.</w:t>
      </w:r>
    </w:p>
    <w:p>
      <w:r>
        <w:br/>
        <w:t>— Привіт! — сказав, затнувшись.</w:t>
      </w:r>
    </w:p>
    <w:p>
      <w:r>
        <w:br/>
        <w:t>— Привіт! — відгукнулися вони, ледь ворушачи язиками.</w:t>
      </w:r>
    </w:p>
    <w:p>
      <w:r>
        <w:br/>
        <w:t>— Ви самі? — спитав він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запитав,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із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й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Вони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 —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У становище вони потрапили справді скрутне. І розказати про зустріч із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ґрунтується.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"Гурт" поводився на танцях, як усі: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"підприємця".</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 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"підприємця", нічого й розказувати", — подумав засинаючи Попенко.</w:t>
      </w:r>
    </w:p>
    <w:p>
      <w:r>
        <w:br/>
        <w:t>Розділ XII</w:t>
      </w:r>
    </w:p>
    <w:p>
      <w:r>
        <w:br/>
        <w:t>"Облава буде!" — "Облаву одмінили!"</w:t>
      </w:r>
    </w:p>
    <w:p>
      <w:r>
        <w:br/>
        <w:t>Шлюпки були на кормі одразу за верхньою палубою, обабіч труби — висіли на рострах, наче люльки, по дві з кожного боку. У якій із них ховається Ципа? І як із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"гурту".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усі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узято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 —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 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уваги.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видершись на шлюпбалку, гукали під брезент:</w:t>
      </w:r>
    </w:p>
    <w:p>
      <w:r>
        <w:br/>
        <w:t>— Ципо! Сьогодні вночі облава. Хтось сказав капітану. Пильнуй!..</w:t>
      </w:r>
    </w:p>
    <w:p>
      <w:r>
        <w:br/>
        <w:t>У каюту вони прибігли мокрі як хлющ.</w:t>
      </w:r>
    </w:p>
    <w:p>
      <w:r>
        <w:br/>
        <w:t>— Ви що — здуріли?! — накинувся на них Григорій Тарасович. — Ану, переодягайтеся швидше.</w:t>
      </w:r>
    </w:p>
    <w:p>
      <w:r>
        <w:br/>
        <w:t>Дощ лив цілий день, аж до вечора. Екскурсію в місто відмінили. "Зелену стоянку" з купанням теж.</w:t>
      </w:r>
    </w:p>
    <w:p>
      <w:r>
        <w:br/>
        <w:t>Масовик улаштував ігри, танці і вікторини в кают-компанії та на критих палубах. Цілий день працювали буфет, і бар, і відеосалон. Крутили кіно. Та, незважаючи на це, день тягнувся дуже довго.</w:t>
      </w:r>
    </w:p>
    <w:p>
      <w:r>
        <w:br/>
        <w:t>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w:t>
      </w:r>
    </w:p>
    <w:p>
      <w:r>
        <w:br/>
        <w:t>Захопивши парасольки, хлопці подалися на палубу. 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не виявляли особливих ознак занепокоєння. І пасажир Вороний ніяких контактів із ними не має. І Ципи на кораблі начебто нема — мовчать Женя й Вітасик. І "підприємець" зі свого люкса не виходить. І Григораша ніде не видно, може, давно вже зійшов на берег… Гуляє, мабуть, після тюрми. Це у них так належить,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недодзвонився — того чомусь не було на місці. Хоча розказувати й нічого, але Попенко не любив, коли щось не виходило, зривалося. Й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й вийшов із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іще вище — на червону палубу, де були одномісні каюти і каюти люкс. Каюта "підприємця"-спортсмена була майже поряд із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"підприємця". Для когось це місце, мабуть-таки, призначалося. Не треба бути великим мудрецем, щоб дійти такого висновку. У списках пасажирів Григораша не було, а в барі він його бачив. На власні очі.</w:t>
      </w:r>
    </w:p>
    <w:p>
      <w:r>
        <w:br/>
        <w:t>Анатолій Петрович зробив крок до "червоного" коридору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постояв, потім рвучко відчинив двері й переступив поріг. І в ту ж мить почувся зойк.</w:t>
      </w:r>
    </w:p>
    <w:p>
      <w:r>
        <w:br/>
        <w:t>Анатолій Петрович кинувся туди.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уже взявся за ручку дверей, і тут щось примусило його обернутися. У кінці коридору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w:t>
      </w:r>
    </w:p>
    <w:p>
      <w:r>
        <w:br/>
        <w:t>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скоки.</w:t>
      </w:r>
    </w:p>
    <w:p>
      <w:r>
        <w:br/>
        <w:t>Це був найвищий поверх корабля. Тут, поряд із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причинивши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w:t>
      </w:r>
    </w:p>
    <w:p>
      <w:r>
        <w:br/>
        <w:t>— І там, по-моєму, нікого, — сказав капітан і зробив іще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утратив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була майже третя година, за чверть. І одразу відчув, що в каюті щось не так. Кинув погляд на сусідню верхню полицю — вона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 Григорій Тарасович працював енергетиком на заводі металовиробів, і за роки роботи почуття пильності стало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іще вчора знали, що у двомісному люксі їде якийсь підприємець. Чому мені не сказали?</w:t>
      </w:r>
    </w:p>
    <w:p>
      <w:r>
        <w:br/>
        <w:t>Анатолій Петрович знітився:</w:t>
      </w:r>
    </w:p>
    <w:p>
      <w:r>
        <w:br/>
        <w:t>— А ви звідки дізналися?</w:t>
      </w:r>
    </w:p>
    <w:p>
      <w:r>
        <w:br/>
        <w:t>— По-перше, бачив, як він виходив із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погодився їхати з вами не для того, щоб… А щоб… — від образи Григорій Тарасович не знаходив слів. — Ну, нащо вам зайвий клопіт? — намагався заспокоїти його Попенко. — Звичайнісінький підприємець,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Любий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подівся, голубе?</w:t>
      </w:r>
    </w:p>
    <w:p>
      <w:r>
        <w:br/>
        <w:t>Григорій Тарасович ступав навшпиньках. Хоча й так на м'якій килимовій доріжці кроків було не чуть.</w:t>
      </w:r>
    </w:p>
    <w:p>
      <w:r>
        <w:br/>
        <w:t>Із-за дверей якоїсь каюти долинули крики, лайка.</w:t>
      </w:r>
    </w:p>
    <w:p>
      <w:r>
        <w:br/>
        <w:t>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"підприємець" їде сам.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"підприємець", кремезний, мускулястий, у майці з вищиреним тигром і синіх джинсах.</w:t>
      </w:r>
    </w:p>
    <w:p>
      <w:r>
        <w:br/>
        <w:t>— Що таке?</w:t>
      </w:r>
    </w:p>
    <w:p>
      <w:r>
        <w:br/>
        <w:t>— Н-нічого, — розгубився Григорій Тарасович.</w:t>
      </w:r>
    </w:p>
    <w:p>
      <w:r>
        <w:br/>
        <w:t>— Щось сталося? — "підприємець" дивився очікувально і стурбовано.</w:t>
      </w:r>
    </w:p>
    <w:p>
      <w:r>
        <w:br/>
        <w:t>— Ні… Просто не спиться… Гуляю…</w:t>
      </w:r>
    </w:p>
    <w:p>
      <w:r>
        <w:br/>
        <w:t>— Неправда. Що сталося?.. — тепер "підприємець" дивився пильно й пронизливо. — Ви когось шукаєте? Хтось зник?</w:t>
      </w:r>
    </w:p>
    <w:p>
      <w:r>
        <w:br/>
        <w:t>Григорій Тарасович мовчав, намагаючись зазирнути через плече "підприємця" у каюту.</w:t>
      </w:r>
    </w:p>
    <w:p>
      <w:r>
        <w:br/>
        <w:t>Він міг заприсягтися, що у люксі, крім "підприємця", хтось є.</w:t>
      </w:r>
    </w:p>
    <w:p>
      <w:r>
        <w:br/>
        <w:t>Але то був не Анатолій Петрович. Несподівано розчинилися двері сусідньої каюти… І визирнув Сокирко.</w:t>
      </w:r>
    </w:p>
    <w:p>
      <w:r>
        <w:br/>
        <w:t>Розділ XV</w:t>
      </w:r>
    </w:p>
    <w:p>
      <w:r>
        <w:br/>
        <w:t>"Ділові" 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із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із тобою, начальнику. Або ти стаєш моїм другом і будеш із нами на паях.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іще тоді, пам'ятаєш, сказав — ти мені подобаєшся. Звичайно, для цього першого варіанту будуть певні умови… Ну, а другий варіант — сумний для тебе, начальнику,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із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вигадувати.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"коли". — Ця пляшка отруєна. На ній твої відбитки пальців. Поки ти був без пам'яті, я її твоїми пальцями замацав. Цю пляшечку я зараз передам своїм асистентам. Добре себе поводитимеш — може, й обійдеться. А ні… "Кола"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 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Григораш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у лихоманці.</w:t>
      </w:r>
    </w:p>
    <w:p>
      <w:r>
        <w:br/>
        <w:t>Він бив зв'язаного Попенка головою об підлогу. Потім підхопився і почав гамселити його ногами,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розчахнулись, і до каюти вскочили "підприємець",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Петрович весь перев'язаний, забинтований і заклеєний пластиром? Звідки взявся капітан Горбатюк? Чому Вітасиків тато такий збуджений і разом із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затримали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 —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Гадаю,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отримав із Канева зведення: хтось подзвонив по телефону "02", сказав лише одну фразу: "Діаманти на теплоході "Квітка-Основ'яненко"", — і повісив трубку. Я негайно підняв справи про крадіжки коштовностей. І виявилося, що прізвище Григораша несподівано спливло у справі про розбійне пограбування ювелірної крамниці.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підприємця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збагну, що їх зв'язувало: капітан першокласного теплохода, популярний співак у розквіті таланту —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отой "гурт" нічого спільного з кримінальними справами поки що, здається, не має. Хоча, як то кажуть, на межі. Без царя в голові. І без доброти в серці. Не кажучи вже про цілковиту невихованість.</w:t>
      </w:r>
    </w:p>
    <w:p>
      <w:r>
        <w:br/>
        <w:t>Хлопці були розчаровані. І тим, що помилились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w:t>
      </w:r>
    </w:p>
    <w:p>
      <w:r>
        <w:br/>
        <w:t>Анатолій Петрович усміхнувся:</w:t>
      </w:r>
    </w:p>
    <w:p>
      <w:r>
        <w:br/>
        <w:t>— Недаремно, хлопці. Все-таки Ципа на кораблі був.</w:t>
      </w:r>
    </w:p>
    <w:p>
      <w:r>
        <w:br/>
        <w:t>І він розказав про нічну зустріч у коридорі та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Ви чесні хлопці, що допомагають боротися зі злочинністю.</w:t>
      </w:r>
    </w:p>
    <w:p>
      <w:r>
        <w:br/>
        <w:t>Григорій Тарасович усміхнувся — То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вважаю,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із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 —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шостому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й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десятикласник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шостому, він у десятому… В шостому хлопці такі дурні…</w:t>
      </w:r>
    </w:p>
    <w:p>
      <w:r>
        <w:br/>
        <w:t>— Я не дивуюсь, я сам був у шостому класі, — сказав капітан Горбатюк.</w:t>
      </w:r>
    </w:p>
    <w:p>
      <w:r>
        <w:br/>
        <w:t>— Власне, тільки вважалося, що він у десятому. В школу він уже не ходив, тинявся по вулицях, бренчав увечері на гітарі в кодлі таких, як він, підлітків під горищем на сходах. Із шостого класу був на обліку в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міркував. Тоді я в рота йому дивився. Тоді я, та й Ципа, і Пилипей ладні були за Григораша на край світу, у вогонь і в воду. Він уже й тоді був гарний — смаглявий, стрункий і очі відважні такі, зухвалі. Одне слово — герой.</w:t>
      </w:r>
    </w:p>
    <w:p>
      <w:r>
        <w:br/>
        <w:t>Того літа у Григораша було захоплення — коні. Вони з "кодлом" їздили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безнадійною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"малоліток"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"малолітками"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утекти на цілу ніч?</w:t>
      </w:r>
    </w:p>
    <w:p>
      <w:r>
        <w:br/>
        <w:t>— Добре, я поїду, — похмуро сказав довготелесий Філя Філімон.</w:t>
      </w:r>
    </w:p>
    <w:p>
      <w:r>
        <w:br/>
        <w:t>— І я, — шморгнув носом Лесик Дуремар. 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 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із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Отож-бо!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w:t>
      </w:r>
    </w:p>
    <w:p>
      <w:r>
        <w:br/>
        <w:t>І Вороний раптом заїржав,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заїржав і скинув його на землю.</w:t>
      </w:r>
    </w:p>
    <w:p>
      <w:r>
        <w:br/>
        <w:t>Філя Філімон і Лесик Дуремар аж заходилися від сміху. Хирлявий "малолітка"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із Пилипеєм. А Вороного треба покарати, заразу.</w:t>
      </w:r>
    </w:p>
    <w:p>
      <w:r>
        <w:br/>
        <w:t>У Григораша через плече висіла сумка. Коли він падав на землю, в ній щось торохтіло і дзвякало.</w:t>
      </w:r>
    </w:p>
    <w:p>
      <w:r>
        <w:br/>
        <w:t>Григораш розсунув "блискавку" і витяг із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а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 Ми з Пилипеєм не витримали й побігли сідати. А Ципа не зрушив з місця.</w:t>
      </w:r>
    </w:p>
    <w:p>
      <w:r>
        <w:br/>
        <w:t>— Я його не кину! — сказав він.</w:t>
      </w:r>
    </w:p>
    <w:p>
      <w:r>
        <w:br/>
        <w:t>— Що-о?! Ти ще пищать будеш? То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шестикласники. Ліс. Ми на крадених конях. Ніч. У будь-яку мить можуть з'явитися пастухи, селяни…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й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w:t>
      </w:r>
    </w:p>
    <w:p>
      <w:r>
        <w:br/>
        <w:t>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й запевняли, що були там уперше. Єдиний, хто добре знав місцевість, був Григораш. Але він зник. За ним були ще якісь гріхи, і він просто втік із дому. Він уже давно збирався тікати, говорив про це "кодлу".</w:t>
      </w:r>
    </w:p>
    <w:p>
      <w:r>
        <w:br/>
        <w:t>Ми з Пилипеєм дуже переживали.</w:t>
      </w:r>
    </w:p>
    <w:p>
      <w:r>
        <w:br/>
        <w:t>Був оголошений розшук по всій країні.</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 Почалося доросле життя.</w:t>
      </w:r>
    </w:p>
    <w:p>
      <w:r>
        <w:br/>
        <w:t>Пилипей пішов у мореходку. Я — в консерваторію. Бачилися рідко, хоч жили в одному місті. Дружби між нами не було. Мабуть-таки, через Ципу. Кожному з нас боляче, неприємно було згадувати ту ганебну нашу поведінку, і тому не хотілося бачитися. 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утратив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 сам себе заспокоюю, —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не хочеш, доведеться робити. Просто іншого кадра в мене зараз немає. Я так і сказав: "Карузо зробить". А раз я сказав, ти ж знаєш… — він струсив попіл цигарки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частку одержиш. Солідну.</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турфірмі вже домовлено. А до Одеси доїдеш із Пилипеєм. На теплоході я тобі передам усе, що треба. Отак! Він підвівся, ще раз струсив попіл від цигарки, тепер уже на друге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із тобою поріжуть на шматки і одправлять малою швидкістю у різні кінці України,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розповів мені про свій випадок: про несподівану появу Ципи на кормі, про ті ж самі слова, про те, як він упав за борт.</w:t>
      </w:r>
    </w:p>
    <w:p>
      <w:r>
        <w:br/>
        <w:t>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у електричці, й позад мене хтось розповідав якусь дивну страшну історію. Про маленького хлопчика, якого колись убили. А через багато років до сусідів прийшов хлопчик зі шрамом на скроні й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моторошно. А люди ззаду говорили про цілковиту можливість таких речей, заговорили про душу, яка не вмирає, про переселення душ… Мені час було вже виходити, і я пішов не дослухавши, і так чогось і не обернувся — і не побачив оповідача…</w:t>
      </w:r>
    </w:p>
    <w:p>
      <w:r>
        <w:br/>
        <w:t>І ще я згадав читану в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український учений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із нами на теплоході. Він примусив Пилипея, щоб той узяв його до себе в каюту. Капітан має таке право —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із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телефонної будки, набрав "02" і сказав оту фразу про діаманти на теплоході "Квітка-Основ'яненко". Григораш не міг цього бачити. Вдень він не виходив з каюти капітана. І на жодні екскурсії не ходив.</w:t>
      </w:r>
    </w:p>
    <w:p>
      <w:r>
        <w:br/>
        <w:t>Я вже навіть хотів, щоб мене заарештували. Аби тільки закінчилась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запитував себе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Звичайне перебільшення.</w:t>
      </w:r>
    </w:p>
    <w:p>
      <w:r>
        <w:br/>
        <w:t>— А очі! Ти пам'ятаєш його очі? Якісь особливі, недитячі. Я звернув увагу. Чесне слово.</w:t>
      </w:r>
    </w:p>
    <w:p>
      <w:r>
        <w:br/>
        <w:t>— І куди він усе-таки зник?</w:t>
      </w:r>
    </w:p>
    <w:p>
      <w:r>
        <w:br/>
        <w:t>Женя знизав плечима. — Стрибнув із теплохода, — почулося ззаду. Хлопці обернулися.</w:t>
      </w:r>
    </w:p>
    <w:p>
      <w:r>
        <w:br/>
        <w:t>Ззаду стояв, усміхаючись, із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й вузька, як шабля, чехоня.</w:t>
      </w:r>
    </w:p>
    <w:p>
      <w:r>
        <w:br/>
        <w:t>— Якби й таємницю можна було отак: раз —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міркуючи. А з вікна каюти "Квітки-Основ'яненка", пришвартованого біля третього причалу, дивився на них, усміхаючись, якийсь хлопець.</w:t>
      </w:r>
    </w:p>
    <w:p>
      <w:r>
        <w:br/>
        <w:t>Було далеченько, й обличчя не розгледіти…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Ципа зникає вдруге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