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світі злому і холодному…</w:t>
      </w:r>
    </w:p>
    <w:p>
      <w:r>
        <w:br/>
        <w:t xml:space="preserve"> У світі злому і холодному&lt;br /&gt;</w:t>
        <w:br/>
        <w:t>де щастя зіткане з прощань,&lt;br /&gt;</w:t>
        <w:br/>
        <w:t>чи ми пробачим одне одному&lt;br /&gt;</w:t>
        <w:br/>
        <w:t>цю несподівану печаль?</w:t>
      </w:r>
    </w:p>
    <w:p>
      <w:r>
        <w:br/>
        <w:t>Чи будем вік себе картати?&lt;br /&gt;</w:t>
        <w:br/>
        <w:t>Але за віщо, Боже мій!&lt;br /&gt;</w:t>
        <w:br/>
        <w:t>За те, що серце калатати&lt;br /&gt;</w:t>
        <w:br/>
        <w:t>посміло в ніжності німій?!</w:t>
      </w:r>
    </w:p>
    <w:p>
      <w:r>
        <w:br/>
        <w:t>За ті передані привіти?&lt;br /&gt;</w:t>
        <w:br/>
        <w:t>За тихий погляд, що п'янить?&lt;br /&gt;</w:t>
        <w:br/>
        <w:t>Нехай це сонечко посвітить.&lt;br /&gt;</w:t>
        <w:br/>
        <w:t>Нехай ця туга продзвенить.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світі злому і холодному…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