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Уривок з поеми</w:t>
      </w:r>
    </w:p>
    <w:p>
      <w:r>
        <w:br/>
        <w:t xml:space="preserve"> &lt;blockquote&gt; Je suis un fils de cette race...&lt;br /&gt;</w:t>
        <w:br/>
        <w:t>E. Verhaeren&lt;/blockquote&gt;</w:t>
      </w:r>
    </w:p>
    <w:p>
      <w:r>
        <w:br/>
        <w:t>Внук кремезного чумака,&lt;br /&gt;</w:t>
        <w:br/>
        <w:t>Січовика блідий правправнук,&lt;br /&gt;</w:t>
        <w:br/>
        <w:t>Я закохавсь в гучних віках,&lt;br /&gt;</w:t>
        <w:br/>
        <w:t>Я волю полюбив державну.</w:t>
      </w:r>
    </w:p>
    <w:p>
      <w:r>
        <w:br/>
        <w:t>І крізь папери, крізь перо,&lt;br /&gt;</w:t>
        <w:br/>
        <w:t>Крізь дні буденні — богоданно&lt;br /&gt;</w:t>
        <w:br/>
        <w:t>Рокоче запорозька кров&lt;br /&gt;</w:t>
        <w:br/>
        <w:t>Міцних поплічників Богдана —</w:t>
      </w:r>
    </w:p>
    <w:p>
      <w:r>
        <w:br/>
        <w:t>Тих отаманів курінних,&lt;br /&gt;</w:t>
        <w:br/>
        <w:t>Що під гармати революцій&lt;br /&gt;</w:t>
        <w:br/>
        <w:t>Уміли кинуть п'яний сміх&lt;br /&gt;</w:t>
        <w:br/>
        <w:t>В скривавлене обличчя — муці.</w:t>
      </w:r>
    </w:p>
    <w:p>
      <w:r>
        <w:br/>
        <w:t>Чия залізна голова&lt;br /&gt;</w:t>
        <w:br/>
        <w:t>І з-під катівської сокири&lt;br /&gt;</w:t>
        <w:br/>
        <w:t>Жбурляла в чернь такі слова,&lt;br /&gt;</w:t>
        <w:br/>
        <w:t>Що їй мороз ішов за шкіру.</w:t>
      </w:r>
    </w:p>
    <w:p>
      <w:r>
        <w:br/>
        <w:t>Хто в дикий вихор гопака&lt;br /&gt;</w:t>
        <w:br/>
        <w:t>Втіляв життя назустріч степу,&lt;br /&gt;</w:t>
        <w:br/>
        <w:t>Й чия упевнена рука&lt;br /&gt;</w:t>
        <w:br/>
        <w:t>Зміцняла сивого Мазепу.</w:t>
      </w:r>
    </w:p>
    <w:p>
      <w:r>
        <w:br/>
        <w:t>Коли ж в батуринськім огні&lt;br /&gt;</w:t>
        <w:br/>
        <w:t>Держава рухнула, тоді-то&lt;br /&gt;</w:t>
        <w:br/>
        <w:t>Вони взяли свячений ніж,&lt;br /&gt;</w:t>
        <w:br/>
        <w:t>Залізняка майбутні діти!</w:t>
      </w:r>
    </w:p>
    <w:p>
      <w:r>
        <w:br/>
        <w:t>Хай згинуло, хай загуло —&lt;br /&gt;</w:t>
        <w:br/>
        <w:t>Вони лишилися, як криця!&lt;br /&gt;</w:t>
        <w:br/>
        <w:t>І жадний примус, жадне зло&lt;br /&gt;</w:t>
        <w:br/>
        <w:t>Їх не примусило скоритьсяі</w:t>
      </w:r>
    </w:p>
    <w:p>
      <w:r>
        <w:br/>
        <w:t>Херсонські прерії — мов Січ,&lt;br /&gt;</w:t>
        <w:br/>
        <w:t>А кобзарем — херсонський вітер,&lt;br /&gt;</w:t>
        <w:br/>
        <w:t>І рідним був одразу клич:&lt;br /&gt;</w:t>
        <w:br/>
        <w:t>— Вставайте! Кайдани порвіте!</w:t>
      </w:r>
    </w:p>
    <w:p>
      <w:r>
        <w:br/>
        <w:t>Бо ж там тече козацький Буг&lt;br /&gt;</w:t>
        <w:br/>
        <w:t>Й — не раз червоная — Синюха,&lt;br /&gt;</w:t>
        <w:br/>
        <w:t>А я там весен вербний пух&lt;br /&gt;</w:t>
        <w:br/>
        <w:t>І дух землі — з дитинства нюхав.</w:t>
      </w:r>
    </w:p>
    <w:p>
      <w:r>
        <w:br/>
        <w:t>Як не калічила Москва,&lt;br /&gt;</w:t>
        <w:br/>
        <w:t>Не спокушав її розгон той —&lt;br /&gt;</w:t>
        <w:br/>
        <w:t>Та враз підвівсь, і запалав,&lt;br /&gt;</w:t>
        <w:br/>
        <w:t>І з серця кров'ю крикнув Гонта.</w:t>
      </w:r>
    </w:p>
    <w:p>
      <w:r>
        <w:br/>
        <w:t>...Даремно, вороже, радій —&lt;br /&gt;</w:t>
        <w:br/>
        <w:t>Не паралітик і не лірник&lt;br /&gt;</w:t>
        <w:br/>
        <w:t>Народ мій — в гураган подій&lt;br /&gt;</w:t>
        <w:br/>
        <w:t>Жбурне тобою ще, невірний!</w:t>
      </w:r>
    </w:p>
    <w:p>
      <w:r>
        <w:br/>
        <w:t>Ще засилатимеш, на жаль,&lt;br /&gt;</w:t>
        <w:br/>
        <w:t>До Києва послів московських —&lt;br /&gt;</w:t>
        <w:br/>
        <w:t>І по паркету наших заль&lt;br /&gt;</w:t>
        <w:br/>
        <w:t>Ступати лаптю буде сковзько.</w:t>
      </w:r>
    </w:p>
    <w:p>
      <w:r>
        <w:br/>
        <w:t>5.6 1924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Уривок з поеми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