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лікарні</w:t>
      </w:r>
    </w:p>
    <w:p>
      <w:r>
        <w:br/>
        <w:t xml:space="preserve"> Немов розглядали вітрину,&lt;br /&gt;</w:t>
        <w:br/>
        <w:t>Заповнюючи тротуар.&lt;br /&gt;</w:t>
        <w:br/>
        <w:t>Носилки вштовхнули в машину,&lt;br /&gt;</w:t>
        <w:br/>
        <w:t>В кабіну пірнув санітар.</w:t>
      </w:r>
    </w:p>
    <w:p>
      <w:r>
        <w:br/>
        <w:t>І мимо сум'яття нічного,&lt;br /&gt;</w:t>
        <w:br/>
        <w:t>Панелів, під'їздів з людьми&lt;br /&gt;</w:t>
        <w:br/>
        <w:t>Летіла швидка допомога&lt;br /&gt;</w:t>
        <w:br/>
        <w:t>Вогнями в пітьму із пітьми.</w:t>
      </w:r>
    </w:p>
    <w:p>
      <w:r>
        <w:br/>
        <w:t>Міліція, вулиці, лиця&lt;br /&gt;</w:t>
        <w:br/>
        <w:t>Освітлені враз фонарем.&lt;br /&gt;</w:t>
        <w:br/>
        <w:t>Похитувалась фельдшериця&lt;br /&gt;</w:t>
        <w:br/>
        <w:t>Із шклянкою з нашатирем.</w:t>
      </w:r>
    </w:p>
    <w:p>
      <w:r>
        <w:br/>
        <w:t>А потім рядками в приймальні&lt;br /&gt;</w:t>
        <w:br/>
        <w:t>Плямили опитний листок.&lt;br /&gt;</w:t>
        <w:br/>
        <w:t>Йшов дощ, і знадвору печально&lt;br /&gt;</w:t>
        <w:br/>
        <w:t>Водою шумів жолобок.</w:t>
      </w:r>
    </w:p>
    <w:p>
      <w:r>
        <w:br/>
        <w:t>Поклали його біля входу,&lt;br /&gt;</w:t>
        <w:br/>
        <w:t>Бо в корпусі місць не було.&lt;br /&gt;</w:t>
        <w:br/>
        <w:t>Відгонило випаром йоду,&lt;br /&gt;</w:t>
        <w:br/>
        <w:t>Обвіював протяг чоло.</w:t>
      </w:r>
    </w:p>
    <w:p>
      <w:r>
        <w:br/>
        <w:t>Вікно обіймало квадратом&lt;br /&gt;</w:t>
        <w:br/>
        <w:t>Шмат неба і частку садка.&lt;br /&gt;</w:t>
        <w:br/>
        <w:t>Підлога, халати, палати —&lt;br /&gt;</w:t>
        <w:br/>
        <w:t>Цікавило все новака.</w:t>
      </w:r>
    </w:p>
    <w:p>
      <w:r>
        <w:br/>
        <w:t>Та раптом у погляді няні,&lt;br /&gt;</w:t>
        <w:br/>
        <w:t>Яка нахилилась над ним,&lt;br /&gt;</w:t>
        <w:br/>
        <w:t>Побачив, що, певне, з лікарні&lt;br /&gt;</w:t>
        <w:br/>
        <w:t>Йому вже не вийти живим.</w:t>
      </w:r>
    </w:p>
    <w:p>
      <w:r>
        <w:br/>
        <w:t>І, стишений, з вдячністю стежив&lt;br /&gt;</w:t>
        <w:br/>
        <w:t>За світом потойбіч вікна,&lt;br /&gt;</w:t>
        <w:br/>
        <w:t>Де, ніби від іскри пожежі,&lt;br /&gt;</w:t>
        <w:br/>
        <w:t>Світилась червона стіна,</w:t>
      </w:r>
    </w:p>
    <w:p>
      <w:r>
        <w:br/>
        <w:t>А місто шуміло, як море,&lt;br /&gt;</w:t>
        <w:br/>
        <w:t>Вогнями хитало пітьму.&lt;br /&gt;</w:t>
        <w:br/>
        <w:t>І в сяєві клен ізнадвору&lt;br /&gt;</w:t>
        <w:br/>
        <w:t>Прощально вклонявся йому.</w:t>
      </w:r>
    </w:p>
    <w:p>
      <w:r>
        <w:br/>
        <w:t>І хворий подумав : "О, творче.&lt;br /&gt;</w:t>
        <w:br/>
        <w:t>Який досконалий твій світ,&lt;br /&gt;</w:t>
        <w:br/>
        <w:t>І місто, і смерть серед ночі,&lt;br /&gt;</w:t>
        <w:br/>
        <w:t>І стіни, і клена привіт.</w:t>
      </w:r>
    </w:p>
    <w:p>
      <w:r>
        <w:br/>
        <w:t>Прийнявши снотворного дозу,&lt;br /&gt;</w:t>
        <w:br/>
        <w:t>Оплакую всіх і себе,&lt;br /&gt;</w:t>
        <w:br/>
        <w:t>І, певне, коли б не ці сльози,&lt;br /&gt;</w:t>
        <w:br/>
        <w:t>Побачити б міг я тебе,</w:t>
      </w:r>
    </w:p>
    <w:p>
      <w:r>
        <w:br/>
        <w:t>Так солодко в світлім безволлі&lt;br /&gt;</w:t>
        <w:br/>
        <w:t>У ліжку під світлом м'яким&lt;br /&gt;</w:t>
        <w:br/>
        <w:t>Збагнути себе й свою долю&lt;br /&gt;</w:t>
        <w:br/>
        <w:t>Безцінним дарунком твоїм.</w:t>
      </w:r>
    </w:p>
    <w:p>
      <w:r>
        <w:br/>
        <w:t>З життєвим прощаюся виром,&lt;br /&gt;</w:t>
        <w:br/>
        <w:t>Відчувши долонь твоїх жар.&lt;br /&gt;</w:t>
        <w:br/>
        <w:t>Ти держиш мене, ніби виріб,&lt;br /&gt;</w:t>
        <w:br/>
        <w:t>Й ховаєш, як перстень, в футляр".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лікарні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