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Vae victis</w:t>
      </w:r>
    </w:p>
    <w:p>
      <w:r>
        <w:br/>
        <w:t xml:space="preserve"> Я знемігся, згорів… Моє серце на попіл зотліло.&lt;br /&gt;</w:t>
        <w:br/>
        <w:t>Мою душу самотню пожерла гадюка-нудьга,&lt;br /&gt;</w:t>
        <w:br/>
        <w:t>І, безсилий, хилюсь я, хоч ще молоде моє тіло…&lt;br /&gt;</w:t>
        <w:br/>
        <w:t>Я знемігся, згорів… Моє серце на попіл зотліло,—&lt;br /&gt;</w:t>
        <w:br/>
        <w:t>В нім погасла снага.</w:t>
      </w:r>
    </w:p>
    <w:p>
      <w:r>
        <w:br/>
        <w:t>Мов свобідний орел, моя думка в просторах шугала.&lt;br /&gt;</w:t>
        <w:br/>
        <w:t>І я, спраглий, схилявся і пив із криниці знаття.&lt;br /&gt;</w:t>
        <w:br/>
        <w:t>Ні, не марно я жив,— я боровся, шукав ідеала,&lt;br /&gt;</w:t>
        <w:br/>
        <w:t>Мов свобідний орел, моя думка в просторах шугала&lt;br /&gt;</w:t>
        <w:br/>
        <w:t>В тих просторах життя!</w:t>
      </w:r>
    </w:p>
    <w:p>
      <w:r>
        <w:br/>
        <w:t>І мов нагла мара мені світ весь од сонця закрила…&lt;br /&gt;</w:t>
        <w:br/>
        <w:t>У гонитві даремній минули найкращі літа.&lt;br /&gt;</w:t>
        <w:br/>
        <w:t>Мрії гасли, як зорі, зломились напружені крила,&lt;br /&gt;</w:t>
        <w:br/>
        <w:t>І, мов нагла мара, мені світ весь од сонця закрила&lt;br /&gt;</w:t>
        <w:br/>
        <w:t>Неминуча мета.</w:t>
      </w:r>
    </w:p>
    <w:p>
      <w:r>
        <w:br/>
        <w:t>Я самотній стою. Наді мною реве хуртовина;&lt;br /&gt;</w:t>
        <w:br/>
        <w:t>Зграї гарпій проклятих, що звуться "навіщо", "куди",&lt;br /&gt;</w:t>
        <w:br/>
        <w:t>Мою душу жеруть… Як покинута в лісі дитина&lt;br /&gt;</w:t>
        <w:br/>
        <w:t>Я самотній стою. Наді мною реве хуртовина,&lt;br /&gt;</w:t>
        <w:br/>
        <w:t>Замітає сліди.</w:t>
      </w:r>
    </w:p>
    <w:p>
      <w:r>
        <w:br/>
        <w:t>1904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Vae victis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