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Варіація первої Давидової псальми</w:t>
      </w:r>
    </w:p>
    <w:p>
      <w:r>
        <w:br/>
        <w:t xml:space="preserve"> Блаженний, хто прямує битим шляхом,&lt;br /&gt;</w:t>
        <w:br/>
        <w:t>Котрий до ласощів усяку погань надить,&lt;br /&gt;</w:t>
        <w:br/>
        <w:t>Хто не тривожиться спасенним страхом,&lt;br /&gt;</w:t>
        <w:br/>
        <w:t>Що до погибелі широкий путь провадить.</w:t>
      </w:r>
    </w:p>
    <w:p>
      <w:r>
        <w:br/>
        <w:t>Блажен, блажен той муж премудро ниций,&lt;br /&gt;</w:t>
        <w:br/>
        <w:t>Що не заглядує, мовляв, до нечестивих,&lt;br /&gt;</w:t>
        <w:br/>
        <w:t>Кого лестять баби і молодиці,&lt;br /&gt;</w:t>
        <w:br/>
        <w:t>Що він собі мовчить серед людей злосливих,</w:t>
      </w:r>
    </w:p>
    <w:p>
      <w:r>
        <w:br/>
        <w:t>Та хилиться під грішничі закони,&lt;br /&gt;</w:t>
        <w:br/>
        <w:t>Та знає, що удень, а що вночі робити:&lt;br /&gt;</w:t>
        <w:br/>
        <w:t>Бабам низькі одважує поклони,&lt;br /&gt;</w:t>
        <w:br/>
        <w:t>І вміє молодиць десятками любити.</w:t>
      </w:r>
    </w:p>
    <w:p>
      <w:r>
        <w:br/>
        <w:t>Росте сей муж, мов дерево розкішне:&lt;br /&gt;</w:t>
        <w:br/>
        <w:t>Баби йому щодня коріння поливають,&lt;br /&gt;</w:t>
        <w:br/>
        <w:t>Жінки його за слово люблять пишне,&lt;br /&gt;</w:t>
        <w:br/>
        <w:t>А чоловіки їх великим об'являють.</w:t>
      </w:r>
    </w:p>
    <w:p>
      <w:r>
        <w:br/>
        <w:t>Я не такий, о боже мій правдивий!&lt;br /&gt;</w:t>
        <w:br/>
        <w:t>Я все прикидливе, усе зловредно тайне,&lt;br /&gt;</w:t>
        <w:br/>
        <w:t>Як чоловік воістину злосливий,&lt;br /&gt;</w:t>
        <w:br/>
        <w:t>Ясую всюди, щоб було між миром явне.</w:t>
      </w:r>
    </w:p>
    <w:p>
      <w:r>
        <w:br/>
        <w:t>Не знаючи, чого до церкви ходять,&lt;br /&gt;</w:t>
        <w:br/>
        <w:t>Вчащаю залюбки в ту нечестиву раду,&lt;br /&gt;</w:t>
        <w:br/>
        <w:t>Де братчики шукають і знаходять,&lt;br /&gt;</w:t>
        <w:br/>
        <w:t>Як в серце громадян вселити суд і правду.</w:t>
      </w:r>
    </w:p>
    <w:p>
      <w:r>
        <w:br/>
        <w:t>І не хилюсь під грішничі закони,&lt;br /&gt;</w:t>
        <w:br/>
        <w:t>Що грішники велять до йоти виповняти,&lt;br /&gt;</w:t>
        <w:br/>
        <w:t>Притиснувши темноти міліони&lt;br /&gt;</w:t>
        <w:br/>
        <w:t>І заказавши їм про волю міркувати.</w:t>
      </w:r>
    </w:p>
    <w:p>
      <w:r>
        <w:br/>
        <w:t>Невже ж устоять сі лукві злюки&lt;br /&gt;</w:t>
        <w:br/>
        <w:t>У тебе, господи, на праведному суді,&lt;br /&gt;</w:t>
        <w:br/>
        <w:t>І предаси ти нас в катівські руки,&lt;br /&gt;</w:t>
        <w:br/>
        <w:t>І царству грішників конця вовік не буде?</w:t>
      </w:r>
    </w:p>
    <w:p>
      <w:r>
        <w:br/>
        <w:t>Ти, господи, путь праведників знаєш&lt;br /&gt;</w:t>
        <w:br/>
        <w:t>І бачиш добре путь ледачих лицемірів:&lt;br /&gt;</w:t>
        <w:br/>
        <w:t>Про що ж ти їм сей попуск попускаєш?&lt;br /&gt;</w:t>
        <w:br/>
        <w:t>Побий їх правдою, щоб їм ніхто не вірив.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Варіація первої Давидової псальми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