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Іванович</w:t>
      </w:r>
    </w:p>
    <w:p>
      <w:r>
        <w:br/>
        <w:t xml:space="preserve"> &lt;p&gt;А я ось і прийшов! Драстуйте!</w:t>
      </w:r>
    </w:p>
    <w:p>
      <w:r>
        <w:br/>
        <w:t>— Драстуй, Васько! Сам прийшов?</w:t>
      </w:r>
    </w:p>
    <w:p>
      <w:r>
        <w:br/>
        <w:t>— Сам!</w:t>
      </w:r>
    </w:p>
    <w:p>
      <w:r>
        <w:br/>
        <w:t>— І не побоявся?</w:t>
      </w:r>
    </w:p>
    <w:p>
      <w:r>
        <w:br/>
        <w:t>— А чого мені боятися?</w:t>
      </w:r>
    </w:p>
    <w:p>
      <w:r>
        <w:br/>
        <w:t>— А вовки ж у кукурудзі єсть! Хіба ти не чув?</w:t>
      </w:r>
    </w:p>
    <w:p>
      <w:r>
        <w:br/>
        <w:t>— А я вовків не боюсь! Я читав у книжці, що вог;-ки бояться людини і тоді тільки можуть напасти, як голодні. А голодні вони тільки взимку! А тепер літо!</w:t>
      </w:r>
    </w:p>
    <w:p>
      <w:r>
        <w:br/>
        <w:t>Перед нами стояв білявенький, з синіми, синіми очима хлопчик у голубій майці і в чорних трусиках.</w:t>
      </w:r>
    </w:p>
    <w:p>
      <w:r>
        <w:br/>
        <w:t>Ми з лікарем, Іваном Кириловичем, ходили па високім березі річки Осколу, за Турецькою могилою, розшукували кущі шипшини.</w:t>
      </w:r>
    </w:p>
    <w:p>
      <w:r>
        <w:br/>
        <w:t>Іван Кирилович дуже любить квіти. І не тільки любить, а глибоко на них знається — у нього біля сільської лікарні чудесний квітник: там і гладіолуси, і братки, і айстри, і жоржини, і левкої, і гвоздики, і кручені паничі, І канни, і нагідки...</w:t>
      </w:r>
    </w:p>
    <w:p>
      <w:r>
        <w:br/>
        <w:t>А які в нього троянди! І білі, і рожеві, і чорні, і густо-червоні, бордо... Великі, великі та пишні.</w:t>
      </w:r>
    </w:p>
    <w:p>
      <w:r>
        <w:br/>
        <w:t>А знаєте, як він викохує троянди?</w:t>
      </w:r>
    </w:p>
    <w:p>
      <w:r>
        <w:br/>
        <w:t>Восени він іде в ліс, викопує шипшинові кущі, садовить їх у своєму квітнику біля лікарні й прищеплює на них культурні троянди...</w:t>
      </w:r>
    </w:p>
    <w:p>
      <w:r>
        <w:br/>
        <w:t>От і сьогодні ми з ним пішли в ліс, що розлігся над Осколом, шукати шипшину...</w:t>
      </w:r>
    </w:p>
    <w:p>
      <w:r>
        <w:br/>
        <w:t>Як же там хороше, над Осколом!</w:t>
      </w:r>
    </w:p>
    <w:p>
      <w:r>
        <w:br/>
        <w:t>Поміж густими очеретами блищить срібно-голуба річка, що поділилась тут аж на три рукави, вдалині — голубіють озера, і скрізь, скрізь, куди дістає око,. по широкому зеленому річищу — стоги зеленої отави...</w:t>
      </w:r>
    </w:p>
    <w:p>
      <w:r>
        <w:br/>
        <w:t>Ген там, на протилежнім березі, — село, а аа селом, аяс до самісінького виднокраю зеленіє озима пшениця...</w:t>
      </w:r>
    </w:p>
    <w:p>
      <w:r>
        <w:br/>
        <w:t>Ліворуч — далеко-далеко, де небо з землею сходиться, — кукурудзяний ліс, і по ній, по кукурудзі, білі пелюстки порозкидано — колгоспниці в біленьких хустках кукурудзу ламають...</w:t>
      </w:r>
    </w:p>
    <w:p>
      <w:r>
        <w:br/>
        <w:t>Праворуч за селом, на горі, вітряк крилами махає, а поруч комбайн соняшники "косить-молотить".</w:t>
      </w:r>
    </w:p>
    <w:p>
      <w:r>
        <w:br/>
        <w:t>З того боку понад річкою залізниця.</w:t>
      </w:r>
    </w:p>
    <w:p>
      <w:r>
        <w:br/>
        <w:t>Із-за соснового лісу вискочив паровик, весело закричав і помчав далі, тягнучи за собою величезний состав порожняка: по вугілля побіг на Донбас.</w:t>
      </w:r>
    </w:p>
    <w:p>
      <w:r>
        <w:br/>
        <w:t>Іван Кирилович, прищеплюючи до шипшини трояндову гілочку, посміхався:</w:t>
      </w:r>
    </w:p>
    <w:p>
      <w:r>
        <w:br/>
        <w:t>— Прищеплю оце та й залишу тут, на зиму прийду й прикопаю в землю. От дивуватимуться люди навесні, коли на простій шипшині зацвітуть чудесні троянди!—І, помовчавши, додав:—Був би в мене час, я б на всіх кущах шипшини в лісі троянди поприщеплював! Яка краса!</w:t>
      </w:r>
    </w:p>
    <w:p>
      <w:r>
        <w:br/>
        <w:t>Великий квітолюбець і великий мрійник сивоголовий Іван Кирилович.</w:t>
      </w:r>
    </w:p>
    <w:p>
      <w:r>
        <w:br/>
        <w:t>В цей час і з'явився перед нами голубоокий Васько.</w:t>
      </w:r>
    </w:p>
    <w:p>
      <w:r>
        <w:br/>
        <w:t>— А я по качку до вас, Іване Кириловичу!— мовив Васько.</w:t>
      </w:r>
    </w:p>
    <w:p>
      <w:r>
        <w:br/>
        <w:t>— Гаразд!— одповів Іван Кирилович. —Підемо додому, забереш свою качку.</w:t>
      </w:r>
    </w:p>
    <w:p>
      <w:r>
        <w:br/>
        <w:t>Іван Кирилович, бувши в дитячому будинку, де жив Васько, подарував Васькові глинясту качку. Васько оце по неї й прийшов.</w:t>
      </w:r>
    </w:p>
    <w:p>
      <w:r>
        <w:br/>
        <w:t>II</w:t>
      </w:r>
    </w:p>
    <w:p>
      <w:r>
        <w:br/>
        <w:t>— Так тебе Васьком звуть?— заговорив я з хлопчиком, коли ми поверталися з лісу.</w:t>
      </w:r>
    </w:p>
    <w:p>
      <w:r>
        <w:br/>
        <w:t>— Так, Василь Іванович Шумейко.</w:t>
      </w:r>
    </w:p>
    <w:p>
      <w:r>
        <w:br/>
        <w:t>— А літ тобі скільки?</w:t>
      </w:r>
    </w:p>
    <w:p>
      <w:r>
        <w:br/>
        <w:t>— Дев'ять.</w:t>
      </w:r>
    </w:p>
    <w:p>
      <w:r>
        <w:br/>
        <w:t>— А тато та мама твої де? Васько з сумом одповів:</w:t>
      </w:r>
    </w:p>
    <w:p>
      <w:r>
        <w:br/>
        <w:t>— А я ні татка, ні мами не пам'ятаю. Татко з війни не повернувся, а маму бомбою вбило... Рік мені тоді був.</w:t>
      </w:r>
    </w:p>
    <w:p>
      <w:r>
        <w:br/>
        <w:t>— Як же ти ріс?</w:t>
      </w:r>
    </w:p>
    <w:p>
      <w:r>
        <w:br/>
        <w:t>— Мене бабуся взяла, я в неї й виріс. Бабуся Наталка... Бабусі колгосп допомагав, бо вона вже дуже старенька. А потім, як я підріс, до дитячого будинку мене взяли...</w:t>
      </w:r>
    </w:p>
    <w:p>
      <w:r>
        <w:br/>
        <w:t>— А бабуся де?</w:t>
      </w:r>
    </w:p>
    <w:p>
      <w:r>
        <w:br/>
        <w:t>— А бабуся вдома! А дитячий будинок не в тому селі, де бабуся живе. Бабуся живе в своїй хаті, я до неї щонеділі ходжу. Вона ще й тепер, як я приходжу до неї, казки мені розказує! Ой, скільки я казок знаю.</w:t>
      </w:r>
    </w:p>
    <w:p>
      <w:r>
        <w:br/>
        <w:t>— А як у дитячому будинку живеться?</w:t>
      </w:r>
    </w:p>
    <w:p>
      <w:r>
        <w:br/>
        <w:t>— Дуже хороше! До школи вже ходжу, у другий клас.</w:t>
      </w:r>
    </w:p>
    <w:p>
      <w:r>
        <w:br/>
        <w:t>— А вчишся як?</w:t>
      </w:r>
    </w:p>
    <w:p>
      <w:r>
        <w:br/>
        <w:t>— А я відмінник! Усі "п'ять"! А в мене в дитячому будинку кролики єсть! Аж дві пари, і маленьких — дванадцятеро! Голубі кролики! Я для них салі і кролятник збудував. І курочка з півником живуть! І галка!</w:t>
      </w:r>
    </w:p>
    <w:p>
      <w:r>
        <w:br/>
        <w:t>— Яка галка?</w:t>
      </w:r>
    </w:p>
    <w:p>
      <w:r>
        <w:br/>
        <w:t>— А справжня галка! Птиця! Така ручна-ручна! Як покличу її: "Галю, Галю!" — вона летить і сідає мені на плече або на голову! Дуже цукор любить! Сяде на плече і зразу: "Кр-р-ра! Дай цукру".</w:t>
      </w:r>
    </w:p>
    <w:p>
      <w:r>
        <w:br/>
        <w:t>— Де ж ти її взяв?</w:t>
      </w:r>
    </w:p>
    <w:p>
      <w:r>
        <w:br/>
        <w:t>— Випала з гнізда! Я її знайшов і вигодував! І ні до кого до рук не йде, тільки до мене. А я в дитячому будинку й музики вчусь. На піаніно. Вчителька каже, що я, як учитимусь, добре гратиму.</w:t>
      </w:r>
    </w:p>
    <w:p>
      <w:r>
        <w:br/>
        <w:t>— А тобі хочеться навчитись добре грати на піаніно?</w:t>
      </w:r>
    </w:p>
    <w:p>
      <w:r>
        <w:br/>
        <w:t>— Хочеться. Я й на баяні вмію! Я граю, а Галя моя ходить і підстрибує. Танцює! Мені дуже хочеться вивчити танцювати свою галку і курочку з півнем. Приїздив до нас ото якось цирк у клуб, я там бачив, як собачки танцюють під музику. Дресировані. А чи можна вивчити танцювати галку або півника?</w:t>
      </w:r>
    </w:p>
    <w:p>
      <w:r>
        <w:br/>
        <w:t>— Ти ж кажеш, що твоя Галя танцює.</w:t>
      </w:r>
    </w:p>
    <w:p>
      <w:r>
        <w:br/>
        <w:t>— Хлопці сміються, кажуть, що зовсім вона не танцює, а просто собі підстрибує, як звичайно. А мені здається, що вона ніби до музики прислухається й танцює...</w:t>
      </w:r>
    </w:p>
    <w:p>
      <w:r>
        <w:br/>
        <w:t>— А ти сам хоч як-небудь умієш танцювати? — запитав я Васька.</w:t>
      </w:r>
    </w:p>
    <w:p>
      <w:r>
        <w:br/>
        <w:t>— А я ж у танцювальному гуртку! Я багато танців знаю: і польку, і краков'яка, і козачка, і гопака, і лезгинку. За лезгинку я навіть приза маю! В районі на вечорі самодіяльності танцював. Мене книжкою преміювали: "Казки Пушкіна". А ви бачили дресированих птиць?</w:t>
      </w:r>
    </w:p>
    <w:p>
      <w:r>
        <w:br/>
        <w:t>— Бачив, — кажу. — Є дресировані папуги, сороки, галки, журавлі...</w:t>
      </w:r>
    </w:p>
    <w:p>
      <w:r>
        <w:br/>
        <w:t>— І танцюють?</w:t>
      </w:r>
    </w:p>
    <w:p>
      <w:r>
        <w:br/>
        <w:t>— Бачив тільки журавля, як він танцював. Один дідусь його вивчив. Дідусь грає на сопілку, а він танцює. Чудно дуже... Ноги в журавля довгі, і він ними перебирає, а потім ще й присяде, навприсядки танцює...</w:t>
      </w:r>
    </w:p>
    <w:p>
      <w:r>
        <w:br/>
        <w:t>— А галки не бачили, щоб танцювала?</w:t>
      </w:r>
    </w:p>
    <w:p>
      <w:r>
        <w:br/>
        <w:t>— Галки не бачив!</w:t>
      </w:r>
    </w:p>
    <w:p>
      <w:r>
        <w:br/>
        <w:t>— От мені хочеться галку танцювати навчити. І півня з куркою. І качку. Оце візьму в Івана Кириловича качку і теж учитиму її. Я дуже люблю тварин дресирувати! У мене й кролики вчені: через руки мені стрибають! Я гадаю, що я й птиць навчу!</w:t>
      </w:r>
    </w:p>
    <w:p>
      <w:r>
        <w:br/>
        <w:t>— Спробуй! Терпіння, Васю, треба багато! Може, й вивчиш! Що, може, ти хочеш цирковим артистом бути, дрєсировщиком?</w:t>
      </w:r>
    </w:p>
    <w:p>
      <w:r>
        <w:br/>
        <w:t>Васько якось так загадково посміхнувся.</w:t>
      </w:r>
    </w:p>
    <w:p>
      <w:r>
        <w:br/>
        <w:t>— А хіба це погано? — запитав.</w:t>
      </w:r>
    </w:p>
    <w:p>
      <w:r>
        <w:br/>
        <w:t>— Чому, — кажу, — погано! Навпаки, дуже добре:</w:t>
      </w:r>
    </w:p>
    <w:p>
      <w:r>
        <w:br/>
        <w:t>вивчати характер тварини, її особливості, її можливості... Учити її різних штук... Тільки мучити тварину не слід. Читав про дідуся Володимира Дурова, в нього цілий театр із різних тварин був?</w:t>
      </w:r>
    </w:p>
    <w:p>
      <w:r>
        <w:br/>
        <w:t>— Читав. Я все про Дурова прочитав! От якби бути таким, як Дуров!..</w:t>
      </w:r>
    </w:p>
    <w:p>
      <w:r>
        <w:br/>
        <w:t>— А ти помітив, що Дуров ніколи не бив тварин, він тільки ласкою їх учив! Ласкою та нагородою — шматочком чогось смачного.</w:t>
      </w:r>
    </w:p>
    <w:p>
      <w:r>
        <w:br/>
        <w:t>— І я свою Галю, як вона до мене прилітає або щось таке зробить, завжди цукром частую! Ні, я і галку, і півника з курочкою дресируватиму, і качку. Я — терплячий...</w:t>
      </w:r>
    </w:p>
    <w:p>
      <w:r>
        <w:br/>
        <w:t>Коли ми прийшли додому, Іван Кирилович запросив Васька обідати. Він одмовився:</w:t>
      </w:r>
    </w:p>
    <w:p>
      <w:r>
        <w:br/>
        <w:t>— Е ні, побіжу! Я одпросився взяти качку, а всі пішли допомагати колгоспові збирати кукурудзу. Я повинен їх наздогнати й перегнати на збиранні кукурудзи. Я найбільше свинки-довгоносика на буряках назбирав, найбільше від усіх кукурудзи навесні прополов, найбільше колосків назбирав. Я й на збиранні кукурудзи хочу бути першим! До побачення!</w:t>
      </w:r>
    </w:p>
    <w:p>
      <w:r>
        <w:br/>
        <w:t>— До побачення, Василю Івановичу! Не впусти качки!</w:t>
      </w:r>
    </w:p>
    <w:p>
      <w:r>
        <w:br/>
        <w:t>— Не впущу!— вигукнув Васько й підстрибом подався з гірки на дорогу.</w:t>
      </w:r>
    </w:p>
    <w:p>
      <w:r>
        <w:br/>
        <w:t>III</w:t>
      </w:r>
    </w:p>
    <w:p>
      <w:r>
        <w:br/>
        <w:t>Якось надійшов до мене лист од голови колгоспу з того села, де в дитячому будинку живе голубоокий мій товариш Василь Іванович Шумейко.</w:t>
      </w:r>
    </w:p>
    <w:p>
      <w:r>
        <w:br/>
        <w:t>Голова пише:</w:t>
      </w:r>
    </w:p>
    <w:p>
      <w:r>
        <w:br/>
        <w:t>"Дуже вас прошу купити в Києві черевики з ковзанами, такий і такий номер. Лижі й костюм для лиж. Правління колгоспу ухвалило преміювати Васька Шумейка за найкращі показники в роботі по збору довгоносика на буряках і за збирання колосків і кукурудзи. Інші подарунки для дітей ми знайшли й тут, у себе в районі, а ковзанів, лиж і лижних костюмів нема. На Жовтневі свята влаштовуємо урочисті збори колгоспників разом з нашими чудесними малими друзями, вихованцями дитячого будинку, де ми їх преміюватимемо за допомогу нам".</w:t>
      </w:r>
    </w:p>
    <w:p>
      <w:r>
        <w:br/>
        <w:t>Я купив і послав.</w:t>
      </w:r>
    </w:p>
    <w:p>
      <w:r>
        <w:br/>
        <w:t>А після Нового року одержав листа від лікаря Івана Кириловича:</w:t>
      </w:r>
    </w:p>
    <w:p>
      <w:r>
        <w:br/>
        <w:t>"Вітаю з Новим роком! Був у мене на Новий рік, — пише Іван Кирилович, — Василь Іванович Шумейко. Прибіг на лижах, в новенькому червоному лижному костюмі. Біжить, розчервонівся, а на плечі в нього сидить галка. Каже, що галка таки танцює під музику, а глиняста качка ніяк не хоче. "Але я її, — каже, — все одно навчу!" Ой, буде з нашого Василя Івановича другий Дуров. Ой, буде!"</w:t>
      </w:r>
    </w:p>
    <w:p>
      <w:r>
        <w:br/>
        <w:t>А що ви гадаєте?</w:t>
      </w:r>
    </w:p>
    <w:p>
      <w:r>
        <w:br/>
        <w:t>Може, колись нам доведеться побачити велику афішу, на якій буде намальовано портрета Василя Івановича Шумейка, з галкою на плечі, і написано:</w:t>
      </w:r>
    </w:p>
    <w:p>
      <w:r>
        <w:br/>
        <w:t>"ВІДОМИЙ ОРИГІНАЛЬНИЙ ДРЕСИРОВЩИК ТВАРИН І ПТИЦЬ ВАСИЛЬ ІВАНОВИЧ ШУМЕЙКО".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Іванович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