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Веселі артисти</w:t>
      </w:r>
    </w:p>
    <w:p>
      <w:r>
        <w:br/>
        <w:t xml:space="preserve"> &lt;p&gt;І. ШАРИК ПІДШИПНИКІВ</w:t>
      </w:r>
    </w:p>
    <w:p>
      <w:r>
        <w:br/>
        <w:t>Маленька Надійна аж заплющилася й притиснулася до мами, коли вона побачила на арені в цирку, як веселий і дуже-дуже смішний артист-клоун Едуард Йосипович посадив собі на голову невеличку біленьку з рудими плямами собачку, собачка та сіла в його на голові на задні лапки, піднесла вгору передні, а Едуард Йосипович поліз-поліз-поліз щаблями на високу подвійну драбину, виліз аж на самісінький її вершечок, а потім другою половиною драбини зійшов на арену.</w:t>
      </w:r>
    </w:p>
    <w:p>
      <w:r>
        <w:br/>
        <w:t>Собачка весь час нерухомо сиділа в артиста на голові.</w:t>
      </w:r>
    </w:p>
    <w:p>
      <w:r>
        <w:br/>
        <w:t>— Ой, упаде! Ой мамо, собачка впаде!—шепотіла Надійка, притискуючись до мами.</w:t>
      </w:r>
    </w:p>
    <w:p>
      <w:r>
        <w:br/>
        <w:t>Але собачка не впала.</w:t>
      </w:r>
    </w:p>
    <w:p>
      <w:r>
        <w:br/>
        <w:t>Коли артист зняв її з голови, вона весело підстрибнула, Едуард Йосипович простяг руку догори долонею, собачка стрибнула на долоню, стала на передні лапки головою вниз, а задніми ніжками вгору, — зробила на долоні прекрасну стойку, як справжній висококваліфікований гімнаст.</w:t>
      </w:r>
    </w:p>
    <w:p>
      <w:r>
        <w:br/>
        <w:t>Едуард Йосипович, весело посміхаючись, познайомив глядачів цирку, — а глядачі здебільше були діти, і було їх у цирку більш як тисяча:</w:t>
      </w:r>
    </w:p>
    <w:p>
      <w:r>
        <w:br/>
        <w:t>— А зовуть, дітки, цього артиста, цього мого чотириногого друга — Шарик Підшипників!</w:t>
      </w:r>
    </w:p>
    <w:p>
      <w:r>
        <w:br/>
        <w:t>Громом оплесків та веселих вигуків вітали глядачі, — і діти, і дорослі, — роботу Шарика Підшипникова і веселого артиста-клоуна Едуарда Йосиповича.</w:t>
      </w:r>
    </w:p>
    <w:p>
      <w:r>
        <w:br/>
        <w:t>Шарик Підшипників, закінчивши роботу, стрілою помчав з арени за лаштунки.</w:t>
      </w:r>
    </w:p>
    <w:p>
      <w:r>
        <w:br/>
        <w:t>А чого він так швидко полетів за лаштунки?</w:t>
      </w:r>
    </w:p>
    <w:p>
      <w:r>
        <w:br/>
        <w:t>Бо він прекрасно знав, що за його хорошу роботу він обов'язково одержить чогось смачного: може, цукерок, може, грудочку цукру, може, ще щось...</w:t>
      </w:r>
    </w:p>
    <w:p>
      <w:r>
        <w:br/>
        <w:t>Собачка побігла, а Надійна сумно мамі сказала:</w:t>
      </w:r>
    </w:p>
    <w:p>
      <w:r>
        <w:br/>
        <w:t>— Яка хороша собачка! Шкода, що так швидко вона залишила арену.</w:t>
      </w:r>
    </w:p>
    <w:p>
      <w:r>
        <w:br/>
        <w:t>Так, на цей раз собачка показала тільки два свої "номери", а взагалі Шарик Підшипників знає чимало різних гімнастичних циркових вправ, серед яких єсть такі, що їх не робить жодна дресирована в цирку тварина.</w:t>
      </w:r>
    </w:p>
    <w:p>
      <w:r>
        <w:br/>
        <w:t>Насправді Шарика Підшипникова звуть не Шарик Підшипників, — це його жартівливе ім'я, — а звуть собачку Ляля.</w:t>
      </w:r>
    </w:p>
    <w:p>
      <w:r>
        <w:br/>
        <w:t>Народилася Ляля далеко на півночі, аж на острові Нова Земля, в Північному Льодовитому океані, де її мама зимувала з своїми хазяями на полярній станції.</w:t>
      </w:r>
    </w:p>
    <w:p>
      <w:r>
        <w:br/>
        <w:t>Породою вона — лайка.</w:t>
      </w:r>
    </w:p>
    <w:p>
      <w:r>
        <w:br/>
        <w:t>Лайки — це мисливські собаки, що допомагають мисливцям полювати в північних лісах, у тайзі, — білку. Коли лайка нападе на слід білки чи почує або побачить білку на дереві, — вона "облаює" її і голосом кличе хазяїна-мисливця, показує йому, де сидить білка.</w:t>
      </w:r>
    </w:p>
    <w:p>
      <w:r>
        <w:br/>
        <w:t>Лайки дуже розумні собачки і дуже цінні, без них полювання білки в тайзі просто неможливе.</w:t>
      </w:r>
    </w:p>
    <w:p>
      <w:r>
        <w:br/>
        <w:t>Але хто б міг подумати, що з мисливської собачки може вийти такий чудесний цирковий артист-акробат.</w:t>
      </w:r>
    </w:p>
    <w:p>
      <w:r>
        <w:br/>
        <w:t>І в цій роботі, як бачите, виявився природний розум лайки.</w:t>
      </w:r>
    </w:p>
    <w:p>
      <w:r>
        <w:br/>
        <w:t>Едуард Йосипович розповідає, що придбав він Ляльку в місті Калініні: до цирку, де він тоді працював, принесла Ляльку жінка, що приїхала з Нової Землі до родичів у Калінін.</w:t>
      </w:r>
    </w:p>
    <w:p>
      <w:r>
        <w:br/>
        <w:t>Лялька була тоді маленьким шестимісячним цуценятком.</w:t>
      </w:r>
    </w:p>
    <w:p>
      <w:r>
        <w:br/>
        <w:t>Цирку, розуміється, вона зроду не бачила і попервах дуже боялася музики, циркового галасу, шуму, сліпучого світла.</w:t>
      </w:r>
    </w:p>
    <w:p>
      <w:r>
        <w:br/>
        <w:t>І коли Едуард Йосипович перший раз просто так собі виніс її на арену, щоб познайомити її з цирком, Лялька затіпалась і заховалася в його на грудях під піджаком, а як він приніс 1 пустив її в убиральню, Лялька залізла в темний куточок під диван і тихенько скавучала.</w:t>
      </w:r>
    </w:p>
    <w:p>
      <w:r>
        <w:br/>
        <w:t>Так ото вона перелякалася!</w:t>
      </w:r>
    </w:p>
    <w:p>
      <w:r>
        <w:br/>
        <w:t>Але поволеньки звикла до всього: і до музики, і до світла, і до шуму, і до того, що після кожної вправи — і на репетиції, і на виставі — ласий шматочок цукру. Лялька почала охоче працювати, і вже через місяць Едуард Йосипович виходив з нею на арену, де вона чітко проробляла свій "номер".</w:t>
      </w:r>
    </w:p>
    <w:p>
      <w:r>
        <w:br/>
        <w:t>Лялька хоч і невеличка собачка, але з характером і дуже самолюбива.</w:t>
      </w:r>
    </w:p>
    <w:p>
      <w:r>
        <w:br/>
        <w:t>Одного разу Едуардові Йосиповичу уперше з Лялькою довелося працювати в цирку шапіто.</w:t>
      </w:r>
    </w:p>
    <w:p>
      <w:r>
        <w:br/>
        <w:t>Шапіто — літній цирк, у нього замість даху — величезне, напнуте з брезенту шатро.</w:t>
      </w:r>
    </w:p>
    <w:p>
      <w:r>
        <w:br/>
        <w:t>Увечері знявся великий вітер.</w:t>
      </w:r>
    </w:p>
    <w:p>
      <w:r>
        <w:br/>
        <w:t>Вийшов Едуард Йосипович з Лялькою на арену, подув вітер, залопотів люто угорі напнутий брезент.</w:t>
      </w:r>
    </w:p>
    <w:p>
      <w:r>
        <w:br/>
        <w:t>Ніколи такого в цирку не траплялося, і Лялька злякалася.</w:t>
      </w:r>
    </w:p>
    <w:p>
      <w:r>
        <w:br/>
        <w:t>Вирвалася і стрілою за лаштунки.</w:t>
      </w:r>
    </w:p>
    <w:p>
      <w:r>
        <w:br/>
        <w:t>Один із артистів, бажаючи її завернути на арену, хльоснув її батіжком — шамбер'єр у цирку такий батіг зветься.</w:t>
      </w:r>
    </w:p>
    <w:p>
      <w:r>
        <w:br/>
        <w:t>Лялька на арену не вернулася. Заховалася так, що насилу її Едуард Йосипович одшукав, і коли він узяв її на руки, на очах у Ляльки бриніли сльози.</w:t>
      </w:r>
    </w:p>
    <w:p>
      <w:r>
        <w:br/>
        <w:t>Так ото вона образилася, що їй зробили боляче, бо ніколи Едуард Йосипович її не бив, — тільки ласкою та чимось смачним він домагався від Ляльки виконувати всі її номери.</w:t>
      </w:r>
    </w:p>
    <w:p>
      <w:r>
        <w:br/>
        <w:t>І довго після того довелося Едуардові Йосиповичу переконувати Ляльку, що ніколи такого більше не трапиться, що ніхто на арені більше не зробить їй боляче, — не хотіла йти вона на арену.</w:t>
      </w:r>
    </w:p>
    <w:p>
      <w:r>
        <w:br/>
        <w:t>Потім вони помирилися, і Лялька почала працювати ще краще.</w:t>
      </w:r>
    </w:p>
    <w:p>
      <w:r>
        <w:br/>
        <w:t>Едуард Йосипович ще раз пересвідчився, що з тварини ласкою та нагородами завжди можна виховати собі справжнього друга і помічника в роботі.</w:t>
      </w:r>
    </w:p>
    <w:p>
      <w:r>
        <w:br/>
        <w:t>Тепер Лялька улюблениця циркових глядачів і неперевершена циркова артистка-акробат.</w:t>
      </w:r>
    </w:p>
    <w:p>
      <w:r>
        <w:br/>
        <w:t>У неї є знаменитий номер, коли вона стоїть на передніх лапках, задні — вгору, на лобі в Едуарда Йосиповича.</w:t>
      </w:r>
    </w:p>
    <w:p>
      <w:r>
        <w:br/>
        <w:t>Вивчає Лялька ще й кульбіти, і сальто-мортале. З цими "номерами" Едуард Йосипович незабаром мав познайомити глядачів.</w:t>
      </w:r>
    </w:p>
    <w:p>
      <w:r>
        <w:br/>
        <w:t>Діти страх як люблять Ляльку і завжди проводжають її громом оплесків...</w:t>
      </w:r>
    </w:p>
    <w:p>
      <w:r>
        <w:br/>
        <w:t>Отака Лялька — Шарик Підшипників.</w:t>
      </w:r>
    </w:p>
    <w:p>
      <w:r>
        <w:br/>
        <w:t>У неї єсть друзі: манісінька-манісінька, чорненька, куцохвоста з гострими вушками Чіта, теж циркова артистка, і великий чорно-рябий собака Крошка, чудесний математик, який уміє говорити "мама".</w:t>
      </w:r>
    </w:p>
    <w:p>
      <w:r>
        <w:br/>
        <w:t>Але про них розкажемо далі.</w:t>
      </w:r>
    </w:p>
    <w:p>
      <w:r>
        <w:br/>
        <w:t>II. ЙОГО ДРУЗІ</w:t>
      </w:r>
    </w:p>
    <w:p>
      <w:r>
        <w:br/>
        <w:t>— Ку-ку-рі-ку!</w:t>
      </w:r>
    </w:p>
    <w:p>
      <w:r>
        <w:br/>
        <w:t>Таким веселим вигуком зустрічає циркового артиста-коміка Едуарда Середу його учень і товариш по роботі — Петька.</w:t>
      </w:r>
    </w:p>
    <w:p>
      <w:r>
        <w:br/>
        <w:t>Почувши голос Едуарда Йосиповича, Петька б'є крильми, кукурікає і біжить-летить до свого хазяїна.</w:t>
      </w:r>
    </w:p>
    <w:p>
      <w:r>
        <w:br/>
        <w:t>Хазяїн ласкаво вітається з Петькою:</w:t>
      </w:r>
    </w:p>
    <w:p>
      <w:r>
        <w:br/>
        <w:t>— Здрастуй, Петю!</w:t>
      </w:r>
    </w:p>
    <w:p>
      <w:r>
        <w:br/>
        <w:t>— Ко-ко-ко-ко! — сокорить Петька і дивиться артистові в руки, бо знає, що йому зараз дадуть чогось смачного: крихту булки, грудочку цукру або жменьку одбірної пшениці.</w:t>
      </w:r>
    </w:p>
    <w:p>
      <w:r>
        <w:br/>
        <w:t>Петька, дзьобаючи зерно, кличе своїх подруг, білявеньку й сіреньку курочок:</w:t>
      </w:r>
    </w:p>
    <w:p>
      <w:r>
        <w:br/>
        <w:t>— Ко-ко-ко!</w:t>
      </w:r>
    </w:p>
    <w:p>
      <w:r>
        <w:br/>
        <w:t>Курочки підбігають, Петька і їх частує. Едуард Середа дуже весела людина. Він розмовляє з Петькою, мов із людиною. Лоскоче його, смика &lt;;</w:t>
      </w:r>
    </w:p>
    <w:p>
      <w:r>
        <w:br/>
        <w:t>за червону борідку, а Петька удає, що він дуже сердиться, і намагається клюнути хазяїна в руку.</w:t>
      </w:r>
    </w:p>
    <w:p>
      <w:r>
        <w:br/>
        <w:t>— Не гнівайся, Петю! — говорить Едуард Йосипович. — Давай краще попрацюємо!</w:t>
      </w:r>
    </w:p>
    <w:p>
      <w:r>
        <w:br/>
        <w:t>— Ко-ко-ко-ко! — відповідає Петька. Середа бере звичайнісінькі граблі, а Петька стрибає на них і зручно вмощується:</w:t>
      </w:r>
    </w:p>
    <w:p>
      <w:r>
        <w:br/>
        <w:t>— Ко-ко-ко-ко! Готовий!</w:t>
      </w:r>
    </w:p>
    <w:p>
      <w:r>
        <w:br/>
        <w:t>Едуард Йосипович ставить граблі на долоню, на голову, на підборіддя і балансує ними. А на граблях сидить, ніби справжній артист, Петька. Сидить і навіть не ворухнеться.</w:t>
      </w:r>
    </w:p>
    <w:p>
      <w:r>
        <w:br/>
        <w:t>Тільки на непомітний знак Едуарда Йосиповича він б'є крильми і вітає глядачів:</w:t>
      </w:r>
    </w:p>
    <w:p>
      <w:r>
        <w:br/>
        <w:t>— Ку-ку-рі-ку!</w:t>
      </w:r>
    </w:p>
    <w:p>
      <w:r>
        <w:br/>
        <w:t>Так щодня репетирує з Петькою артист цирку Едуард Середа.</w:t>
      </w:r>
    </w:p>
    <w:p>
      <w:r>
        <w:br/>
        <w:t>А ввечері Петька виступає на цирковій арені...</w:t>
      </w:r>
    </w:p>
    <w:p>
      <w:r>
        <w:br/>
        <w:t>І ні весела музика, ні сліпуче світло, ні оплески захоплених глядачів не лякають Петьку. Він своє діло добре знає!</w:t>
      </w:r>
    </w:p>
    <w:p>
      <w:r>
        <w:br/>
        <w:t>Петьку Едуард Середа придбав у місті Куйбишеві на Волзі, там, де тепер будується велика Куйбишевська гідроелектростанція.</w:t>
      </w:r>
    </w:p>
    <w:p>
      <w:r>
        <w:br/>
        <w:t>Петька тоді тільки-но вилупився з яєчка в інкубаторі і був зовсім манісіньким пухнатим курчатком.</w:t>
      </w:r>
    </w:p>
    <w:p>
      <w:r>
        <w:br/>
        <w:t>І от почав Едуард Йосипович вчити Петьку.</w:t>
      </w:r>
    </w:p>
    <w:p>
      <w:r>
        <w:br/>
        <w:t>Молодий півник виявився дуже здібним і вже через два тижні виступав з хазяїном на арені цирку.</w:t>
      </w:r>
    </w:p>
    <w:p>
      <w:r>
        <w:br/>
        <w:t>З того часу Петька та Едуард Йосипович разом працюють і кріпко один одного люблять.</w:t>
      </w:r>
    </w:p>
    <w:p>
      <w:r>
        <w:br/>
        <w:t>А їх обох люблять циркові глядачі — і великі і маленькі...</w:t>
      </w:r>
    </w:p>
    <w:p>
      <w:r>
        <w:br/>
        <w:t>— Васю, Васю, Васю! — гукає, ляскаючи в долоні, Едуард Йосипович.</w:t>
      </w:r>
    </w:p>
    <w:p>
      <w:r>
        <w:br/>
        <w:t>З криком — ге-ге-ге-ге! — розмахуючи крилами, летить до хазяїна гусак Васько.</w:t>
      </w:r>
    </w:p>
    <w:p>
      <w:r>
        <w:br/>
        <w:t>— Це мій рисак! — усміхаючись, рекомендує гусака Васька артист Середа.</w:t>
      </w:r>
    </w:p>
    <w:p>
      <w:r>
        <w:br/>
        <w:t>— Як так рисак? — дивуються глядачі. Тоді Едуард Йосипович бере "екіпаж", невеличкий ящик на колесах, запрягає в нього свого рисака-гусака, і — но!</w:t>
      </w:r>
    </w:p>
    <w:p>
      <w:r>
        <w:br/>
        <w:t>Рисак везе хазяїна на циркову арену... Веселим галасом та оплесками зустрічають глядачі виїзд артиста.</w:t>
      </w:r>
    </w:p>
    <w:p>
      <w:r>
        <w:br/>
        <w:t>Але Васько не звертає ніякісінької уваги на оплески. Він везе свого хазяїна по цирковій арені, а хазяїн урочисто їде на своєму рисакові-гусакові...</w:t>
      </w:r>
    </w:p>
    <w:p>
      <w:r>
        <w:br/>
        <w:t>Об'їхавши циркову арену, гусак-рисак везе свій "екіпаж" за лаштунки, а хазяїн на всі боки кланяється.</w:t>
      </w:r>
    </w:p>
    <w:p>
      <w:r>
        <w:br/>
        <w:t>Здається, все так просто...</w:t>
      </w:r>
    </w:p>
    <w:p>
      <w:r>
        <w:br/>
        <w:t>А спробуйте взяти звичайного гусака й запрягти у возик, — що він вам наробить!</w:t>
      </w:r>
    </w:p>
    <w:p>
      <w:r>
        <w:br/>
        <w:t>Багато треба і вміння, й терпіння, щоб привчити птицю чи звіра до роботи в цирку.</w:t>
      </w:r>
    </w:p>
    <w:p>
      <w:r>
        <w:br/>
        <w:t>Артист Едуард Середа має вміння і терпіння!</w:t>
      </w:r>
    </w:p>
    <w:p>
      <w:r>
        <w:br/>
        <w:t>— Крошка! Алле!</w:t>
      </w:r>
    </w:p>
    <w:p>
      <w:r>
        <w:br/>
        <w:t>На арені — цирковий артист — собака Крошка.</w:t>
      </w:r>
    </w:p>
    <w:p>
      <w:r>
        <w:br/>
        <w:t>Крошка народився на Кавказі. Батько його — мисливський собака, а мати походить з породи кавказьких вівчарів, вірних друзів гірських чабанів. Вівчарі — прекрасні сторожі овечих отар, вони не підпускають до овець ні чужої людини, ні звіра...</w:t>
      </w:r>
    </w:p>
    <w:p>
      <w:r>
        <w:br/>
        <w:t>Не судилося, як бачите, Крошці ні полювати, як батько, ні стерегти овець, як матері, — вийшов із нього прекрасний цирковий артист.</w:t>
      </w:r>
    </w:p>
    <w:p>
      <w:r>
        <w:br/>
        <w:t>— Крошка, алле!</w:t>
      </w:r>
    </w:p>
    <w:p>
      <w:r>
        <w:br/>
        <w:t>Крошка підбігає до артиста.</w:t>
      </w:r>
    </w:p>
    <w:p>
      <w:r>
        <w:br/>
        <w:t>— Скажи — мама!</w:t>
      </w:r>
    </w:p>
    <w:p>
      <w:r>
        <w:br/>
        <w:t>Крошка дивиться на хазяїна.</w:t>
      </w:r>
    </w:p>
    <w:p>
      <w:r>
        <w:br/>
        <w:t>— Ну, ну, швидше! Кажи — мама! Крошка зовсім виразно вимовляє: "Ма-ма!" За це він одержує цукор від хазяїна і гучні оплески від глядачів.</w:t>
      </w:r>
    </w:p>
    <w:p>
      <w:r>
        <w:br/>
        <w:t>Крошка дуже багато вміє: він грає з Едуардом Йосиповичем у м'яча, підбігає до телефону, бере телефонну трубку і викликає хазяїна до телефону:</w:t>
      </w:r>
    </w:p>
    <w:p>
      <w:r>
        <w:br/>
        <w:t>— Гав! Гав! Гав! Дзвонять! Просять до телефону! А ще Крошка талановитий математик: він лічить, складає, віднімає, множить і ділить до десяти.</w:t>
      </w:r>
    </w:p>
    <w:p>
      <w:r>
        <w:br/>
        <w:t>— Крошка! Скільки буде чотири та два? Крошка відповідає:</w:t>
      </w:r>
    </w:p>
    <w:p>
      <w:r>
        <w:br/>
        <w:t>— Гав! Гав! Гав! Гав! Гав! Гав! Шість! А як хтось із глядачів даь задачу на числа більші як десять, тоді Крошка стає на задні лапи і щось</w:t>
      </w:r>
    </w:p>
    <w:p>
      <w:r>
        <w:br/>
        <w:t>ніби говорить на вухо хазяїнові.</w:t>
      </w:r>
    </w:p>
    <w:p>
      <w:r>
        <w:br/>
        <w:t>— Що Крошка говорить? — цікавляться глядачі.</w:t>
      </w:r>
    </w:p>
    <w:p>
      <w:r>
        <w:br/>
        <w:t>— Крошка цікавиться, чи той, хто запитує, сам знає, скільки буде тринадцять та дванадцять?</w:t>
      </w:r>
    </w:p>
    <w:p>
      <w:r>
        <w:br/>
        <w:t>А як чудесно Крошка удає, ніби він школяр і йому не хочеться йти до школи, а хочеться повалятися в ліжку. А як він сердиться, коли мама його будить:</w:t>
      </w:r>
    </w:p>
    <w:p>
      <w:r>
        <w:br/>
        <w:t>— Вставай! Пора до школи!</w:t>
      </w:r>
    </w:p>
    <w:p>
      <w:r>
        <w:br/>
        <w:t>Крошка перевертається на килимі, стогне і сердито гавкає: не хочу, мовляв, уставати, іти до школи! Хочу поспати!</w:t>
      </w:r>
    </w:p>
    <w:p>
      <w:r>
        <w:br/>
        <w:t>Крошка дуже веселий пес і, між іншим, хороший товариш. Він чудесно грається з Лялькою і маленькою чорненькою Чітою.</w:t>
      </w:r>
    </w:p>
    <w:p>
      <w:r>
        <w:br/>
        <w:t>Чіта теж циркова артистка: вона вміє стояти на двох і на одній передній лапці вниз головою на долоні в Едуарда Йосиповича.</w:t>
      </w:r>
    </w:p>
    <w:p>
      <w:r>
        <w:br/>
        <w:t>Едуард Йосипович Середа іде із своїми друзями Лялькою, Крошкою та Чітою по вулиці. З кишені артиста виглядає маніпусінький Ральф — песик з колючою борідкою.</w:t>
      </w:r>
    </w:p>
    <w:p>
      <w:r>
        <w:br/>
        <w:t>Ральф іще дуже маленький: поки що він не працює, приглядається.</w:t>
      </w:r>
    </w:p>
    <w:p>
      <w:r>
        <w:br/>
        <w:t>— Куди це ви, Едуарде Йосиповичу?</w:t>
      </w:r>
    </w:p>
    <w:p>
      <w:r>
        <w:br/>
        <w:t>— Іду для своїх друзів ялинку купувати. Я Їм за їхню хорошу роботу ялинку влаштую і кожному подарунки подарую.</w:t>
      </w:r>
    </w:p>
    <w:p>
      <w:r>
        <w:br/>
        <w:t>— Які подарунки?</w:t>
      </w:r>
    </w:p>
    <w:p>
      <w:r>
        <w:br/>
        <w:t>— Приходьте на ялинку, побачите!</w:t>
      </w:r>
    </w:p>
    <w:p>
      <w:r>
        <w:br/>
        <w:t>— А Петька й Васько?</w:t>
      </w:r>
    </w:p>
    <w:p>
      <w:r>
        <w:br/>
        <w:t>— І Петька, і Васько також будуть на ялинці! І їм будуть подарунки! Приходьте!</w:t>
      </w:r>
    </w:p>
    <w:p>
      <w:r>
        <w:br/>
        <w:t>1953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Веселі артисти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