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Вітражі й пейзажі</w:t>
      </w:r>
    </w:p>
    <w:p>
      <w:r>
        <w:br/>
        <w:t xml:space="preserve"> 1. ОСІНЬ</w:t>
      </w:r>
    </w:p>
    <w:p>
      <w:r>
        <w:br/>
        <w:t>Дозрівають довгі дні, як ярі яблука,&lt;br /&gt;</w:t>
        <w:br/>
        <w:t>лине листя з лип,&lt;br /&gt;</w:t>
        <w:br/>
        <w:t>плине воза скрип,&lt;br /&gt;</w:t>
        <w:br/>
        <w:t>коло лісу колом ллється вигук зяблика.</w:t>
      </w:r>
    </w:p>
    <w:p>
      <w:r>
        <w:br/>
        <w:t>Палиться під захід сонця неба палуба,&lt;br /&gt;</w:t>
        <w:br/>
        <w:t>от отара в отаві,&lt;br /&gt;</w:t>
        <w:br/>
        <w:t>сизі мряки сиваві,&lt;br /&gt;</w:t>
        <w:br/>
        <w:t>в яслах яру ясний ястер ятрить яструба.&lt;br /&gt;</w:t>
        <w:br/>
        <w:t>П'яне піано на піаніні трав&lt;br /&gt;</w:t>
        <w:br/>
        <w:t>вітер заграв.&lt;br /&gt;</w:t>
        <w:br/>
        <w:t>Спіють дні все менші, нерівні,&lt;br /&gt;</w:t>
        <w:br/>
        <w:t>піють по півночі півні&lt;br /&gt;</w:t>
        <w:br/>
        <w:t>і&lt;br /&gt;</w:t>
        <w:br/>
        <w:t>ості, осокори,&lt;br /&gt;</w:t>
        <w:br/>
        <w:t>рій ос&lt;br /&gt;</w:t>
        <w:br/>
        <w:t>і ось&lt;br /&gt;</w:t>
        <w:br/>
        <w:t>вже осінь&lt;br /&gt;</w:t>
        <w:br/>
        <w:t>і&lt;br /&gt;</w:t>
        <w:br/>
        <w:t>о&lt;br /&gt;</w:t>
        <w:br/>
        <w:t>осінь&lt;br /&gt;</w:t>
        <w:br/>
        <w:t>інь&lt;br /&gt;</w:t>
        <w:br/>
        <w:t>нь.</w:t>
      </w:r>
    </w:p>
    <w:p>
      <w:r>
        <w:br/>
        <w:t>2. ПЕРШИЙ СНІГ</w:t>
      </w:r>
    </w:p>
    <w:p>
      <w:r>
        <w:br/>
        <w:t>Осінь переїхала по полі возом золотим.&lt;br /&gt;</w:t>
        <w:br/>
        <w:t>Понад кучугури кучерява мряка – срібний дим.</w:t>
      </w:r>
    </w:p>
    <w:p>
      <w:r>
        <w:br/>
        <w:t>Сонце з батогом проміння вогняний погонич.&lt;br /&gt;</w:t>
        <w:br/>
        <w:t>Навпростець по небі білі хмари в перегони.</w:t>
      </w:r>
    </w:p>
    <w:p>
      <w:r>
        <w:br/>
        <w:t>На куделі верховіття сиве павутиння.&lt;br /&gt;</w:t>
        <w:br/>
        <w:t>Підпирається гори рукою далеч синя.</w:t>
      </w:r>
    </w:p>
    <w:p>
      <w:r>
        <w:br/>
        <w:t>Вітер жовтий лист з дерев змітає помелом,&lt;br /&gt;</w:t>
        <w:br/>
        <w:t>в гущині сухе гілля гуркоче мідяний псалом.</w:t>
      </w:r>
    </w:p>
    <w:p>
      <w:r>
        <w:br/>
        <w:t>Білі квіти впали заповідь майбутніх січнів;&lt;br /&gt;</w:t>
        <w:br/>
        <w:t>перший раз тоді поцілувала землю вічність.</w:t>
      </w:r>
    </w:p>
    <w:p>
      <w:r>
        <w:br/>
        <w:t>3. КОПАННЯ КАРТОПЕЛЬ</w:t>
      </w:r>
    </w:p>
    <w:p>
      <w:r>
        <w:br/>
        <w:t>Поволі, поволі&lt;br /&gt;</w:t>
        <w:br/>
        <w:t>по синім полі&lt;br /&gt;</w:t>
        <w:br/>
        <w:t>дими кружляють&lt;br /&gt;</w:t>
        <w:br/>
        <w:t>на вільній волі.</w:t>
      </w:r>
    </w:p>
    <w:p>
      <w:r>
        <w:br/>
        <w:t>Короткими днями&lt;br /&gt;</w:t>
        <w:br/>
        <w:t>цвітуть вогнями&lt;br /&gt;</w:t>
        <w:br/>
        <w:t>на краю плаю,&lt;br /&gt;</w:t>
        <w:br/>
        <w:t>немов квітками.</w:t>
      </w:r>
    </w:p>
    <w:p>
      <w:r>
        <w:br/>
        <w:t>Багато багаття,&lt;br /&gt;</w:t>
        <w:br/>
        <w:t>червоне шмаття,&lt;br /&gt;</w:t>
        <w:br/>
        <w:t>а часом жовте,&lt;br /&gt;</w:t>
        <w:br/>
        <w:t>немов латаття.</w:t>
      </w:r>
    </w:p>
    <w:p>
      <w:r>
        <w:br/>
        <w:t>Обличчя веселі,&lt;br /&gt;</w:t>
        <w:br/>
        <w:t>імли куделі,&lt;br /&gt;</w:t>
        <w:br/>
        <w:t>а подув з броду&lt;br /&gt;</w:t>
        <w:br/>
        <w:t>п'яніє в хмелі.</w:t>
      </w:r>
    </w:p>
    <w:p>
      <w:r>
        <w:br/>
        <w:t>Вже літа є досить,&lt;br /&gt;</w:t>
        <w:br/>
        <w:t>угору осінь&lt;br /&gt;</w:t>
        <w:br/>
        <w:t>хустини білі&lt;br /&gt;</w:t>
        <w:br/>
        <w:t>хмарин підносить —</w:t>
      </w:r>
    </w:p>
    <w:p>
      <w:r>
        <w:br/>
        <w:t>знаки німі,&lt;br /&gt;</w:t>
        <w:br/>
        <w:t>що піддається&lt;br /&gt;</w:t>
        <w:br/>
        <w:t>зимі.</w:t>
      </w:r>
    </w:p>
    <w:p>
      <w:r>
        <w:br/>
        <w:t>4. КОЛОМИЙКА ПРО ПРОВЕСНУ</w:t>
      </w:r>
    </w:p>
    <w:p>
      <w:r>
        <w:br/>
        <w:t>Віє вітер, віє буйний, віє за горою,&lt;br /&gt;</w:t>
        <w:br/>
        <w:t>мороз ходить, мороз бродить під руки з весною.</w:t>
      </w:r>
    </w:p>
    <w:p>
      <w:r>
        <w:br/>
        <w:t>В річці риби, в полі скиби дощу з неба просять,&lt;br /&gt;</w:t>
        <w:br/>
        <w:t>роси росять, хмари хмарять небо в барву проса.</w:t>
      </w:r>
    </w:p>
    <w:p>
      <w:r>
        <w:br/>
        <w:t>Помазала шляхи злива розкислим болотом,&lt;br /&gt;</w:t>
        <w:br/>
        <w:t>плуги риють плай, мужицьким пахне поле потом.</w:t>
      </w:r>
    </w:p>
    <w:p>
      <w:r>
        <w:br/>
        <w:t>Сірий ранок ніч розколе, згасне сон на квіті.&lt;br /&gt;</w:t>
        <w:br/>
        <w:t>Сірий труд виходить в поле й грає на трембіті.</w:t>
      </w:r>
    </w:p>
    <w:p>
      <w:r>
        <w:br/>
        <w:t>5. ПІД ДАХОМ ЛІСУ</w:t>
      </w:r>
    </w:p>
    <w:p>
      <w:r>
        <w:br/>
        <w:t>Ой піду я до бору, до бору,&lt;br /&gt;</w:t>
        <w:br/>
        <w:t>подивлюся на сонце крізь тінь.&lt;br /&gt;</w:t>
        <w:br/>
        <w:t>Піднесуться дерева угору, угору,&lt;br /&gt;</w:t>
        <w:br/>
        <w:t>і на землю впаде далечінь.</w:t>
      </w:r>
    </w:p>
    <w:p>
      <w:r>
        <w:br/>
        <w:t>Ой піду я до бору, до бору,&lt;br /&gt;</w:t>
        <w:br/>
        <w:t>подивлюся на сонце крізь сон.&lt;br /&gt;</w:t>
        <w:br/>
        <w:t>Попливуть мої думи угору, угору,&lt;br /&gt;</w:t>
        <w:br/>
        <w:t>ліс і сон зашумлять в унісон.</w:t>
      </w:r>
    </w:p>
    <w:p>
      <w:r>
        <w:br/>
        <w:t>Ой піду я до бору, до бору,&lt;br /&gt;</w:t>
        <w:br/>
        <w:t>подивлюсь на смереки крізь смерк.&lt;br /&gt;</w:t>
        <w:br/>
        <w:t>Піднесеться вже вечір зі звору, зі звору,&lt;br /&gt;</w:t>
        <w:br/>
        <w:t>щоб лиш день, наче пень, геть померк.</w:t>
      </w:r>
    </w:p>
    <w:p>
      <w:r>
        <w:br/>
        <w:t>Ой піду я до бору, до бору,&lt;br /&gt;</w:t>
        <w:br/>
        <w:t>подивлюся на вітер крізь віти,&lt;br /&gt;</w:t>
        <w:br/>
        <w:t>як пливе він у ліса комору, комору.&lt;br /&gt;</w:t>
        <w:br/>
        <w:t>Буде в лісі сон, в сні ліс шуміти.</w:t>
      </w:r>
    </w:p>
    <w:p>
      <w:r>
        <w:br/>
        <w:t>6. НАД ВОДОЮ</w:t>
      </w:r>
    </w:p>
    <w:p>
      <w:r>
        <w:br/>
        <w:t>На березі білі берези напнуті, мов струни.&lt;br /&gt;</w:t>
        <w:br/>
        <w:t>День вітром по них потягає, неначе смичком,&lt;br /&gt;</w:t>
        <w:br/>
        <w:t>і шепотом падає в хвилі, як зерно до клуні.&lt;br /&gt;</w:t>
        <w:br/>
        <w:t>Ріка обіймає цей шум, мов раменами, дном.</w:t>
      </w:r>
    </w:p>
    <w:p>
      <w:r>
        <w:br/>
        <w:t>На плесі являються піни білясті бруньки,&lt;br /&gt;</w:t>
        <w:br/>
        <w:t>розхлюпані бризкають, спір між собою завівши.</w:t>
      </w:r>
    </w:p>
    <w:p>
      <w:r>
        <w:br/>
        <w:t>На березі там я берези пень гладжу липкий&lt;br /&gt;</w:t>
        <w:br/>
        <w:t>і кидаю сам до води свої мрії та вірші.</w:t>
      </w:r>
    </w:p>
    <w:p>
      <w:r>
        <w:br/>
        <w:t>7. ТОВАРИСТВО</w:t>
      </w:r>
    </w:p>
    <w:p>
      <w:r>
        <w:br/>
        <w:t>Під тихий вечір,&lt;br /&gt;</w:t>
        <w:br/>
        <w:t>як вітер хмари пожене на сон,&lt;br /&gt;</w:t>
        <w:br/>
        <w:t>немов табун овець до водопою,&lt;br /&gt;</w:t>
        <w:br/>
        <w:t>й луна над лісом стане золота,&lt;br /&gt;</w:t>
        <w:br/>
        <w:t>і зашумлять дерева в унісон,&lt;br /&gt;</w:t>
        <w:br/>
        <w:t>у гай піду та сяду під вербою,&lt;br /&gt;</w:t>
        <w:br/>
        <w:t>а коло мене&lt;br /&gt;</w:t>
        <w:br/>
        <w:t>моя самота.</w:t>
      </w:r>
    </w:p>
    <w:p>
      <w:r>
        <w:br/>
        <w:t>Тоді всі речі&lt;br /&gt;</w:t>
        <w:br/>
        <w:t>покриє сірина. Дерева бгачко&lt;br /&gt;</w:t>
        <w:br/>
        <w:t>спинають небо й землю, наче спряжка.&lt;br /&gt;</w:t>
        <w:br/>
        <w:t>Над нами віком ночі ліс накритий&lt;br /&gt;</w:t>
        <w:br/>
        <w:t>й зі собою заведемо балачку&lt;br /&gt;</w:t>
        <w:br/>
        <w:t>про те, як тяжко в світі є, як тяжко&lt;br /&gt;</w:t>
        <w:br/>
        <w:t>без друга жити.</w:t>
      </w:r>
    </w:p>
    <w:p>
      <w:r>
        <w:br/>
        <w:t>8. ІДИЛІЯ</w:t>
      </w:r>
    </w:p>
    <w:p>
      <w:r>
        <w:br/>
        <w:t>На побережжі ріки отара овець білосніжних,&lt;br /&gt;</w:t>
        <w:br/>
        <w:t>вітер торсає хмарами, білою гривою неба,&lt;br /&gt;</w:t>
        <w:br/>
        <w:t>поки сивої мряки туманів, мов жито, не вижне;&lt;br /&gt;</w:t>
        <w:br/>
        <w:t>облий облак на облаз гори присідає, мов лебідь.</w:t>
      </w:r>
    </w:p>
    <w:p>
      <w:r>
        <w:br/>
        <w:t>Плоский горбок, злотолускі рибоньки плюскають в рові.&lt;br /&gt;</w:t>
        <w:br/>
        <w:t>Де є дійсності грань, де уяви є світ non est certum:[46]&lt;br /&gt;</w:t>
        <w:br/>
        <w:t>в Тускулюм добрий Горацій на рундуку мармуровім&lt;br /&gt;</w:t>
        <w:br/>
        <w:t>пише поему до грацій і слухає… радіоконцерту.</w:t>
      </w:r>
    </w:p>
    <w:p>
      <w:r>
        <w:br/>
        <w:t>9. ОЖИДАНИЯ</w:t>
      </w:r>
    </w:p>
    <w:p>
      <w:r>
        <w:br/>
        <w:t>У далеч встромляю розгойдані очі, неначе гарпун:&lt;br /&gt;</w:t>
        <w:br/>
        <w:t>на обрії сивім, де небо з землею зішите нитками дерев,&lt;br /&gt;</w:t>
        <w:br/>
        <w:t>таємний рухливий підноситься пункт,&lt;br /&gt;</w:t>
        <w:br/>
        <w:t>на півгоризонту мотузку тонку роздере.</w:t>
      </w:r>
    </w:p>
    <w:p>
      <w:r>
        <w:br/>
        <w:t>Уже наближається, скоро підходить.&lt;br /&gt;</w:t>
        <w:br/>
        <w:t>Момент ще один, ще хвилина остання.&lt;br /&gt;</w:t>
        <w:br/>
        <w:t>Не знаю: це віз чи туман, пішоходи:&lt;br /&gt;</w:t>
        <w:br/>
        <w:t>у серце вбиваються гострі, залізні гаки – знаки питання.</w:t>
      </w:r>
    </w:p>
    <w:p>
      <w:r>
        <w:br/>
        <w:t>10. СОБАКА Й МІСЯЦЬ</w:t>
      </w:r>
    </w:p>
    <w:p>
      <w:r>
        <w:br/>
        <w:t>Втомлений лоб покладеш на пахучому сіні.&lt;br /&gt;</w:t>
        <w:br/>
        <w:t>Досить вже, досить на долю собачу ти вив.&lt;br /&gt;</w:t>
        <w:br/>
        <w:t>Чорна обкутає ніч соломою тіней,&lt;br /&gt;</w:t>
        <w:br/>
        <w:t>тихо забудеш своїх незбагненних кривд.</w:t>
      </w:r>
    </w:p>
    <w:p>
      <w:r>
        <w:br/>
        <w:t>Пахощі чуєш світанку; година вже третя,&lt;br /&gt;</w:t>
        <w:br/>
        <w:t>очі, як вугілля, в темряві блиском горять.&lt;br /&gt;</w:t>
        <w:br/>
        <w:t>Довго й даремно на шиї шарпаєш кетяг.&lt;br /&gt;</w:t>
        <w:br/>
        <w:t>Вистрілить оклик півня, мов ранішній ряст.</w:t>
      </w:r>
    </w:p>
    <w:p>
      <w:r>
        <w:br/>
        <w:t>Вітер торгає листя, мов струни на лютні.&lt;br /&gt;</w:t>
        <w:br/>
        <w:t>Жовт накипає у серці, аж випаде з меж.&lt;br /&gt;</w:t>
        <w:br/>
        <w:t>Ні, так далі не може вже бути; із люті&lt;br /&gt;</w:t>
        <w:br/>
        <w:t>місяць зубами, немов маслака, розгризеш.</w:t>
      </w:r>
    </w:p>
    <w:p>
      <w:r>
        <w:br/>
        <w:t>Гімн життя&lt;br /&gt;</w:t>
        <w:br/>
        <w:t>Іди вночі, мій друже, іди вночі на грунь&lt;br /&gt;</w:t>
        <w:br/>
        <w:t>і серце, що в утомі, ти приложи до хвої,&lt;br /&gt;</w:t>
        <w:br/>
        <w:t>по місяця чолі рукою пересунь,&lt;br /&gt;</w:t>
        <w:br/>
        <w:t>а може, тиша тугу поволі в тобі вкоїть.</w:t>
      </w:r>
    </w:p>
    <w:p>
      <w:r>
        <w:br/>
        <w:t>Усі твої маріння, усі думки замовкнуть,&lt;br /&gt;</w:t>
        <w:br/>
        <w:t>вже бур’яном для тебе не є рудий храбуст,&lt;br /&gt;</w:t>
        <w:br/>
        <w:t>уже глядиш інакше на рунь гірську, пожовклу&lt;br /&gt;</w:t>
        <w:br/>
        <w:t>і заспіваєш гімн життю – мовчанням уст.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Вітражі й пейзажі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