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Вівчар</w:t>
      </w:r>
    </w:p>
    <w:p>
      <w:r>
        <w:br/>
        <w:t xml:space="preserve"> Був на селі Вівчар Тарас;&lt;br /&gt;</w:t>
        <w:br/>
        <w:t>Він панових овечок пас.&lt;br /&gt;</w:t>
        <w:br/>
        <w:t>Став мій Тарас чогось журитись:&lt;br /&gt;</w:t>
        <w:br/>
        <w:t>Сидить, голівоньку схилив,&lt;br /&gt;</w:t>
        <w:br/>
        <w:t>А панові боїться похвалитись,&lt;br /&gt;</w:t>
        <w:br/>
        <w:t>Щоб пан не бив.&lt;br /&gt;</w:t>
        <w:br/>
        <w:t>— Чого ти, брате, світом нудиш? —&lt;br /&gt;</w:t>
        <w:br/>
        <w:t>Питаються його.&lt;br /&gt;</w:t>
        <w:br/>
        <w:t>— Ох, братці! Лишенька мого&lt;br /&gt;</w:t>
        <w:br/>
        <w:t>Абияк не відбудеш…-&lt;br /&gt;</w:t>
        <w:br/>
        <w:t>От став хвалитись він, що є в болоті Вовк&lt;br /&gt;</w:t>
        <w:br/>
        <w:t>І, на лихо йому, хапає овечок…&lt;br /&gt;</w:t>
        <w:br/>
        <w:t>— Що ж, брате, будемо робити,-&lt;br /&gt;</w:t>
        <w:br/>
        <w:t>Ще й не таке нам діє Вовк!.&lt;br /&gt;</w:t>
        <w:br/>
        <w:t>А пан за віщо буде бити?.-&lt;br /&gt;</w:t>
        <w:br/>
        <w:t>Гуртом вони до пана всі пішли,&lt;br /&gt;</w:t>
        <w:br/>
        <w:t>Усе по правді розказали.&lt;br /&gt;</w:t>
        <w:br/>
        <w:t>Звелів їм пан, щоб Вовка стерегли&lt;br /&gt;</w:t>
        <w:br/>
        <w:t>І, коли можна, щоб піймали.&lt;br /&gt;</w:t>
        <w:br/>
        <w:t>Пильнують Вовчика, нема коли й заснуть,&lt;br /&gt;</w:t>
        <w:br/>
        <w:t>А Вовка щось нема й не чуть…&lt;br /&gt;</w:t>
        <w:br/>
        <w:t>Чого ж се так, що у Тараса часом&lt;br /&gt;</w:t>
        <w:br/>
        <w:t>Буває добрий борщ із м’ясом&lt;br /&gt;</w:t>
        <w:br/>
        <w:t>Та з начинкою пиріжки?.&lt;br /&gt;</w:t>
        <w:br/>
        <w:t>Дурні дядьки!&lt;br /&gt;</w:t>
        <w:br/>
        <w:t>Ні один з вас не розчовпає!&lt;br /&gt;</w:t>
        <w:br/>
        <w:t>Який там в біса звір!&lt;br /&gt;</w:t>
        <w:br/>
        <w:t>На Вовка тільки поговір,&lt;br /&gt;</w:t>
        <w:br/>
        <w:t>А овечок Тарас хапає!.&lt;br /&gt;</w:t>
        <w:br/>
        <w:t>1858.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Вівчар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