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Візьміть мене, ліси...</w:t>
      </w:r>
    </w:p>
    <w:p>
      <w:r>
        <w:br/>
        <w:t xml:space="preserve"> Візьміть мене, ліси, – а місця досить, –&lt;br /&gt;</w:t>
        <w:br/>
        <w:t>не вріжу гілку, не зламаю кущ,&lt;br /&gt;</w:t>
        <w:br/>
        <w:t>гарячим листям спалахну під осінь,&lt;br /&gt;</w:t>
        <w:br/>
        <w:t>вдихну в людей замрію диких пущ.&lt;br /&gt;</w:t>
        <w:br/>
        <w:t>Притрусить теплим снігом нас на зиму,&lt;br /&gt;</w:t>
        <w:br/>
        <w:t>сповзе відлига на корі льодком,&lt;br /&gt;</w:t>
        <w:br/>
        <w:t>а дітям в сни синітиме ожина,&lt;br /&gt;</w:t>
        <w:br/>
        <w:t>і даль махне березовим крилом…&lt;br /&gt;</w:t>
        <w:br/>
        <w:t>Візьміть мене, степи, де пшеницями&lt;br /&gt;</w:t>
        <w:br/>
        <w:t>крайнебо вітер лагідно торка,&lt;br /&gt;</w:t>
        <w:br/>
        <w:t>де з маминими ніжними руками&lt;br /&gt;</w:t>
        <w:br/>
        <w:t>пригладить чуба вітрова рука;&lt;br /&gt;</w:t>
        <w:br/>
        <w:t>де батоги петрові на обніжку&lt;br /&gt;</w:t>
        <w:br/>
        <w:t>синіють, наче очі малюків;&lt;br /&gt;</w:t>
        <w:br/>
        <w:t>де праця й пісня ходять впереміжку&lt;br /&gt;</w:t>
        <w:br/>
        <w:t>поміж садів, неначе берегів…</w:t>
      </w:r>
    </w:p>
    <w:p>
      <w:r>
        <w:br/>
        <w:t>Візьміть мене, річки. На ваші хвилі&lt;br /&gt;</w:t>
        <w:br/>
        <w:t>хай ляжуть думи чесні, як вінки,&lt;br /&gt;</w:t>
        <w:br/>
        <w:t>і просто неба, тихі, просвітлілі,&lt;br /&gt;</w:t>
        <w:br/>
        <w:t>пливуть, мої продовживши роки…&lt;br /&gt;</w:t>
        <w:br/>
        <w:t>Візьміть мене, країв дитячих обрій,&lt;br /&gt;</w:t>
        <w:br/>
        <w:t>казок далеких крила голубі,&lt;br /&gt;</w:t>
        <w:br/>
        <w:t>бо все, що в серці виплекав я доброго,&lt;br /&gt;</w:t>
        <w:br/>
        <w:t>належить вам. А зле – я взяв собі…</w:t>
      </w:r>
    </w:p>
    <w:p>
      <w:r>
        <w:br/>
        <w:t>Квітень, 1973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Візьміть мене, ліси...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