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Вони мене дражнили</w:t>
      </w:r>
    </w:p>
    <w:p>
      <w:r>
        <w:br/>
        <w:t xml:space="preserve"> Вони мене дражнили,&lt;br /&gt;</w:t>
        <w:br/>
        <w:t>До серця дійняли,&lt;br /&gt;</w:t>
        <w:br/>
        <w:t>Одні тим, що любили,&lt;br /&gt;</w:t>
        <w:br/>
        <w:t>Другі тим, що кляли.</w:t>
      </w:r>
    </w:p>
    <w:p>
      <w:r>
        <w:br/>
        <w:t>Вони мені до всього&lt;br /&gt;</w:t>
        <w:br/>
        <w:t>Отрути долили,&lt;br /&gt;</w:t>
        <w:br/>
        <w:t>Одні тим, що любили,&lt;br /&gt;</w:t>
        <w:br/>
        <w:t>Другі тим, що кляли.</w:t>
      </w:r>
    </w:p>
    <w:p>
      <w:r>
        <w:br/>
        <w:t>Котрa ж мені найбільший&lt;br /&gt;</w:t>
        <w:br/>
        <w:t>Жаль серцю завдала,-&lt;br /&gt;</w:t>
        <w:br/>
        <w:t>То тая не любила&lt;br /&gt;</w:t>
        <w:br/>
        <w:t>Мене і не кляла!..</w:t>
      </w:r>
    </w:p>
    <w:p>
      <w:r>
        <w:br/>
        <w:t>Перекладач: Леся Українка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Вони мене дражнили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