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Ягня</w:t>
      </w:r>
    </w:p>
    <w:p>
      <w:r>
        <w:br/>
        <w:t xml:space="preserve"> У сильного безсилий винен завсігди:&lt;br /&gt;</w:t>
        <w:br/>
        <w:t>Багато прикладів з історії ми знаєм.&lt;br /&gt;</w:t>
        <w:br/>
        <w:t>Та ми історій не складаєм,&lt;br /&gt;</w:t>
        <w:br/>
        <w:t>А в Байці можем це розповісти.</w:t>
      </w:r>
    </w:p>
    <w:p>
      <w:r>
        <w:br/>
        <w:t>У спеку до струмка зайшло ягня напитись;&lt;br /&gt;</w:t>
        <w:br/>
        <w:t>І треба ж тут біді лупитись,&lt;br /&gt;</w:t>
        <w:br/>
        <w:t>Що поблизу тих місць голодний Вовк бродив.&lt;br /&gt;</w:t>
        <w:br/>
        <w:t>Ягнятко бачить він і хоче поживитись,&lt;br /&gt;</w:t>
        <w:br/>
        <w:t>Та він цьому надать законних прав хотів&lt;br /&gt;</w:t>
        <w:br/>
        <w:t>І каже: "Як, нахабо, смієш ти мутити&lt;br /&gt;</w:t>
        <w:br/>
        <w:t>Потік цей прохолодний мій,&lt;br /&gt;</w:t>
        <w:br/>
        <w:t>Напій&lt;br /&gt;</w:t>
        <w:br/>
        <w:t>Піском бруднити?&lt;br /&gt;</w:t>
        <w:br/>
        <w:t>За це-бо, далебі,&lt;br /&gt;</w:t>
        <w:br/>
        <w:t>Зірву я голову тобі!" —&lt;br /&gt;</w:t>
        <w:br/>
        <w:t>"Якщо пресвітлий Вовк дозволить,&lt;br /&gt;</w:t>
        <w:br/>
        <w:t>Насмілюся сказать, що воду в ручаю&lt;br /&gt;</w:t>
        <w:br/>
        <w:t>На кроків сто я нижче Вовка п'ю;&lt;br /&gt;</w:t>
        <w:br/>
        <w:t>І гніватися він даремно зболить,&lt;br /&gt;</w:t>
        <w:br/>
        <w:t>Бо каламутити пиття ніяк не можу я".—&lt;br /&gt;</w:t>
        <w:br/>
        <w:t>"Так це брехня моя?&lt;br /&gt;</w:t>
        <w:br/>
        <w:t>Негіднику! Звідкіль таке нахабство в світі?&lt;br /&gt;</w:t>
        <w:br/>
        <w:t>Пригадую, як ти в позаторішнім літі&lt;br /&gt;</w:t>
        <w:br/>
        <w:t>Зі мною надто грубий був:&lt;br /&gt;</w:t>
        <w:br/>
        <w:t>Цього я, друже мій, ще не забув!" —&lt;br /&gt;</w:t>
        <w:br/>
        <w:t>"Та згляньсь, і року ще нема мені від роду", —&lt;br /&gt;</w:t>
        <w:br/>
        <w:t>Промовило Ягня. "То, певно, був твій брат".—&lt;br /&gt;</w:t>
        <w:br/>
        <w:t>"Не маю я братів". — "То, може, кум чи сват,&lt;br /&gt;</w:t>
        <w:br/>
        <w:t>Чи інший хто-небудь із вашого ж бо роду.&lt;br /&gt;</w:t>
        <w:br/>
        <w:t>Самі ви, ваші пси і ваші пастухи&lt;br /&gt;</w:t>
        <w:br/>
        <w:t>Мене б воліли збути,&lt;br /&gt;</w:t>
        <w:br/>
        <w:t>І шкодите мені ви всі по змозі всюди:&lt;br /&gt;</w:t>
        <w:br/>
        <w:t>Та розквитаюсь я за ваші всі гріхи!" —&lt;br /&gt;</w:t>
        <w:br/>
        <w:t>"Ах, чим же винен я?"&lt;br /&gt;</w:t>
        <w:br/>
        <w:t>— "Мовчи, гоноровисте!</w:t>
      </w:r>
    </w:p>
    <w:p>
      <w:r>
        <w:br/>
        <w:t>Чи час тут розбирать провини всі, щеня?&lt;br /&gt;</w:t>
        <w:br/>
        <w:t>Ти винен тим уже, що захотів я їсти".&lt;br /&gt;</w:t>
        <w:br/>
        <w:t>Сказав — і в темний ліс Вовк поволік Ягня.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