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Всякому місту — звичай і права...</w:t>
      </w:r>
    </w:p>
    <w:p>
      <w:r>
        <w:br/>
        <w:t xml:space="preserve"> Всякому місту — звичай і права,&lt;br /&gt;</w:t>
        <w:br/>
        <w:t>Всяка тримає свій ум голова;&lt;br /&gt;</w:t>
        <w:br/>
        <w:t>Всякому серцю — любов і тепло,&lt;br /&gt;</w:t>
        <w:br/>
        <w:t>Всякеє горло свій смак віднайшло.&lt;br /&gt;</w:t>
        <w:br/>
        <w:t>Я ж у полоні нав'язливих дум:&lt;br /&gt;</w:t>
        <w:br/>
        <w:t>Лише одне непокоїть мій ум.</w:t>
      </w:r>
    </w:p>
    <w:p>
      <w:r>
        <w:br/>
        <w:t>Панські Петро для чинів тре кутки,&lt;br /&gt;</w:t>
        <w:br/>
        <w:t>Федір-купець обдурити прудкий,&lt;br /&gt;</w:t>
        <w:br/>
        <w:t>Той зводить дім свій на модний манір,&lt;br /&gt;</w:t>
        <w:br/>
        <w:t>Інший гендлює, візьми перевір!&lt;br /&gt;</w:t>
        <w:br/>
        <w:t>Я ж у полоні нав'язливих дум:&lt;br /&gt;</w:t>
        <w:br/>
        <w:t>Лише одне непокоїть мій ум.</w:t>
      </w:r>
    </w:p>
    <w:p>
      <w:r>
        <w:br/>
        <w:t>Той безперервно стягає поля,&lt;br /&gt;</w:t>
        <w:br/>
        <w:t>Сей іноземних заводить телят.&lt;br /&gt;</w:t>
        <w:br/>
        <w:t>Ті на ловецтво готують собак,&lt;br /&gt;</w:t>
        <w:br/>
        <w:t>В сих дім, як вулик, гуде від гуляк.&lt;br /&gt;</w:t>
        <w:br/>
        <w:t>Я ж у полоні нав'язливих дум:&lt;br /&gt;</w:t>
        <w:br/>
        <w:t>Лише одне непокоїть мій ум.</w:t>
      </w:r>
    </w:p>
    <w:p>
      <w:r>
        <w:br/>
        <w:t>Ладить юриста на смак свій права,&lt;br /&gt;</w:t>
        <w:br/>
        <w:t>З диспутів учню тріщить голова,&lt;br /&gt;</w:t>
        <w:br/>
        <w:t>Тих непокоїть Венерин амур *,&lt;br /&gt;</w:t>
        <w:br/>
        <w:t>Всяхому голову крутить свій дур.&lt;br /&gt;</w:t>
        <w:br/>
        <w:t>В мене ж турботи тільки одні,&lt;br /&gt;</w:t>
        <w:br/>
        <w:t>Як з ясним розумом вмерти мені.</w:t>
      </w:r>
    </w:p>
    <w:p>
      <w:r>
        <w:br/>
        <w:t>Знаю, що смерть — як коса замашна,&lt;br /&gt;</w:t>
        <w:br/>
        <w:t>Навіть царя не обійде вона.&lt;br /&gt;</w:t>
        <w:br/>
        <w:t>Байдуже смерті, мужик то чи цар,-&lt;br /&gt;</w:t>
        <w:br/>
        <w:t>Все пожере, як солому пожар.&lt;br /&gt;</w:t>
        <w:br/>
        <w:t>Хто ж бо зневажить страшну її сталь?&lt;br /&gt;</w:t>
        <w:br/>
        <w:t>Той, в кого совість, як чистий кришталь...</w:t>
      </w:r>
    </w:p>
    <w:p>
      <w:r>
        <w:br/>
        <w:t>Всякому городу нрав и права;&lt;br /&gt;</w:t>
        <w:br/>
        <w:t>Всяка имеет свой ум голова;&lt;br /&gt;</w:t>
        <w:br/>
        <w:t>Всякому сердцу своя есть любовь,&lt;br /&gt;</w:t>
        <w:br/>
        <w:t>Всякому горлу свой есть вкус каков,&lt;br /&gt;</w:t>
        <w:br/>
        <w:t>А мне одна только в свете дума,&lt;br /&gt;</w:t>
        <w:br/>
        <w:t>А мне одно только не идет с ума.</w:t>
      </w:r>
    </w:p>
    <w:p>
      <w:r>
        <w:br/>
        <w:t>Петр для чинов углы панскіи трет,&lt;br /&gt;</w:t>
        <w:br/>
        <w:t>Федька-купец при аршине, все лжет.&lt;br /&gt;</w:t>
        <w:br/>
        <w:t>Тот строит дом свой на новый манер,&lt;br /&gt;</w:t>
        <w:br/>
        <w:t>Тот все в процентах, пожалуй, поверь!&lt;br /&gt;</w:t>
        <w:br/>
        <w:t>А мне одна только в свете дума,&lt;br /&gt;</w:t>
        <w:br/>
        <w:t>А мне одно только не идет с ума.</w:t>
      </w:r>
    </w:p>
    <w:p>
      <w:r>
        <w:br/>
        <w:t>Тот непрестанно стягает грунта,&lt;br /&gt;</w:t>
        <w:br/>
        <w:t>Сей иностранны заводит скота.&lt;br /&gt;</w:t>
        <w:br/>
        <w:t>Те формируют на ловлю собак,&lt;br /&gt;</w:t>
        <w:br/>
        <w:t>Сих шумит дом от гостей, как кабак,-&lt;br /&gt;</w:t>
        <w:br/>
        <w:t>А мне. одна только в свете дума,&lt;br /&gt;</w:t>
        <w:br/>
        <w:t>А мне одно только не идет с ума.</w:t>
      </w:r>
    </w:p>
    <w:p>
      <w:r>
        <w:br/>
        <w:t>Строит на свой тон юриста права,&lt;br /&gt;</w:t>
        <w:br/>
        <w:t>С диспут студенту трещит голова.&lt;br /&gt;</w:t>
        <w:br/>
        <w:t>Тех безпокоит Венерин амур,&lt;br /&gt;</w:t>
        <w:br/>
        <w:t>Всякому голову мучит свой дур,-&lt;br /&gt;</w:t>
        <w:br/>
        <w:t>А мне. одна только в свете дума,&lt;br /&gt;</w:t>
        <w:br/>
        <w:t>Как бы умерти мне не без ума.</w:t>
      </w:r>
    </w:p>
    <w:p>
      <w:r>
        <w:br/>
        <w:t>Смерте страшна, замашная косо!&lt;br /&gt;</w:t>
        <w:br/>
        <w:t>Ты не щадиш и царских волосов,&lt;br /&gt;</w:t>
        <w:br/>
        <w:t>Ты не глядиш, где мужик, а где царь,-&lt;br /&gt;</w:t>
        <w:br/>
        <w:t>Все жереш так, как солому пожар.&lt;br /&gt;</w:t>
        <w:br/>
        <w:t>Кто ж на ея плюет острую сталь?&lt;br /&gt;</w:t>
        <w:br/>
        <w:t>Тот, чія совесть, как чистый хрусталь...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Всякому місту — звичай і права...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