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ічкою, в затінку дере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ічкою, в затінку дер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