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Запасний гравець</w:t>
      </w:r>
    </w:p>
    <w:p>
      <w:r>
        <w:br/>
        <w:t xml:space="preserve"> &lt;p&gt;І</w:t>
      </w:r>
    </w:p>
    <w:p>
      <w:r>
        <w:br/>
        <w:t>Правду кажучи, Маріанна ніби й не заважала. Просто мовчки сиділа на бумі і дивилась, як ми тренуємося. Але щось із нами дивне починало коїтись, коли це дівчисько вмощувалось на бумі, звісивши вниз ноги і прицілившись у сітку примруженими очима. Ми тоді бігали так, немов під п'ятами трава горіла,— налітали на бідолашний м'яч, як на лютого ворога.</w:t>
      </w:r>
    </w:p>
    <w:p>
      <w:r>
        <w:br/>
        <w:t>Хлопцям не хотілося, щоб вона сиділа і дивилась. Валерик Ляхов сказав:</w:t>
      </w:r>
    </w:p>
    <w:p>
      <w:r>
        <w:br/>
        <w:t>— Ну, Анко, досить. Цілий тиждень ти на бумі сиділа, а тепер знайди собі інше місце! Ясно?</w:t>
      </w:r>
    </w:p>
    <w:p>
      <w:r>
        <w:br/>
        <w:t>Ми всі у класі називали її просто Анка. Маріанна це їй зовсім не пасувало. Маріанна — ну, це, мабуть, гарна чорноока дівчина. А в Анки довгі, як у хлопчиська, ноги, коротка спідничка і коротке волосся. Очі вона завжди трохи примружує, неначе весь час на сонце дивиться. І тому ніяк не можна зрозуміти, якого вони в неї кольору...</w:t>
      </w:r>
    </w:p>
    <w:p>
      <w:r>
        <w:br/>
        <w:t>Коли Валерик їй так сказав, вона стенула плечима і вчепилась пальцями в дерев'яний бум, аж кісточки побіліли:</w:t>
      </w:r>
    </w:p>
    <w:p>
      <w:r>
        <w:br/>
        <w:t>— Ні, не ясно! І взагалі... хлопці, візьміть мене у свою "Комету"!</w:t>
      </w:r>
    </w:p>
    <w:p>
      <w:r>
        <w:br/>
        <w:t>— Ха! Хо! Го! — ми сміялися на різні голоси, але всі разом.— Дівчисько на футбольному полі?!</w:t>
      </w:r>
    </w:p>
    <w:p>
      <w:r>
        <w:br/>
        <w:t>Маріанна потягла мене за рукав:</w:t>
      </w:r>
    </w:p>
    <w:p>
      <w:r>
        <w:br/>
        <w:t>— Та я серйозно, без смішків, капітане! Візьміть мене у команду!</w:t>
      </w:r>
    </w:p>
    <w:p>
      <w:r>
        <w:br/>
        <w:t>— Та що ти, Анко! Дівчат на рибалку й то не беруть!</w:t>
      </w:r>
    </w:p>
    <w:p>
      <w:r>
        <w:br/>
        <w:t>— Чому?</w:t>
      </w:r>
    </w:p>
    <w:p>
      <w:r>
        <w:br/>
        <w:t>— Та так! Не беруть і годі. Улову, кажуть, не буде.</w:t>
      </w:r>
    </w:p>
    <w:p>
      <w:r>
        <w:br/>
        <w:t>— Це точно! Дівчата не приносять щастя,— підтвердив Валерка Ляхов,— Гіпноз, розумієш?</w:t>
      </w:r>
    </w:p>
    <w:p>
      <w:r>
        <w:br/>
        <w:t>— Дурниці,— махнула рукою Маріанна.— Я можу забити гол не гірше від Веселовського.</w:t>
      </w:r>
    </w:p>
    <w:p>
      <w:r>
        <w:br/>
        <w:t>— Верзеш таке! — обурився Валерик і смикнув Маріанну за руку, немов збирався стягнути її з бума.</w:t>
      </w:r>
    </w:p>
    <w:p>
      <w:r>
        <w:br/>
        <w:t>— Правильно! — кивнула головою Маріанна.— Хіба ж ви інакше умієте? Усі проблеми — кулаками!</w:t>
      </w:r>
    </w:p>
    <w:p>
      <w:r>
        <w:br/>
        <w:t>Ми всі разом почали сперечатися, тільки Андрій Веселовський мовчав. Він стояв осторонь, немовби й не чув нічого, і бавився м'ячем.</w:t>
      </w:r>
    </w:p>
    <w:p>
      <w:r>
        <w:br/>
        <w:t>Маріанна затулила вуха:</w:t>
      </w:r>
    </w:p>
    <w:p>
      <w:r>
        <w:br/>
        <w:t>— Ну, добре, добре! Не галасуйте! Я ж не сама... тобто... це один з вашої "Комети" обіцяв... що ви мене приймете. Він навіть слово честі дав.</w:t>
      </w:r>
    </w:p>
    <w:p>
      <w:r>
        <w:br/>
        <w:t>Мовчки й здивовано ми дивились то на Маріанну, то один на одного.</w:t>
      </w:r>
    </w:p>
    <w:p>
      <w:r>
        <w:br/>
        <w:t>— Капітане,— звернувся, врешті, до мене Ігор Діброва,— чи ж ти не капітан?</w:t>
      </w:r>
    </w:p>
    <w:p>
      <w:r>
        <w:br/>
        <w:t>— То хто давав їй слово честі? Ніхто? Анко, навіщо ж ти говориш неправду?</w:t>
      </w:r>
    </w:p>
    <w:p>
      <w:r>
        <w:br/>
        <w:t>— Неправду? — спалахнула Маріанна.— Я — неправду? Ну, знаєш! Це ви боягузи і відступники! Не вмієте свого слова дотримувати!</w:t>
      </w:r>
    </w:p>
    <w:p>
      <w:r>
        <w:br/>
        <w:t>Анка зіскочила з бума і глянула на мене так, немовби це я відступник. Очі в неї стали дивні, якісь зелені, і взагалі обличчя зробилось таке, що я подумав: "Може, їй і справді личить ім'я Маріанна?"</w:t>
      </w:r>
    </w:p>
    <w:p>
      <w:r>
        <w:br/>
        <w:t>Вона повернулась і пішла не озираючись. І раптом завжди спокійний Андрій Веселовський, шпурнувши м'яча у сітку, сердито сказав:</w:t>
      </w:r>
    </w:p>
    <w:p>
      <w:r>
        <w:br/>
        <w:t>— Подумаєш, герої! Прогнали дівчину і радіють. Ех, ви! — і кинувся навздогін за Анкою.</w:t>
      </w:r>
    </w:p>
    <w:p>
      <w:r>
        <w:br/>
        <w:t>Валерик свиснув:</w:t>
      </w:r>
    </w:p>
    <w:p>
      <w:r>
        <w:br/>
        <w:t>— Ну от, бачите, як впливає це все на людину? Що я вам казав?</w:t>
      </w:r>
    </w:p>
    <w:p>
      <w:r>
        <w:br/>
        <w:t>II</w:t>
      </w:r>
    </w:p>
    <w:p>
      <w:r>
        <w:br/>
        <w:t>У хімічному кабінеті, серед безлічі крихких пробірок і колб, я завжди почуваю себе, як гіпопотам у кріслі.</w:t>
      </w:r>
    </w:p>
    <w:p>
      <w:r>
        <w:br/>
        <w:t>Мені зовсім байдуже, яким стане індикатор, коли його вмочити у розчин, однак я опускаю лакмус у пробірку. Він рожевий, немов котячий язик.</w:t>
      </w:r>
    </w:p>
    <w:p>
      <w:r>
        <w:br/>
        <w:t>— Сеньків, отже, що ми маємо у пробірці? — Хімічка дивиться на мене зловтішно і нетерпляче.— Лужне чи кисле середовище?</w:t>
      </w:r>
    </w:p>
    <w:p>
      <w:r>
        <w:br/>
        <w:t>Я стою і тримаю двома пальцями пробірку, а Маріанна щось шепоче, прикривши рота долонею. Хіба ж так підказують?</w:t>
      </w:r>
    </w:p>
    <w:p>
      <w:r>
        <w:br/>
        <w:t>— То що ж ми маємо? — перепитує хімічка.</w:t>
      </w:r>
    </w:p>
    <w:p>
      <w:r>
        <w:br/>
        <w:t>Маріанна щось швидко пише і підштовхує мене — і розчин розхлюпується по її зошиту.</w:t>
      </w:r>
    </w:p>
    <w:p>
      <w:r>
        <w:br/>
        <w:t>— Нічого ми не маємо в пробірці, Тетяно Дмитрівно! — повідомляю я, і весь клас радісно сміється.</w:t>
      </w:r>
    </w:p>
    <w:p>
      <w:r>
        <w:br/>
        <w:t>Звичайно, кінчається усе записом у щоденнику: "Намагався зірвати урок". Сторінки в щоденнику пронумеровані — спробуй видери!</w:t>
      </w:r>
    </w:p>
    <w:p>
      <w:r>
        <w:br/>
        <w:t>— Що ж ти так слабо, Сень! — тихенько співчуває Маріанна.— Я ж тобі підказувала!</w:t>
      </w:r>
    </w:p>
    <w:p>
      <w:r>
        <w:br/>
        <w:t>Мені подобається, що вона поводиться так, ніби нічого й не було. "Комета" "Кометою", а хімія хімією.</w:t>
      </w:r>
    </w:p>
    <w:p>
      <w:r>
        <w:br/>
        <w:t>— Знаєш, що найгірше? — кажу я їй.— Мене через це можуть до матчу не допустити!</w:t>
      </w:r>
    </w:p>
    <w:p>
      <w:r>
        <w:br/>
        <w:t>— Сеньків, не розмовляй! — загрозливо попереджає хімічка.</w:t>
      </w:r>
    </w:p>
    <w:p>
      <w:r>
        <w:br/>
        <w:t>Після уроків ми збираємося на футбол. "Карпати" грають з "Даугавою". Ми завжди ходимо на матчі всі разом. Купуємо дві склянки насіння і найдешевші квитки, плюємося лушпинням, а Валерик щосили гукає:</w:t>
      </w:r>
    </w:p>
    <w:p>
      <w:r>
        <w:br/>
        <w:t>— Бий, Куля, бий! Ну, що ж ти, Куля?!</w:t>
      </w:r>
    </w:p>
    <w:p>
      <w:r>
        <w:br/>
        <w:t>Андрій Веселовський складає долоні разом і дме в пилину між ними: виходить пронизливий звук, схожий на крик паровоза.</w:t>
      </w:r>
    </w:p>
    <w:p>
      <w:r>
        <w:br/>
        <w:t>А зараз Андрій похмуро дивиться на тротуарні плити і каже:</w:t>
      </w:r>
    </w:p>
    <w:p>
      <w:r>
        <w:br/>
        <w:t>— Сьогодні, братця, без мене матч буде. Я, напевно, в бібліотеку піду. Нові книжки одержали...</w:t>
      </w:r>
    </w:p>
    <w:p>
      <w:r>
        <w:br/>
        <w:t>— Ма-амочко! — дивується Ігор Діброва.— Веселовський пропускає матч!</w:t>
      </w:r>
    </w:p>
    <w:p>
      <w:r>
        <w:br/>
        <w:t>— Андрію, наші без тебе програють!</w:t>
      </w:r>
    </w:p>
    <w:p>
      <w:r>
        <w:br/>
        <w:t>Але Андрій хитає головою, і навіть ніс у нього стає якийсь похнюплений і гострий:</w:t>
      </w:r>
    </w:p>
    <w:p>
      <w:r>
        <w:br/>
        <w:t>— Нічого не вийде! Привіт!</w:t>
      </w:r>
    </w:p>
    <w:p>
      <w:r>
        <w:br/>
        <w:t>Біля квиткових кас я раптом помітив Анку. Черга була велика, Анка по-змовницьки підморгнула мені:</w:t>
      </w:r>
    </w:p>
    <w:p>
      <w:r>
        <w:br/>
        <w:t>— Давай монетки! Візьму на всіх.</w:t>
      </w:r>
    </w:p>
    <w:p>
      <w:r>
        <w:br/>
        <w:t>Хлопці в перерві між таймами пішли пити воду, а мені не хотілось — я не люблю солодкої води. Анка теж не пішла.</w:t>
      </w:r>
    </w:p>
    <w:p>
      <w:r>
        <w:br/>
        <w:t>— Як ти думаєш, йому не сумно? — запитала вона.</w:t>
      </w:r>
    </w:p>
    <w:p>
      <w:r>
        <w:br/>
        <w:t>— Кому? — здивувався я.</w:t>
      </w:r>
    </w:p>
    <w:p>
      <w:r>
        <w:br/>
        <w:t>— М'ячу в перерві між таймами. Лежить сам на такому великому полі...</w:t>
      </w:r>
    </w:p>
    <w:p>
      <w:r>
        <w:br/>
        <w:t>М'яч і справді виглядав самотнім і забутим, але раніше я цього ніколи не помічав. І не думав, що м'ячеві може бути сумно або ще як-небудь.</w:t>
      </w:r>
    </w:p>
    <w:p>
      <w:r>
        <w:br/>
        <w:t>— Хм,— сказав я.— Хм... Чудна ти людина, Анко. Жаль, що ти... не хлопець.</w:t>
      </w:r>
    </w:p>
    <w:p>
      <w:r>
        <w:br/>
        <w:t>Анка засміялась:</w:t>
      </w:r>
    </w:p>
    <w:p>
      <w:r>
        <w:br/>
        <w:t>— Тоді ви б мене взяли в "Комету", так? — і раптом додала тихо: — Тільки тепер мені зовсім не потрібна ваша "Комета"...</w:t>
      </w:r>
    </w:p>
    <w:p>
      <w:r>
        <w:br/>
        <w:t>На полі розсипались білі і червоні майки футболістів, а біля нас вмостився Валерик Ляхов з пляшкою лимонаду, і я не міг запитати в Маріанни, чому їй уже не потрібна наша "Комета".</w:t>
      </w:r>
    </w:p>
    <w:p>
      <w:r>
        <w:br/>
        <w:t>III</w:t>
      </w:r>
    </w:p>
    <w:p>
      <w:r>
        <w:br/>
        <w:t>— Ах, це ти, Сень! — говорить Анка, відчиняючи мені двері.— Що сталося?</w:t>
      </w:r>
    </w:p>
    <w:p>
      <w:r>
        <w:br/>
        <w:t>— Розумієш, мені потрібна книжка... Ти казала, що маєш "Цікаву хімію"?</w:t>
      </w:r>
    </w:p>
    <w:p>
      <w:r>
        <w:br/>
        <w:t>Книжку я вигадав щойно, але Анка сама винна: навіщо питає? Не міг же я відповісти, що нічого не сталося. Я просто взяв і прийшов. Хіба обов'язково повинно щось статися?</w:t>
      </w:r>
    </w:p>
    <w:p>
      <w:r>
        <w:br/>
        <w:t>— Є книжка,— каже Анка і сміється:— Хочеш одержати п'ятірку з хімії? Сідай, чого ти стоїш?</w:t>
      </w:r>
    </w:p>
    <w:p>
      <w:r>
        <w:br/>
        <w:t>Вона підсунула мені стільця, я сів біля письмового столу. Дівчата звичайно наставляють на своїх столах різних іграшок: ведмедиків, песиків і ще всяке. У Маріанни на столі була тільки чорнильниця, календар і кілька книжок.</w:t>
      </w:r>
    </w:p>
    <w:p>
      <w:r>
        <w:br/>
        <w:t>Вона простягла мені "Цікаву хімію", я сказав "дякую", і тепер слід було б попрощатись, бо я ж прийшов ніби за книжкою, але замість цього я почав перегортати сторінки, строкаті від багатоповерхових хімічних формул.</w:t>
      </w:r>
    </w:p>
    <w:p>
      <w:r>
        <w:br/>
        <w:t>— Хочеш, я тобі поясню, що таке друк на склі? — несподівано, як тоді про самотній м'яч, запитала Маріанна.— Моя сестра вчиться в поліграфічному, і вона цим займається... Та тобі, може, нецікаво?</w:t>
      </w:r>
    </w:p>
    <w:p>
      <w:r>
        <w:br/>
        <w:t>Я заперечив — ні, цікаво; але тут раптом подзвонили, і Маріанна пішла відчиняти.</w:t>
      </w:r>
    </w:p>
    <w:p>
      <w:r>
        <w:br/>
        <w:t>Андрій Веселовський спинився на порозі і глянув на мене так, ніби я мав чотири вуха.</w:t>
      </w:r>
    </w:p>
    <w:p>
      <w:r>
        <w:br/>
        <w:t>— Ти тут... як? Ти — тут? Ну, привіт! А я, знаєш, по книжку зайшов.</w:t>
      </w:r>
    </w:p>
    <w:p>
      <w:r>
        <w:br/>
        <w:t>— Я теж. Ось "Цікава хімія"... Гаразд, Анко, я піду.</w:t>
      </w:r>
    </w:p>
    <w:p>
      <w:r>
        <w:br/>
        <w:t>Я помахав їм рукою, але Маріанна раптом попросила:</w:t>
      </w:r>
    </w:p>
    <w:p>
      <w:r>
        <w:br/>
        <w:t>— Сень, не йди! Я тобі ще одну хімію знайду, добре? Сідай!</w:t>
      </w:r>
    </w:p>
    <w:p>
      <w:r>
        <w:br/>
        <w:t>Вона підійшла до шафи і почала знову переглядати книжки, а ми з Андрієм стояли мовчки і не дивились один на одного. Взагалі я майже не говорю неправду і тепер не міг собі вибачити цієї дурної книжки: я ж її все одно не читатиму.</w:t>
      </w:r>
    </w:p>
    <w:p>
      <w:r>
        <w:br/>
        <w:t>— Знайшла! — повідомила Маріанна.— А тобі що дати? Що тобі дати, Веселовський?</w:t>
      </w:r>
    </w:p>
    <w:p>
      <w:r>
        <w:br/>
        <w:t>— М-м-м,— сказав Андрій,— маєш "Овода"?</w:t>
      </w:r>
    </w:p>
    <w:p>
      <w:r>
        <w:br/>
        <w:t>— Ти вже читав. Придумай щось інше, Веселовський!</w:t>
      </w:r>
    </w:p>
    <w:p>
      <w:r>
        <w:br/>
        <w:t>— Не хочу я придумувати! Дай "Овода".</w:t>
      </w:r>
    </w:p>
    <w:p>
      <w:r>
        <w:br/>
        <w:t>— Як знаєш,— байдуже стенула плечима Маріанна. Ми вийшли разом з Веселовським.</w:t>
      </w:r>
    </w:p>
    <w:p>
      <w:r>
        <w:br/>
        <w:t>На вулиці Андрій запитав:</w:t>
      </w:r>
    </w:p>
    <w:p>
      <w:r>
        <w:br/>
        <w:t>— Тобі куди?</w:t>
      </w:r>
    </w:p>
    <w:p>
      <w:r>
        <w:br/>
        <w:t>— Туди,— кивнув я головою.</w:t>
      </w:r>
    </w:p>
    <w:p>
      <w:r>
        <w:br/>
        <w:t>— А-а,— сказав Андрій.— А мені туди,— і показав рукою в протилежний бік.</w:t>
      </w:r>
    </w:p>
    <w:p>
      <w:r>
        <w:br/>
        <w:t>IV</w:t>
      </w:r>
    </w:p>
    <w:p>
      <w:r>
        <w:br/>
        <w:t>Є така пісенька — "Маріанна, Маріанна"? Може, є, а може, нема. "Маріанна, Маріанна"... Валерик Ляхов розсердився:</w:t>
      </w:r>
    </w:p>
    <w:p>
      <w:r>
        <w:br/>
        <w:t>— Ну от, гіпноз і є! Ти б краще подумав про матч! Он Веселовський два тренування пропустив, а капітан співає!</w:t>
      </w:r>
    </w:p>
    <w:p>
      <w:r>
        <w:br/>
        <w:t>— У нього нога болить!</w:t>
      </w:r>
    </w:p>
    <w:p>
      <w:r>
        <w:br/>
        <w:t>— Знаю я! Ніяка нога в нього не болить. Він по вулиці нормально ходить.</w:t>
      </w:r>
    </w:p>
    <w:p>
      <w:r>
        <w:br/>
        <w:t>— Не верзи дурниць. У нього нога болить.</w:t>
      </w:r>
    </w:p>
    <w:p>
      <w:r>
        <w:br/>
        <w:t>— Ні, ти капітан чи хто ти? Ти хочеш, щоб ми програли!</w:t>
      </w:r>
    </w:p>
    <w:p>
      <w:r>
        <w:br/>
        <w:t>І я підходжу до Андрія:</w:t>
      </w:r>
    </w:p>
    <w:p>
      <w:r>
        <w:br/>
        <w:t>— Слухай, Веселовський! Ти прийдеш сьогодні на тренування?</w:t>
      </w:r>
    </w:p>
    <w:p>
      <w:r>
        <w:br/>
        <w:t>— Не знаю.</w:t>
      </w:r>
    </w:p>
    <w:p>
      <w:r>
        <w:br/>
        <w:t>— Ну, це вже занадто! То нога болить, то "не знаю". Яка тебе муха вкусила?</w:t>
      </w:r>
    </w:p>
    <w:p>
      <w:r>
        <w:br/>
        <w:t>— А ти що, впіймати хочеш ту муху, Сень Сеньків?</w:t>
      </w:r>
    </w:p>
    <w:p>
      <w:r>
        <w:br/>
        <w:t>— Ой хлопчики, не сваріться! — писнуло якесь дівчисько.— Хімічка йде!</w:t>
      </w:r>
    </w:p>
    <w:p>
      <w:r>
        <w:br/>
        <w:t>Але вже, мабуть, так мало бути, щоб усе погане зі мною траплялося саме у хімічному кабінеті.</w:t>
      </w:r>
    </w:p>
    <w:p>
      <w:r>
        <w:br/>
        <w:t>— Пусти! — сказав я Веселовському.— Дай пройти!</w:t>
      </w:r>
    </w:p>
    <w:p>
      <w:r>
        <w:br/>
        <w:t>А Веселовський ніби не чує — стоїть і все. Я відсторонив його, він одсахнувся і зачепив рукою фантастичну споруду з десятка колб, пробірок і реторт...</w:t>
      </w:r>
    </w:p>
    <w:p>
      <w:r>
        <w:br/>
        <w:t>— Так,— сказала хімічка.— Досить. Більше потурати я вам не буду. Веселовський, Сеньків! До директора! Зараз же, негайно! — Обличчя в неї почервоніло, мов лакмус у кислому середовищі. З такого "хімічного" порівняння я навіть усміхнувся.</w:t>
      </w:r>
    </w:p>
    <w:p>
      <w:r>
        <w:br/>
        <w:t>— Вам смішно? Чому вам смішно, Сеньків?</w:t>
      </w:r>
    </w:p>
    <w:p>
      <w:r>
        <w:br/>
        <w:t>Я сказав:</w:t>
      </w:r>
    </w:p>
    <w:p>
      <w:r>
        <w:br/>
        <w:t>— Нервовий сміх, Тетяно Дмитрівно!</w:t>
      </w:r>
    </w:p>
    <w:p>
      <w:r>
        <w:br/>
        <w:t>У кабінеті директора Тетяна Дмитрівна пояснювала:</w:t>
      </w:r>
    </w:p>
    <w:p>
      <w:r>
        <w:br/>
        <w:t>— Це футбол! Це наслідки захоплення дикунською грою!</w:t>
      </w:r>
    </w:p>
    <w:p>
      <w:r>
        <w:br/>
        <w:t>Директор сказав:</w:t>
      </w:r>
    </w:p>
    <w:p>
      <w:r>
        <w:br/>
        <w:t>— У вас післязавтра матч з дев'ятим "А"? Що ж, зустріч не відбудеться. Так, так, можете вважати, що програли! Зараз прошу вас, Тетяно Дмитрівно, вести далі урок, а з цими товаришами ми поговоримо ще на педраді.</w:t>
      </w:r>
    </w:p>
    <w:p>
      <w:r>
        <w:br/>
        <w:t>Але наступного дня директор викликав нас до кабінету і сказав:</w:t>
      </w:r>
    </w:p>
    <w:p>
      <w:r>
        <w:br/>
        <w:t>— За вас поручились. Узяли на поруки. Людина серйозна, я їй вірю. Не підведіть людину!</w:t>
      </w:r>
    </w:p>
    <w:p>
      <w:r>
        <w:br/>
        <w:t>Якби не ці "поруки", то зірвалась би зустріч, і хтозна, чи вибачила б мені "Комета". Але коли тебе бере на поруки хтось невідомий — ніякої радості не відчуваєш. Не знаю, як Андрієві, а мені було млосно, немов після манної каші.</w:t>
      </w:r>
    </w:p>
    <w:p>
      <w:r>
        <w:br/>
        <w:t>Наші шкільні коридори довгі, на цілий квартал. Йдемо ми з Андрієм і мовчимо. Зрештою, чому це потрібно мовчати? Я ніяк не міг згадати, що ж таке сталось, чому ми з Веселовським посварились? Е, що б не сталось, однак "Комета" лишається "Кометою"! Суперечки тут ніякої ролі не повинні грати.</w:t>
      </w:r>
    </w:p>
    <w:p>
      <w:r>
        <w:br/>
        <w:t>— Ти, Веселовський, приходь на тренування.</w:t>
      </w:r>
    </w:p>
    <w:p>
      <w:r>
        <w:br/>
        <w:t>— Нічого, не хвилюйся, я в добрій формі!</w:t>
      </w:r>
    </w:p>
    <w:p>
      <w:r>
        <w:br/>
        <w:t>Я міг би йому сказати, що я капітан, що існує спортивна дисципліна.</w:t>
      </w:r>
    </w:p>
    <w:p>
      <w:r>
        <w:br/>
        <w:t>Але я сказав про інше:</w:t>
      </w:r>
    </w:p>
    <w:p>
      <w:r>
        <w:br/>
        <w:t>— Андрію, ти ж знаєш, у нас нема запасних гравців. Якщо одного не вистачатиме, можна провалитись.</w:t>
      </w:r>
    </w:p>
    <w:p>
      <w:r>
        <w:br/>
        <w:t>— Що ж, ти капітан — ти й думай. Твоя команда!</w:t>
      </w:r>
    </w:p>
    <w:p>
      <w:r>
        <w:br/>
        <w:t>Я стояв і злився. Ах, моя команда? Нехай так! Я придумаю. Що заманеться, те й зроблю. Моя ж команда!</w:t>
      </w:r>
    </w:p>
    <w:p>
      <w:r>
        <w:br/>
        <w:t>V</w:t>
      </w:r>
    </w:p>
    <w:p>
      <w:r>
        <w:br/>
        <w:t>До матчу залишалося лише десять хвилин. "Комета", випрасувана і чистенька (які-то ми будемо через п'ятнадцять хвилин!), сиділа на довгій лавці і нервувала: Андрій Веселовський не прийшов!</w:t>
      </w:r>
    </w:p>
    <w:p>
      <w:r>
        <w:br/>
        <w:t>Валерик Ляхов говорив:</w:t>
      </w:r>
    </w:p>
    <w:p>
      <w:r>
        <w:br/>
        <w:t>— Я так і знав, я так і знав, що скоїться якась біда: руде дівчисько перейшло мені дорогу з порожнім відром! Під самим носом!</w:t>
      </w:r>
    </w:p>
    <w:p>
      <w:r>
        <w:br/>
        <w:t>Ігор Діброва сумно передрікав:</w:t>
      </w:r>
    </w:p>
    <w:p>
      <w:r>
        <w:br/>
        <w:t>— Ми не заб'ємо жодного гола! Завжди Веселовський забивав перший, а я другий...</w:t>
      </w:r>
    </w:p>
    <w:p>
      <w:r>
        <w:br/>
        <w:t>— Хлопці, може, в нього справді нога болить?</w:t>
      </w:r>
    </w:p>
    <w:p>
      <w:r>
        <w:br/>
        <w:t>— А може, він ще прийде? Просто трамвай зіпсувався, може таке статись?</w:t>
      </w:r>
    </w:p>
    <w:p>
      <w:r>
        <w:br/>
        <w:t>Але я знав, що винен не трамвай. Я знав, що Андрій не прийде, ще тоді знав, коли він сказав: "Ти капітан — ти думай". І потім знав, коли увечері він прийшов на шкільне подвір'я, а ми з Маріанною стояли на футбольному майданчику — я на воротях, а Маріанна — я б ніколи не повірив — як справжній футболіст, забила класний гол. Справді, гол був класний — у всякому разі, я не міг взяти того м'яча.</w:t>
      </w:r>
    </w:p>
    <w:p>
      <w:r>
        <w:br/>
        <w:t>Андрій не бачив гола. Він прийшов трохи пізніше. Він сказав:</w:t>
      </w:r>
    </w:p>
    <w:p>
      <w:r>
        <w:br/>
        <w:t>— Привіт, Анко! — а на мене навіть не глянув, ніби мене не було, ніби я просто стара камера з футбольного м'яча, а не капітан команди.</w:t>
      </w:r>
    </w:p>
    <w:p>
      <w:r>
        <w:br/>
        <w:t>— Здоров будь, Веселовський! — відповіла Маріанна.— Що ти нам скажеш?</w:t>
      </w:r>
    </w:p>
    <w:p>
      <w:r>
        <w:br/>
        <w:t>— Вам? — Андрій підняв камінь і вдарив ним об мур, за яким був шкільний сад.— Я хочу т о б і пояснити дещо, Анко... Скажи — що важливіше: людина чи футбол?</w:t>
      </w:r>
    </w:p>
    <w:p>
      <w:r>
        <w:br/>
        <w:t>— Футбол. Звичайно, футбол, якщо людина не людина, а боягуз, якого... треба брати на поруки!</w:t>
      </w:r>
    </w:p>
    <w:p>
      <w:r>
        <w:br/>
        <w:t>— Тебе ніхто не просив!</w:t>
      </w:r>
    </w:p>
    <w:p>
      <w:r>
        <w:br/>
        <w:t>— Я не про Веселовського, я про "Комету" думала.</w:t>
      </w:r>
    </w:p>
    <w:p>
      <w:r>
        <w:br/>
        <w:t>— І про її капітана? — глузливо засміявся Андрій.</w:t>
      </w:r>
    </w:p>
    <w:p>
      <w:r>
        <w:br/>
        <w:t>Угу, я починав розуміти, в чому річ.</w:t>
      </w:r>
    </w:p>
    <w:p>
      <w:r>
        <w:br/>
        <w:t>Андрій ухопив Маріанну за руку:</w:t>
      </w:r>
    </w:p>
    <w:p>
      <w:r>
        <w:br/>
        <w:t>— Тепер я все знаю! Тобі потрібен був футбол, і ти заради цього... тільки заради цього... Що, тепер капітан обіцяє взяти тебе в "Комету", так?</w:t>
      </w:r>
    </w:p>
    <w:p>
      <w:r>
        <w:br/>
        <w:t>Анка тихо попросила:</w:t>
      </w:r>
    </w:p>
    <w:p>
      <w:r>
        <w:br/>
        <w:t>— Пусти, Андрію.</w:t>
      </w:r>
    </w:p>
    <w:p>
      <w:r>
        <w:br/>
        <w:t>Він відпустив, а Маріанна поклала мені на плече руку, немов просила вибачення за Андрія:</w:t>
      </w:r>
    </w:p>
    <w:p>
      <w:r>
        <w:br/>
        <w:t>— Сень, давай ставай на ворота...</w:t>
      </w:r>
    </w:p>
    <w:p>
      <w:r>
        <w:br/>
        <w:t>Я ще тоді знав, що він не прийде, і тому тепер зважився:</w:t>
      </w:r>
    </w:p>
    <w:p>
      <w:r>
        <w:br/>
        <w:t>— Знаєте, хлопці, доведеться замінити Веселовського. Запасного поставимо.</w:t>
      </w:r>
    </w:p>
    <w:p>
      <w:r>
        <w:br/>
        <w:t>— Запасного? Вигадуй! Де ти його позичив? У кого? Нам ще підставу припишуть!</w:t>
      </w:r>
    </w:p>
    <w:p>
      <w:r>
        <w:br/>
        <w:t>Річ у тому, що в нашому класі мало хлопців — якраз футбольна команда — і жодного запасного гравця.</w:t>
      </w:r>
    </w:p>
    <w:p>
      <w:r>
        <w:br/>
        <w:t>— Маріанно, ходи сюди!</w:t>
      </w:r>
    </w:p>
    <w:p>
      <w:r>
        <w:br/>
        <w:t>Вона підійшла і подивилась на нас веселими очима. А я — я боявся своєї "Комети" в ту мить, бо це була не "Комета", а вулканічна лава:</w:t>
      </w:r>
    </w:p>
    <w:p>
      <w:r>
        <w:br/>
        <w:t>— Ти збожеволів!</w:t>
      </w:r>
    </w:p>
    <w:p>
      <w:r>
        <w:br/>
        <w:t>— Нас на сміх здіймуть!</w:t>
      </w:r>
    </w:p>
    <w:p>
      <w:r>
        <w:br/>
        <w:t>— Ганьба!</w:t>
      </w:r>
    </w:p>
    <w:p>
      <w:r>
        <w:br/>
        <w:t>— Хоч ти й капітан, все одно не маєш права...</w:t>
      </w:r>
    </w:p>
    <w:p>
      <w:r>
        <w:br/>
        <w:t>— Маю! — крикнув я, стискаючи кулаки.— Я знаю, кого беру. Все. Якщо хочете — поговоримо після матчу.</w:t>
      </w:r>
    </w:p>
    <w:p>
      <w:r>
        <w:br/>
        <w:t>Добре, що пролунав свисток судді, добре, що треба було виходити на поле, бо я не знаю, чи зумів би оборонитись від "Комети". Нічого дивного, що Андрій не дотримав слова, не признався хлопцям, що це він обіцяв узяти Маріанну в команду.</w:t>
      </w:r>
    </w:p>
    <w:p>
      <w:r>
        <w:br/>
        <w:t>Ох, і настрій був у моєї "Комети", ну й настрій! Я сам так хвилювався, що майка прилипла до спини в першу ж мить гри.</w:t>
      </w:r>
    </w:p>
    <w:p>
      <w:r>
        <w:br/>
        <w:t>Маріанну майже не можна було відрізнити од хлопчака — в новій червоній майці, в коричневих лижних черевиках вона виглядала зовсім не смішно, може, не згірше від нас усіх.</w:t>
      </w:r>
    </w:p>
    <w:p>
      <w:r>
        <w:br/>
        <w:t>Суперники зустріли нас уїдливим сміхом. Звичайно, це було майже неймовірно — дівчина з футбольним м'ячем! Та скоро вони перестали сміятись. Я вирвався на штрафний майданчик, відпасував м'яча Маріанні, а вона точно розрахованим ударом увігнала його в сітку.</w:t>
      </w:r>
    </w:p>
    <w:p>
      <w:r>
        <w:br/>
        <w:t>Не знаю, може, дев'ятий "А" просто ошалів од появи дівчиська на полі, а може, справді це був хороший гол. Але це не мало значення. Головне — гол був, він підніс настрій, і вже через якусь хвилину Ігор Діброва забив ще одного м'яча.</w:t>
      </w:r>
    </w:p>
    <w:p>
      <w:r>
        <w:br/>
        <w:t>Ми виграли з фантастичним рахунком — 4:1! Такого ще не бувало: сьомий "Б" обставив чемпіона школи!</w:t>
      </w:r>
    </w:p>
    <w:p>
      <w:r>
        <w:br/>
        <w:t>— Ну от,— Анка обтерла пучком трави забруднені руки,— а ти, Валеро, казав — удачі не буде!</w:t>
      </w:r>
    </w:p>
    <w:p>
      <w:r>
        <w:br/>
        <w:t>Валерик, весь блискучий від поту й радості, припав на одне коліно і жартівливо вимовив:</w:t>
      </w:r>
    </w:p>
    <w:p>
      <w:r>
        <w:br/>
        <w:t>— О Маріанно, прости мене, нерозумного!</w:t>
      </w:r>
    </w:p>
    <w:p>
      <w:r>
        <w:br/>
        <w:t>— Ур-ра, Маріанно! — гукнула вся команда.</w:t>
      </w:r>
    </w:p>
    <w:p>
      <w:r>
        <w:br/>
        <w:t>І тоді ми почули голос Андрія Веселовського. Удавано байдужий, рівний голос:</w:t>
      </w:r>
    </w:p>
    <w:p>
      <w:r>
        <w:br/>
        <w:t>— Нічого. Може бути. Трапляється часом. Гіпноз, чи як ти там кажеш, Ляхов?</w:t>
      </w:r>
    </w:p>
    <w:p>
      <w:r>
        <w:br/>
        <w:t>Краще б йому було не підходити. Хлопці шпурляли в нього злі, образливі слова, а він стояв і слухав і дивився, як Маріанна поволі розшнуровує свої черевики на товстій підошві.</w:t>
      </w:r>
    </w:p>
    <w:p>
      <w:r>
        <w:br/>
        <w:t>— Можеш вважати, що ти більше не в "Кометі"! Хто "за"? — запитав я. І всі підняли руки. Всі, крім Маріанни. Вона все ще розшнуровувала черевики.</w:t>
      </w:r>
    </w:p>
    <w:p>
      <w:r>
        <w:br/>
        <w:t>— Анко, а ти? — запитав Валерик.</w:t>
      </w:r>
    </w:p>
    <w:p>
      <w:r>
        <w:br/>
        <w:t>— Не знаю,— сказала Маріанна. Її очі здались мені рантом чорними і зляканими. Зовсім не Анчині веселі, примружені очі.</w:t>
      </w:r>
    </w:p>
    <w:p>
      <w:r>
        <w:br/>
        <w:t>— Однак більшість "за"... У нас тут буде невелика нарада, Веселовський, отож розумієш...</w:t>
      </w:r>
    </w:p>
    <w:p>
      <w:r>
        <w:br/>
        <w:t>— Хм,— сказав Андрій,— ну-ну, дивіться, щоб потім...— але він не доказав, що мало бути потім, одвернувся і поволі пішов геть.</w:t>
      </w:r>
    </w:p>
    <w:p>
      <w:r>
        <w:br/>
        <w:t>Анка дивилася йому вслід, потім махнула рукою і як була — в черевику на одній нозі, в босоніжку на другій,— кинулась за Андрієм:</w:t>
      </w:r>
    </w:p>
    <w:p>
      <w:r>
        <w:br/>
        <w:t>— Чекай, Вєселовський, чуєш, стій! Не можу ж я так па вулицю йти!</w:t>
      </w:r>
    </w:p>
    <w:p>
      <w:r>
        <w:br/>
        <w:t>— Ох,— похитав головою Ігор,— бігають один за одним, як сіамські близнюки.</w:t>
      </w:r>
    </w:p>
    <w:p>
      <w:r>
        <w:br/>
        <w:t>— Сіамські близнюки не можуть бігати один за одним,— заперечив я.— Вони як зв'язані. У них спільна рука або печінка...</w:t>
      </w:r>
    </w:p>
    <w:p>
      <w:r>
        <w:br/>
        <w:t>— Нізащо не повірю! — засміявся Ігор.</w:t>
      </w:r>
    </w:p>
    <w:p>
      <w:r>
        <w:br/>
        <w:t>— Ходімо додому, чи що, хлопці? — сказав я.</w:t>
      </w:r>
    </w:p>
    <w:p>
      <w:r>
        <w:br/>
        <w:t>— А нарада?</w:t>
      </w:r>
    </w:p>
    <w:p>
      <w:r>
        <w:br/>
        <w:t>— А, і без наради все ясно...</w:t>
      </w:r>
    </w:p>
    <w:p>
      <w:r>
        <w:br/>
        <w:t>— Чого ти раптом скис, капітане? — здивувався Валерик.</w:t>
      </w:r>
    </w:p>
    <w:p>
      <w:r>
        <w:br/>
        <w:t>— Ото ще! Чого б я мав скисати? — Я хотів засміятись, але губи чомусь були неслухняні, як з морозу.</w:t>
      </w:r>
    </w:p>
    <w:p>
      <w:r>
        <w:br/>
        <w:t>Ми почали одягатись. На вузькій довгій лавці лежав Анчин черевик. І Анчин босоніжок. А вона стояла у самому кутку подвір'я, і Андрій Вєселовський щось їй говорив, якось безпорадно розводячи руками.</w:t>
      </w:r>
    </w:p>
    <w:p>
      <w:r>
        <w:br/>
        <w:t>Валерик Ляхов мугикав собі під ніс, натягаючи чисту сорочку: "Маріанна, Маріанна". Отже, є така пісенька? А мені здавалося, що я сам її вигадав. Як це зветься? Гіпноз? Ні, здасться, галюцинація. А може, ще якось інакше...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Запасний гравець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