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Заповіт Джона Донна</w:t>
      </w:r>
    </w:p>
    <w:p>
      <w:r>
        <w:br/>
        <w:t xml:space="preserve"> О, перш ніж відійде від мене дух,&lt;br /&gt;</w:t>
        <w:br/>
        <w:t>Любове, прихили востаннє слух:&lt;br /&gt;</w:t>
        <w:br/>
        <w:t>Хай Аргус зір візьме із віч моїх,&lt;br /&gt;</w:t>
        <w:br/>
        <w:t>Коли ж осліпну, в дар Любове їх.&lt;br /&gt;</w:t>
        <w:br/>
        <w:t>Послам держав я радо слух віддам;&lt;br /&gt;</w:t>
        <w:br/>
        <w:t>А сльози морю, чи жінкам;&lt;br /&gt;</w:t>
        <w:br/>
        <w:t>О, навчи, Любов, прохаю!&lt;br /&gt;</w:t>
        <w:br/>
        <w:t>Вгодити тій, що й двадцять покохає,&lt;br /&gt;</w:t>
        <w:br/>
        <w:t>І щось подарувати тим, хто вже це має.</w:t>
      </w:r>
    </w:p>
    <w:p>
      <w:r>
        <w:br/>
        <w:t>Мою постійність я планетам дам,&lt;br /&gt;</w:t>
        <w:br/>
        <w:t>А правду – тим, хто відданий верхам,&lt;br /&gt;</w:t>
        <w:br/>
        <w:t>Мою відвертість, щирість їй услід&lt;br /&gt;</w:t>
        <w:br/>
        <w:t>Дам єзуїтам; блазню – сум в одвіт.&lt;br /&gt;</w:t>
        <w:br/>
        <w:t>Мовчання – тим, хто бачив чужину,&lt;br /&gt;</w:t>
        <w:br/>
        <w:t>Хай капуцин візьме казну.&lt;br /&gt;</w:t>
        <w:br/>
        <w:t>Тепер, Любове, я б навчивсь&lt;br /&gt;</w:t>
        <w:br/>
        <w:t>Кохати тільки ту, з ким не здруживсь,&lt;br /&gt;</w:t>
        <w:br/>
        <w:t>Обдарувавши всіх безсилих цього, чимсь.</w:t>
      </w:r>
    </w:p>
    <w:p>
      <w:r>
        <w:br/>
        <w:t>Римо-католикам – віру мою,&lt;br /&gt;</w:t>
        <w:br/>
        <w:t>Схизматикам амстердамським я шлю&lt;br /&gt;</w:t>
        <w:br/>
        <w:t>Діла благі, в них зичливість моя&lt;br /&gt;</w:t>
        <w:br/>
        <w:t>– Вертаю університету я.&lt;br /&gt;</w:t>
        <w:br/>
        <w:t>Нестримним воям – скромність і поштивість,&lt;br /&gt;</w:t>
        <w:br/>
        <w:t>Ну, а гравцям – терпеливість.&lt;br /&gt;</w:t>
        <w:br/>
        <w:t>Навчи отак, Любов, мене&lt;br /&gt;</w:t>
        <w:br/>
        <w:t>Не рівним кохати лиш ту, і одне&lt;br /&gt;</w:t>
        <w:br/>
        <w:t>Щось тим в дарунок скласти, хто геть його жбурне.</w:t>
      </w:r>
    </w:p>
    <w:p>
      <w:r>
        <w:br/>
        <w:t>Друзям про себе думку дарую,&lt;br /&gt;</w:t>
        <w:br/>
        <w:t>Ворогу промисел мій зискую,&lt;br /&gt;</w:t>
        <w:br/>
        <w:t>Сумнів заповідаю схоластам;&lt;br /&gt;</w:t>
        <w:br/>
        <w:t>А лікарям – недугу, з баластом.&lt;br /&gt;</w:t>
        <w:br/>
        <w:t>Природі – все те, що в віршах сказав;&lt;br /&gt;</w:t>
        <w:br/>
        <w:t>Колегам – мій розуму сплав:&lt;br /&gt;</w:t>
        <w:br/>
        <w:t>Уславити б любов хотів,&lt;br /&gt;</w:t>
        <w:br/>
        <w:t>Ту, що зродила в мені пал любощів,&lt;br /&gt;</w:t>
        <w:br/>
        <w:t>З виглядом, наче це дар, повернулих дарів.</w:t>
      </w:r>
    </w:p>
    <w:p>
      <w:r>
        <w:br/>
        <w:t>За ким дзвенить вже так прощально дзвін,&lt;br /&gt;</w:t>
        <w:br/>
        <w:t>Хай рецептурну книгу візьме він;&lt;br /&gt;</w:t>
        <w:br/>
        <w:t>Моральні настанови — хай Бедлам,&lt;br /&gt;</w:t>
        <w:br/>
        <w:t>Медалі бронзові – дай бідарям;&lt;br /&gt;</w:t>
        <w:br/>
        <w:t>Тим, хто далеко живе від краю,&lt;br /&gt;</w:t>
        <w:br/>
        <w:t>Англійську заповідаю.&lt;br /&gt;</w:t>
        <w:br/>
        <w:t>Любове, ти лиш ту любить&lt;br /&gt;</w:t>
        <w:br/>
        <w:t>Велиш, хто дружбу легко розділить&lt;br /&gt;</w:t>
        <w:br/>
        <w:t>Хотів би і цей дар мій знецінити в цю ж мить.</w:t>
      </w:r>
    </w:p>
    <w:p>
      <w:r>
        <w:br/>
        <w:t>Здаривши все, я ціль відкрию вслід:&lt;br /&gt;</w:t>
        <w:br/>
        <w:t>Помру – зі мною вмре й любови світ.&lt;br /&gt;</w:t>
        <w:br/>
        <w:t>І буде не цінніш оцих красот,&lt;br /&gt;</w:t>
        <w:br/>
        <w:t>В забутих штольнях злиток позолот;&lt;br /&gt;</w:t>
        <w:br/>
        <w:t>Граційність ваша знадобиться там&lt;br /&gt;</w:t>
        <w:br/>
        <w:t>Як дзиґар сонячний гробам:&lt;br /&gt;</w:t>
        <w:br/>
        <w:t>Любове, велиш мені ти&lt;br /&gt;</w:t>
        <w:br/>
        <w:t>Любити ту, в чиїх очах зіскніти,&lt;br /&gt;</w:t>
        <w:br/>
        <w:t>Для винаходу й спроби шлях, – щоб трьох їх зжити.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Заповіт Джона Донна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