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Затінок, сутінок, день золотий...</w:t>
      </w:r>
    </w:p>
    <w:p>
      <w:r>
        <w:br/>
        <w:t xml:space="preserve"> * * *</w:t>
      </w:r>
    </w:p>
    <w:p>
      <w:r>
        <w:br/>
        <w:t>Затінок, сутінок, день золотий.&lt;br /&gt;</w:t>
        <w:br/>
        <w:t>Плачуть і моляться білі троянди.&lt;br /&gt;</w:t>
        <w:br/>
        <w:t>Може, це я, або хто, або ти&lt;br /&gt;</w:t>
        <w:br/>
        <w:t>ось там сидить у куточку веранди.&lt;br /&gt;</w:t>
        <w:br/>
        <w:t>Може, він плаче, а може, він жде —&lt;br /&gt;</w:t>
        <w:br/>
        <w:t>кроки почулись, чи скрипнула хвіртка.&lt;br /&gt;</w:t>
        <w:br/>
        <w:t>Може, він встане, чолом припаде,&lt;br /&gt;</w:t>
        <w:br/>
        <w:t>там, на веранді, чолом до одвірка.&lt;br /&gt;</w:t>
        <w:br/>
        <w:t>Де ж ви, ті люди, що в хаті жили?&lt;br /&gt;</w:t>
        <w:br/>
        <w:t>Світку мій білий, яке тут роздолля!&lt;br /&gt;</w:t>
        <w:br/>
        <w:t>Смуток нащадків — як танець бджоли,&lt;br /&gt;</w:t>
        <w:br/>
        <w:t>танець бджоли до безсмертного поля.&lt;br /&gt;</w:t>
        <w:br/>
        <w:t>Може, це вже через тисячу літ —&lt;br /&gt;</w:t>
        <w:br/>
        <w:t>я і не я вже, розбуджена в генах,&lt;br /&gt;</w:t>
        <w:br/>
        <w:t>тут на землі я шукаю хоч слід&lt;br /&gt;</w:t>
        <w:br/>
        <w:t>роду мого у плачах і легендах!&lt;br /&gt;</w:t>
        <w:br/>
        <w:t>Голос криниці, чого ж ти замовк?&lt;br /&gt;</w:t>
        <w:br/>
        <w:t>Руки шовковиць, чого ж ви заклякли?&lt;br /&gt;</w:t>
        <w:br/>
        <w:t>Вікна забиті, і висить замок —&lt;br /&gt;</w:t>
        <w:br/>
        <w:t>ржава сережка над кігтиком клямки.&lt;br /&gt;</w:t>
        <w:br/>
        <w:t>Білий причілок оббила сльота.&lt;br /&gt;</w:t>
        <w:br/>
        <w:t>Хто там квилить у цій хаті ночами?&lt;br /&gt;</w:t>
        <w:br/>
        <w:t>Може, живе там сама самота,&lt;br /&gt;</w:t>
        <w:br/>
        <w:t>соває пустку у піч рогачами.&lt;br /&gt;</w:t>
        <w:br/>
        <w:t>Може, це біль наш, а може, вина,&lt;br /&gt;</w:t>
        <w:br/>
        <w:t>може, бальзам на занедбані душі&lt;br /&gt;</w:t>
        <w:br/>
        <w:t>спогад криниці і спогад вікна,&lt;br /&gt;</w:t>
        <w:br/>
        <w:t>спогад стежини і дикої груші...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Затінок, сутінок, день золотий...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