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Згадай того, хто любострастя…</w:t>
      </w:r>
    </w:p>
    <w:p>
      <w:r>
        <w:br/>
        <w:t xml:space="preserve"> Згадай того, хто любострастя&lt;br /&gt;</w:t>
        <w:br/>
        <w:t>Здолав у небезпечну мить&lt;br /&gt;</w:t>
        <w:br/>
        <w:t>І, люблений, відрікся щастя,&lt;br /&gt;</w:t>
        <w:br/>
        <w:t>Щоб честь твою не поганьбить.</w:t>
      </w:r>
    </w:p>
    <w:p>
      <w:r>
        <w:br/>
        <w:t>Твій зір, сп'янілий од кохання,&lt;br /&gt;</w:t>
        <w:br/>
        <w:t>До трепетних грудей манив,&lt;br /&gt;</w:t>
        <w:br/>
        <w:t>Але благальне те зітхання&lt;br /&gt;</w:t>
        <w:br/>
        <w:t>Збороло дикий мій порив.</w:t>
      </w:r>
    </w:p>
    <w:p>
      <w:r>
        <w:br/>
        <w:t>О! Все я втратив у ту пору,&lt;br /&gt;</w:t>
        <w:br/>
        <w:t>Тебе рятуючи, аби&lt;br /&gt;</w:t>
        <w:br/>
        <w:t>Ти не зазнала ні докору,&lt;br /&gt;</w:t>
        <w:br/>
        <w:t>Ні каяття, ані ганьби.</w:t>
      </w:r>
    </w:p>
    <w:p>
      <w:r>
        <w:br/>
        <w:t>Проте зломовники вселюдно&lt;br /&gt;</w:t>
        <w:br/>
        <w:t>На мене зводять поговір:&lt;br /&gt;</w:t>
        <w:br/>
        <w:t>Мовляв, любов його облудна,&lt;br /&gt;</w:t>
        <w:br/>
        <w:t>Ти серцю лживому не вір!</w:t>
      </w:r>
    </w:p>
    <w:p>
      <w:r>
        <w:br/>
        <w:t>Хай був із іншими який я,&lt;br /&gt;</w:t>
        <w:br/>
        <w:t>Тебе ж зберігши, пресвяту,&lt;br /&gt;</w:t>
        <w:br/>
        <w:t>Благословляю нині й ім'я,&lt;br /&gt;</w:t>
        <w:br/>
        <w:t>Й душі твоєї чистоту.</w:t>
      </w:r>
    </w:p>
    <w:p>
      <w:r>
        <w:br/>
        <w:t>Якби, о господи, раніше&lt;br /&gt;</w:t>
        <w:br/>
        <w:t>Тебе чистішим я зустрів,&lt;br /&gt;</w:t>
        <w:br/>
        <w:t>Коли і ти була вільніша,&lt;br /&gt;</w:t>
        <w:br/>
        <w:t>І я вартніш твоїх чуттів!</w:t>
      </w:r>
    </w:p>
    <w:p>
      <w:r>
        <w:br/>
        <w:t>Тож світ цей суєти, облуди&lt;br /&gt;</w:t>
        <w:br/>
        <w:t>В годину обійди лиху:&lt;br /&gt;</w:t>
        <w:br/>
        <w:t>І наша випроба хай буде&lt;br /&gt;</w:t>
        <w:br/>
        <w:t>Остання на твоїм шляху.</w:t>
      </w:r>
    </w:p>
    <w:p>
      <w:r>
        <w:br/>
        <w:t>Моя ж душа, давно погубна,&lt;br /&gt;</w:t>
        <w:br/>
        <w:t>Лиш здатна інших погубить:&lt;br /&gt;</w:t>
        <w:br/>
        <w:t>Нам стрітись в світі — перелюбну&lt;br /&gt;</w:t>
        <w:br/>
        <w:t>Надію вдруге запалить.</w:t>
      </w:r>
    </w:p>
    <w:p>
      <w:r>
        <w:br/>
        <w:t>Бо світ цей не приносить щастя,—&lt;br /&gt;</w:t>
        <w:br/>
        <w:t>Я в тому впевнивсь на собі,—&lt;br /&gt;</w:t>
        <w:br/>
        <w:t>Тут полюбити — значить впасти,&lt;br /&gt;</w:t>
        <w:br/>
        <w:t>Улігши сорому й ганьбі.</w:t>
      </w:r>
    </w:p>
    <w:p>
      <w:r>
        <w:br/>
        <w:t>Чарівна, юна, небувала,&lt;br /&gt;</w:t>
        <w:br/>
        <w:t>Що в мирній самоті зросла,&lt;br /&gt;</w:t>
        <w:br/>
        <w:t>О, скільки б в світі ти спіткала&lt;br /&gt;</w:t>
        <w:br/>
        <w:t>Спокус і підступів, і зла!</w:t>
      </w:r>
    </w:p>
    <w:p>
      <w:r>
        <w:br/>
        <w:t>Прости! Своїм шаленством нині&lt;br /&gt;</w:t>
        <w:br/>
        <w:t>Я визвав на лиці твоїм&lt;br /&gt;</w:t>
        <w:br/>
        <w:t>Благальні сльози ці невинні,&lt;br /&gt;</w:t>
        <w:br/>
        <w:t>Щоб вже повік не литись їм.</w:t>
      </w:r>
    </w:p>
    <w:p>
      <w:r>
        <w:br/>
        <w:t>Од мук, страждання я не скоро&lt;br /&gt;</w:t>
        <w:br/>
        <w:t>Знайду в цім світі супокій.&lt;br /&gt;</w:t>
        <w:br/>
        <w:t>Хоч як судила б ти суворо,&lt;br /&gt;</w:t>
        <w:br/>
        <w:t>Та я на вирок жду м'який.</w:t>
      </w:r>
    </w:p>
    <w:p>
      <w:r>
        <w:br/>
        <w:t>Коли б не так любив я вірно,&lt;br /&gt;</w:t>
        <w:br/>
        <w:t>То й втрату легше б міг нести.&lt;br /&gt;</w:t>
        <w:br/>
        <w:t>І не страждав би я безмірно,&lt;br /&gt;</w:t>
        <w:br/>
        <w:t>Якби була моєю ти.</w:t>
      </w:r>
    </w:p>
    <w:p>
      <w:r>
        <w:br/>
        <w:t>1813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Згадай того, хто любострастя…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