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 прийшла…</w:t>
      </w:r>
    </w:p>
    <w:p>
      <w:r>
        <w:br/>
        <w:t xml:space="preserve"> Зима прийшла. Холодними руками&lt;br /&gt;</w:t>
        <w:br/>
        <w:t>Скувала ріки і ставки,&lt;br /&gt;</w:t>
        <w:br/>
        <w:t>Заслала ниви килимами,&lt;br /&gt;</w:t>
        <w:br/>
        <w:t>До сел засипала стежки.&lt;br /&gt;</w:t>
        <w:br/>
        <w:t>Усе замовкло під снігами.&lt;br /&gt;</w:t>
        <w:br/>
        <w:t>Даремно! Сонце переможе!&lt;br /&gt;</w:t>
        <w:br/>
        <w:t>Розіб'є громом ланцюги,&lt;br /&gt;</w:t>
        <w:br/>
        <w:t>Розтопить криги і сніги,&lt;br /&gt;</w:t>
        <w:br/>
        <w:t>Змете всі заміри ворожі&lt;br /&gt;</w:t>
        <w:br/>
        <w:t>І кине квіти навкруги.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 прийшла…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