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Зимова дорога</w:t>
      </w:r>
    </w:p>
    <w:p>
      <w:r>
        <w:br/>
        <w:t xml:space="preserve"> Крізь посивілі тумани&lt;br /&gt;</w:t>
        <w:br/>
        <w:t>Місяць, зблідлий на лиці,&lt;br /&gt;</w:t>
        <w:br/>
        <w:t>На зажурені поляни&lt;br /&gt;</w:t>
        <w:br/>
        <w:t>Кида журні промінці.</w:t>
      </w:r>
    </w:p>
    <w:p>
      <w:r>
        <w:br/>
        <w:t>По дорозі в даль безкраю&lt;br /&gt;</w:t>
        <w:br/>
        <w:t>Тройка в заметі летить,&lt;br /&gt;</w:t>
        <w:br/>
        <w:t>Однозвукий дзвоник грає,&lt;br /&gt;</w:t>
        <w:br/>
        <w:t>То стихає, то дзвенить.</w:t>
      </w:r>
    </w:p>
    <w:p>
      <w:r>
        <w:br/>
        <w:t>Чимось рідним в душу віє&lt;br /&gt;</w:t>
        <w:br/>
        <w:t>Довга пісня ямщика,&lt;br /&gt;</w:t>
        <w:br/>
        <w:t>То веселощі, то мрії,&lt;br /&gt;</w:t>
        <w:br/>
        <w:t>То печаль бринить гірка.</w:t>
      </w:r>
    </w:p>
    <w:p>
      <w:r>
        <w:br/>
        <w:t>Ні вогню при чорній хаті,&lt;br /&gt;</w:t>
        <w:br/>
        <w:t>Сніг і глуш... Навстріч мені&lt;br /&gt;</w:t>
        <w:br/>
        <w:t>Всюди верстви смугуваті&lt;br /&gt;</w:t>
        <w:br/>
        <w:t>Лиш трапляються одні.</w:t>
      </w:r>
    </w:p>
    <w:p>
      <w:r>
        <w:br/>
        <w:t>Скучно, сумно... Взавтра, Ніна,&lt;br /&gt;</w:t>
        <w:br/>
        <w:t>До коханої вернусь,&lt;br /&gt;</w:t>
        <w:br/>
        <w:t>І у мрії край каміна&lt;br /&gt;</w:t>
        <w:br/>
        <w:t>Задивлюсь, не надивлюсь.</w:t>
      </w:r>
    </w:p>
    <w:p>
      <w:r>
        <w:br/>
        <w:t>Рівна стрілка в циферблаті&lt;br /&gt;</w:t>
        <w:br/>
        <w:t>Довершить свій рівний час,&lt;br /&gt;</w:t>
        <w:br/>
        <w:t>Без докучливих в кімнаті&lt;br /&gt;</w:t>
        <w:br/>
        <w:t>Не розлучить північ нас.</w:t>
      </w:r>
    </w:p>
    <w:p>
      <w:r>
        <w:br/>
        <w:t>Сумно, Ніна: шлях без краю.&lt;br /&gt;</w:t>
        <w:br/>
        <w:t>Задрімав і стих ямщик,&lt;br /&gt;</w:t>
        <w:br/>
        <w:t>Однозвукий дзвоник грає,&lt;br /&gt;</w:t>
        <w:br/>
        <w:t>У тумані місяць зник.</w:t>
      </w:r>
    </w:p>
    <w:p>
      <w:r>
        <w:br/>
        <w:t>1826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Зимова дорога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