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ніч</w:t>
      </w:r>
    </w:p>
    <w:p>
      <w:r>
        <w:br/>
        <w:t xml:space="preserve"> Борис Пастернак&lt;br /&gt;</w:t>
        <w:br/>
        <w:t>ЗИМОВА НІЧ</w:t>
      </w:r>
    </w:p>
    <w:p>
      <w:r>
        <w:br/>
        <w:t>Перекладач: Л.Талалай</w:t>
      </w:r>
    </w:p>
    <w:p>
      <w:r>
        <w:br/>
        <w:t>Мело, мело по всій землі,&lt;br /&gt;</w:t>
        <w:br/>
        <w:t>Мело, сніжило.&lt;br /&gt;</w:t>
        <w:br/>
        <w:t>Свіча горіла на столі,&lt;br /&gt;</w:t>
        <w:br/>
        <w:t>Свіча горіла.</w:t>
      </w:r>
    </w:p>
    <w:p>
      <w:r>
        <w:br/>
        <w:t>Злітався сніг і вирував&lt;br /&gt;</w:t>
        <w:br/>
        <w:t>Перед шибками,&lt;br /&gt;</w:t>
        <w:br/>
        <w:t>Так влітку на вогонь мошва&lt;br /&gt;</w:t>
        <w:br/>
        <w:t>Летить роями.</w:t>
      </w:r>
    </w:p>
    <w:p>
      <w:r>
        <w:br/>
        <w:t>Ліпила віхола на склі&lt;br /&gt;</w:t>
        <w:br/>
        <w:t>Кружки і стріли.&lt;br /&gt;</w:t>
        <w:br/>
        <w:t>Свіча горіла на столі,&lt;br /&gt;</w:t>
        <w:br/>
        <w:t>Свіча горіла.</w:t>
      </w:r>
    </w:p>
    <w:p>
      <w:r>
        <w:br/>
        <w:t>І протяг тіні хилитав,&lt;br /&gt;</w:t>
        <w:br/>
        <w:t>І мимоволі&lt;br /&gt;</w:t>
        <w:br/>
        <w:t>Схрестились руки і уста,&lt;br /&gt;</w:t>
        <w:br/>
        <w:t>Схрестились долі.</w:t>
      </w:r>
    </w:p>
    <w:p>
      <w:r>
        <w:br/>
        <w:t>І черевички з ніг самі&lt;br /&gt;</w:t>
        <w:br/>
        <w:t>Упали м'яко.&lt;br /&gt;</w:t>
        <w:br/>
        <w:t>І віск із нічника слізьми&lt;br /&gt;</w:t>
        <w:br/>
        <w:t>На плаття капав.</w:t>
      </w:r>
    </w:p>
    <w:p>
      <w:r>
        <w:br/>
        <w:t>Все поглинала на землі&lt;br /&gt;</w:t>
        <w:br/>
        <w:t>Хуртеча біла.&lt;br /&gt;</w:t>
        <w:br/>
        <w:t>Свіча горіла на столі,&lt;br /&gt;</w:t>
        <w:br/>
        <w:t>Свіча горіла.</w:t>
      </w:r>
    </w:p>
    <w:p>
      <w:r>
        <w:br/>
        <w:t>На свічку дихала імла,&lt;br /&gt;</w:t>
        <w:br/>
        <w:t>Й спокуси сила&lt;br /&gt;</w:t>
        <w:br/>
        <w:t>Хрестоподібно підняла,&lt;br /&gt;</w:t>
        <w:br/>
        <w:t>Як ангел, крила.</w:t>
      </w:r>
    </w:p>
    <w:p>
      <w:r>
        <w:br/>
        <w:t>І доки хуга по землі&lt;br /&gt;</w:t>
        <w:br/>
        <w:t>Мела, сніжила,&lt;br /&gt;</w:t>
        <w:br/>
        <w:t>Свіча горіла на столі,&lt;br /&gt;</w:t>
        <w:br/>
        <w:t>Свіча горіла.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