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Знов село</w:t>
      </w:r>
    </w:p>
    <w:p>
      <w:r>
        <w:br/>
        <w:t xml:space="preserve"> Знов село. По блакитному трапу</w:t>
      </w:r>
    </w:p>
    <w:p>
      <w:r>
        <w:br/>
        <w:t>сходить сонце над маревом нив.</w:t>
      </w:r>
    </w:p>
    <w:p>
      <w:r>
        <w:br/>
        <w:t>Я в пальті і у фетровій шляпі,</w:t>
      </w:r>
    </w:p>
    <w:p>
      <w:r>
        <w:br/>
        <w:t>де колись у свитині ходив.</w:t>
      </w:r>
    </w:p>
    <w:p>
      <w:r>
        <w:br/>
        <w:t>Де колись неповторного літа</w:t>
      </w:r>
    </w:p>
    <w:p>
      <w:r>
        <w:br/>
        <w:t>одягнув я, смуглявий юнак,</w:t>
      </w:r>
    </w:p>
    <w:p>
      <w:r>
        <w:br/>
        <w:t>коли став на заводі робити,</w:t>
      </w:r>
    </w:p>
    <w:p>
      <w:r>
        <w:br/>
        <w:t>не свитину, а теплий піджак.</w:t>
      </w:r>
    </w:p>
    <w:p>
      <w:r>
        <w:br/>
        <w:t>Роки йшли силуетами станцій,</w:t>
      </w:r>
    </w:p>
    <w:p>
      <w:r>
        <w:br/>
        <w:t>що минали на фоні заграв,</w:t>
      </w:r>
    </w:p>
    <w:p>
      <w:r>
        <w:br/>
        <w:t>коли я гострооким повстанцем</w:t>
      </w:r>
    </w:p>
    <w:p>
      <w:r>
        <w:br/>
        <w:t>на шинель піджака проміняв.</w:t>
      </w:r>
    </w:p>
    <w:p>
      <w:r>
        <w:br/>
        <w:t>А коли одлунало й багнети</w:t>
      </w:r>
    </w:p>
    <w:p>
      <w:r>
        <w:br/>
        <w:t>ми змінили на пера, тоді</w:t>
      </w:r>
    </w:p>
    <w:p>
      <w:r>
        <w:br/>
        <w:t>я купив в церобкопі штиблети,</w:t>
      </w:r>
    </w:p>
    <w:p>
      <w:r>
        <w:br/>
        <w:t>став ходити у шляпі й пальті.</w:t>
      </w:r>
    </w:p>
    <w:p>
      <w:r>
        <w:br/>
        <w:t>Я життя вже заповнив анкету,</w:t>
      </w:r>
    </w:p>
    <w:p>
      <w:r>
        <w:br/>
        <w:t>приза першого взяв у бою.</w:t>
      </w:r>
    </w:p>
    <w:p>
      <w:r>
        <w:br/>
        <w:t>І смуглявим, і ніжним поетом</w:t>
      </w:r>
    </w:p>
    <w:p>
      <w:r>
        <w:br/>
        <w:t>перед огнищем рідним стою.</w:t>
      </w:r>
    </w:p>
    <w:p>
      <w:r>
        <w:br/>
        <w:t>Як колись, в цей провулок, садами,</w:t>
      </w:r>
    </w:p>
    <w:p>
      <w:r>
        <w:br/>
        <w:t>я повз верби пройшов, через гать...</w:t>
      </w:r>
    </w:p>
    <w:p>
      <w:r>
        <w:br/>
        <w:t>Та не вийдуть мене біля брами</w:t>
      </w:r>
    </w:p>
    <w:p>
      <w:r>
        <w:br/>
        <w:t>ні сестра, ні Сірко наш стрічать.</w:t>
      </w:r>
    </w:p>
    <w:p>
      <w:r>
        <w:br/>
        <w:t>Вмер мій батько. І брата не стало.</w:t>
      </w:r>
    </w:p>
    <w:p>
      <w:r>
        <w:br/>
        <w:t>Сплять вони під хрестом край села...</w:t>
      </w:r>
    </w:p>
    <w:p>
      <w:r>
        <w:br/>
        <w:t>Нашу хату давно поламали,</w:t>
      </w:r>
    </w:p>
    <w:p>
      <w:r>
        <w:br/>
        <w:t>ту, що нашою і не була.</w:t>
      </w:r>
    </w:p>
    <w:p>
      <w:r>
        <w:br/>
        <w:t>Щоки чують, як котяться перла</w:t>
      </w:r>
    </w:p>
    <w:p>
      <w:r>
        <w:br/>
        <w:t>тихі й теплі... Вертатись пора.</w:t>
      </w:r>
    </w:p>
    <w:p>
      <w:r>
        <w:br/>
        <w:t>Санітаркою юною вмерла</w:t>
      </w:r>
    </w:p>
    <w:p>
      <w:r>
        <w:br/>
        <w:t>од плямистого тифу сестра.</w:t>
      </w:r>
    </w:p>
    <w:p>
      <w:r>
        <w:br/>
        <w:t>Друга вмерла недавно від раку.</w:t>
      </w:r>
    </w:p>
    <w:p>
      <w:r>
        <w:br/>
        <w:t>Скільки сліз я за нею пролив!</w:t>
      </w:r>
    </w:p>
    <w:p>
      <w:r>
        <w:br/>
        <w:t>А старого й глухого собаку</w:t>
      </w:r>
    </w:p>
    <w:p>
      <w:r>
        <w:br/>
        <w:t>від жалю я з нагана забив.</w:t>
      </w:r>
    </w:p>
    <w:p>
      <w:r>
        <w:br/>
        <w:t>Ось і школи знайомої мури,</w:t>
      </w:r>
    </w:p>
    <w:p>
      <w:r>
        <w:br/>
        <w:t>і до мене біжать школярі...</w:t>
      </w:r>
    </w:p>
    <w:p>
      <w:r>
        <w:br/>
        <w:t>— Це — поет наш, Володька Сосюра! —</w:t>
      </w:r>
    </w:p>
    <w:p>
      <w:r>
        <w:br/>
        <w:t>їх усмішка — мов квіти зорі...</w:t>
      </w:r>
    </w:p>
    <w:p>
      <w:r>
        <w:br/>
        <w:t>— Чом це ти одягнувся буржуєм?</w:t>
      </w:r>
    </w:p>
    <w:p>
      <w:r>
        <w:br/>
        <w:t>Одяг цей не приносить добра...—</w:t>
      </w:r>
    </w:p>
    <w:p>
      <w:r>
        <w:br/>
        <w:t>Мені "Зиму Червону" цитує,</w:t>
      </w:r>
    </w:p>
    <w:p>
      <w:r>
        <w:br/>
        <w:t>критикує мене дітвора.</w:t>
      </w:r>
    </w:p>
    <w:p>
      <w:r>
        <w:br/>
        <w:t>Вийшов вчитель... Згадки — як намети...</w:t>
      </w:r>
    </w:p>
    <w:p>
      <w:r>
        <w:br/>
        <w:t>Ми говорим про те і про те...</w:t>
      </w:r>
    </w:p>
    <w:p>
      <w:r>
        <w:br/>
        <w:t>— Я не знав, що мій учень поетом,</w:t>
      </w:r>
    </w:p>
    <w:p>
      <w:r>
        <w:br/>
        <w:t>українським поетом зросте...—</w:t>
      </w:r>
    </w:p>
    <w:p>
      <w:r>
        <w:br/>
        <w:t>каже він. Запалив я цигарку,</w:t>
      </w:r>
    </w:p>
    <w:p>
      <w:r>
        <w:br/>
        <w:t>вчитель — теж. Скільки споминів, слів!</w:t>
      </w:r>
    </w:p>
    <w:p>
      <w:r>
        <w:br/>
        <w:t>Як колись я від нього потайки</w:t>
      </w:r>
    </w:p>
    <w:p>
      <w:r>
        <w:br/>
        <w:t>цигарки в час перерви курив...</w:t>
      </w:r>
    </w:p>
    <w:p>
      <w:r>
        <w:br/>
        <w:t>Марив буть я тоді інженером,</w:t>
      </w:r>
    </w:p>
    <w:p>
      <w:r>
        <w:br/>
        <w:t>вийти з бруду на сонячний шлях...</w:t>
      </w:r>
    </w:p>
    <w:p>
      <w:r>
        <w:br/>
        <w:t>Бив з рогатки собак і за пера</w:t>
      </w:r>
    </w:p>
    <w:p>
      <w:r>
        <w:br/>
        <w:t>біля школи ходив на руках...</w:t>
      </w:r>
    </w:p>
    <w:p>
      <w:r>
        <w:br/>
        <w:t>Попрощалися. Дощ уже крапа...</w:t>
      </w:r>
    </w:p>
    <w:p>
      <w:r>
        <w:br/>
        <w:t>Марив я... Як давно це було...</w:t>
      </w:r>
    </w:p>
    <w:p>
      <w:r>
        <w:br/>
        <w:t>Що вернусь я в пальті і у шляпі&lt;br /&gt;</w:t>
        <w:br/>
        <w:t>з гомінливого міста в село...</w:t>
      </w:r>
    </w:p>
    <w:p>
      <w:r>
        <w:br/>
        <w:t>Ах ви, мрії, ви, милі, дитячі,</w:t>
      </w:r>
    </w:p>
    <w:p>
      <w:r>
        <w:br/>
        <w:t>як обличчя за дальнім вікном...</w:t>
      </w:r>
    </w:p>
    <w:p>
      <w:r>
        <w:br/>
        <w:t>Над селом небо осені плаче,</w:t>
      </w:r>
    </w:p>
    <w:p>
      <w:r>
        <w:br/>
        <w:t>дим заводу пливе над селом...</w:t>
      </w:r>
    </w:p>
    <w:p>
      <w:r>
        <w:br/>
        <w:t>Працювать, працювать, безумовно!</w:t>
      </w:r>
    </w:p>
    <w:p>
      <w:r>
        <w:br/>
        <w:t>Кожній хвилі нема ж вороття!</w:t>
      </w:r>
    </w:p>
    <w:p>
      <w:r>
        <w:br/>
        <w:t>Ні! Я зовсім іще не заповнив</w:t>
      </w:r>
    </w:p>
    <w:p>
      <w:r>
        <w:br/>
        <w:t>золотої анкети життя.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Знов село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