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Зона</w:t>
      </w:r>
    </w:p>
    <w:p>
      <w:r>
        <w:br/>
        <w:t xml:space="preserve"> Старовина обридла нам безмежно</w:t>
      </w:r>
    </w:p>
    <w:p>
      <w:r>
        <w:br/>
        <w:t>Ти чуєш бекають мости пастушко Ейфелева вежо</w:t>
      </w:r>
    </w:p>
    <w:p>
      <w:r>
        <w:br/>
        <w:t>У печінках сидять антична Греція і Рим</w:t>
      </w:r>
    </w:p>
    <w:p>
      <w:r>
        <w:br/>
        <w:t>Автомобіль і той здається тут застарим&lt;br /&gt;</w:t>
        <w:br/>
        <w:t>Тільки релігія в нас залишилась нова-новісінька&lt;br /&gt;</w:t>
        <w:br/>
        <w:t>Проста як аеропортівський ангар як трамвайна вісімка</w:t>
      </w:r>
    </w:p>
    <w:p>
      <w:r>
        <w:br/>
        <w:t>Тільки християнство в Європі не встигло ще оепопеїться&lt;br /&gt;</w:t>
        <w:br/>
        <w:t>I папа Пій являє тип наймодернішого європейця&lt;br /&gt;</w:t>
        <w:br/>
        <w:t>А тобі сором бо вікна цікаві їдять тебе поїдом&lt;br /&gt;</w:t>
        <w:br/>
        <w:t>Зайти до церкви на вранішню сповідь&lt;br /&gt;</w:t>
        <w:br/>
        <w:t>Читаєш проспекти каталоги співучі горласті афіші&lt;br /&gt;</w:t>
        <w:br/>
        <w:t>От поезія ранку а для прози газети зручніші&lt;br /&gt;</w:t>
        <w:br/>
        <w:t>25 сантимів за випуск пригоди кримінальна хроніка&lt;br /&gt;</w:t>
        <w:br/>
        <w:t>Портрети знаменитостей інформація он яка</w:t>
      </w:r>
    </w:p>
    <w:p>
      <w:r>
        <w:br/>
        <w:t>Я бачив сьогодні вранці вулицю забув як зветься&lt;br /&gt;</w:t>
        <w:br/>
        <w:t>Нова і чиста сурмою сонячною ллється&lt;br /&gt;</w:t>
        <w:br/>
        <w:t>Робітники урядовці вродливі стенотипістки&lt;br /&gt;</w:t>
        <w:br/>
        <w:t>Щобудня чотири рази по ній проходять пішки&lt;br /&gt;</w:t>
        <w:br/>
        <w:t>Уранці тричі ревуть там сирени мідні&lt;br /&gt;</w:t>
        <w:br/>
        <w:t>Дзвін як скажений гавкає там опівдні&lt;br /&gt;</w:t>
        <w:br/>
        <w:t>Вивіски написи об'яви реклами&lt;br /&gt;</w:t>
        <w:br/>
        <w:t>Лящать звідусіль папужими голосами&lt;br /&gt;</w:t>
        <w:br/>
        <w:t>Я люблю цей симпатичний індустріальний модерн&lt;br /&gt;</w:t>
        <w:br/>
        <w:t>Між вулицею Омон-Тьєвіль і авеню де Терн&lt;br /&gt;</w:t>
        <w:br/>
        <w:t>Ось молода ще вулиця ти хлоп'я і мама тебе&lt;br /&gt;</w:t>
        <w:br/>
        <w:t>Убирає в біле або в голубе&lt;br /&gt;</w:t>
        <w:br/>
        <w:t>Ти дуже побожний як і вірний твій друг Рене Даліз&lt;br /&gt;</w:t>
        <w:br/>
        <w:t>Пишнота церковна зворушує вас до сліз&lt;br /&gt;</w:t>
        <w:br/>
        <w:t>О дев'ятій як газ зблакитніє з дорміторію до каплиці&lt;br /&gt;</w:t>
        <w:br/>
        <w:t>Викрадемось було та й ну цілу ніч молиться&lt;br /&gt;</w:t>
        <w:br/>
        <w:t>А уроча й одвічна глибінь аметистова знову і знову&lt;br /&gt;</w:t>
        <w:br/>
        <w:t>Сяйвом огнистим славу являла Христову</w:t>
      </w:r>
    </w:p>
    <w:p>
      <w:r>
        <w:br/>
        <w:t>То голублена нами лілея прекрасна&lt;br /&gt;</w:t>
        <w:br/>
        <w:t>То світич рудоволосий що ніколи од вітру не згасне&lt;br /&gt;</w:t>
        <w:br/>
        <w:t>То блідий та обагрений Син скорбної матері&lt;br /&gt;</w:t>
        <w:br/>
        <w:t>То древо що буйнує намоленими стигматами&lt;br /&gt;</w:t>
        <w:br/>
        <w:t>Шибениця подвійна честі й безсмертя&lt;br /&gt;</w:t>
        <w:br/>
        <w:t>Зоря шестидільна&lt;br /&gt;</w:t>
        <w:br/>
        <w:t>Бог що вмирає в п'ятницю і воскресає в неділю&lt;br /&gt;</w:t>
        <w:br/>
        <w:t>То Христос возноситься в небо чим не авіаспорт&lt;br /&gt;</w:t>
        <w:br/>
        <w:t>По висоті безперечно він побив світовий рекорд&lt;br /&gt;</w:t>
        <w:br/>
        <w:t>Христос зіниця ока&lt;br /&gt;</w:t>
        <w:br/>
        <w:t>Двадцята зіниця віків двадцяте століття&lt;br /&gt;</w:t>
        <w:br/>
        <w:t>Подібно Христу птахом злітає в повітря&lt;br /&gt;</w:t>
        <w:br/>
        <w:t>А з преісподніх глибин біси підіймають зв'ягу і змагу&lt;br /&gt;</w:t>
        <w:br/>
        <w:t>Ах то чаклун під пару юдейському Симону Магу&lt;br /&gt;</w:t>
        <w:br/>
        <w:t>Ах він на воду виходить із лодій виходить він злодій&lt;br /&gt;</w:t>
        <w:br/>
        <w:t>Ах він ще дума й літать то виходить він тать&lt;br /&gt;</w:t>
        <w:br/>
        <w:t>А за ясним вольтижером вже ангели гожі летять&lt;br /&gt;</w:t>
        <w:br/>
        <w:t>Аполлоній Тіанський Єнох Ілля та Ікар&lt;br /&gt;</w:t>
        <w:br/>
        <w:t>Ширяють навколо першого літака&lt;br /&gt;</w:t>
        <w:br/>
        <w:t>Лише часом розступаються пропускають без черги&lt;br /&gt;</w:t>
        <w:br/>
        <w:t>Попів що з святими дарами прямують у світ невечерній</w:t>
      </w:r>
    </w:p>
    <w:p>
      <w:r>
        <w:br/>
        <w:t>Літак нарешті сідає стримавши останній ривок&lt;br /&gt;</w:t>
        <w:br/>
        <w:t>Тоді небо заповнюється мільйонами ластівок&lt;br /&gt;</w:t>
        <w:br/>
        <w:t>Налетіли соколи сови і ворони-гаврики&lt;br /&gt;</w:t>
        <w:br/>
        <w:t>Ібіси марабу і фламінго прилинули з Африки&lt;br /&gt;</w:t>
        <w:br/>
        <w:t>Ширяє і Рок овіяний легендами птах&lt;br /&gt;</w:t>
        <w:br/>
        <w:t>Адамову голову першу заціпивши в пазурах&lt;br /&gt;</w:t>
        <w:br/>
        <w:t>З надхмар'я орел шугонув з погрозливим клекотом&lt;br /&gt;</w:t>
        <w:br/>
        <w:t>Малюпунькі колібрі принеслися з замор'я далекого&lt;br /&gt;</w:t>
        <w:br/>
        <w:t>З Китаю прибились довгасті й гнучкі однокрильці пі-ї&lt;br /&gt;</w:t>
        <w:br/>
        <w:t>Спареним льотом вони відбувають мандрівки свої&lt;br /&gt;</w:t>
        <w:br/>
        <w:t>Голуб-дух непорочний явився навіч&lt;br /&gt;</w:t>
        <w:br/>
        <w:t>Його лірохвіст ескортує а з ним вічкастий павич&lt;br /&gt;</w:t>
        <w:br/>
        <w:t>I фенікс що вміє сам відродиться</w:t>
      </w:r>
    </w:p>
    <w:p>
      <w:r>
        <w:br/>
        <w:t>Із приску випурхує огниста жар-птиця&lt;br /&gt;</w:t>
        <w:br/>
        <w:t>Сирени покинувши підводні скелі&lt;br /&gt;</w:t>
        <w:br/>
        <w:t>Співають всі три раді та веселі&lt;br /&gt;</w:t>
        <w:br/>
        <w:t>Орел і фенікс і пі-ї з Китаю ці&lt;br /&gt;</w:t>
        <w:br/>
        <w:t>Всі з авіамашиною сестряться братаються</w:t>
      </w:r>
    </w:p>
    <w:p>
      <w:r>
        <w:br/>
        <w:t>Ти в Парижі самотній між юрмами товпишся&lt;br /&gt;</w:t>
        <w:br/>
        <w:t>Мимо тебе ревуть чередою автобуси&lt;br /&gt;</w:t>
        <w:br/>
        <w:t>Туга кохання вогнем підступає до горла&lt;br /&gt;</w:t>
        <w:br/>
        <w:t>Неначе тобі судилась довічна погорда&lt;br /&gt;</w:t>
        <w:br/>
        <w:t>Якби жив ти давніше то напевне пішов би в ченці&lt;br /&gt;</w:t>
        <w:br/>
        <w:t>А тепер то аж соромно як молитва крутнеться на язиці&lt;br /&gt;</w:t>
        <w:br/>
        <w:t>Сам засмієшся із себе мов пекло кругом загуло&lt;br /&gt;</w:t>
        <w:br/>
        <w:t>Іскри сміху золотять життя твого тло&lt;br /&gt;</w:t>
        <w:br/>
        <w:t>Те життя мов картина повішена в темнім музеї&lt;br /&gt;</w:t>
        <w:br/>
        <w:t>Часом підходиш ближче поглянуть на неї</w:t>
      </w:r>
    </w:p>
    <w:p>
      <w:r>
        <w:br/>
        <w:t>Ти йдеш по Парижу жінки якісь аж криваві&lt;br /&gt;</w:t>
        <w:br/>
        <w:t>Це було бодай і не згадувать це було як врода конала в неславі</w:t>
      </w:r>
    </w:p>
    <w:p>
      <w:r>
        <w:br/>
        <w:t>Богоматір у щирому полум'ї дивилась на мене в Шартрі&lt;br /&gt;</w:t>
        <w:br/>
        <w:t>Серце Ісусове кров'ю кропило мене на Монмартрі&lt;br /&gt;</w:t>
        <w:br/>
        <w:t>Як почую словa блаженства в мені заниває утроба&lt;br /&gt;</w:t>
        <w:br/>
        <w:t>Любов на яку недугую то немов сороміцька хвороба&lt;br /&gt;</w:t>
        <w:br/>
        <w:t>Образ той невідчепний причинець безсоння і невпокою&lt;br /&gt;</w:t>
        <w:br/>
        <w:t>Хоч де б ти був поруч тебе настирно іде маною&lt;br /&gt;</w:t>
        <w:br/>
        <w:t>А ось ти вже на Середземнім надмор'ї&lt;br /&gt;</w:t>
        <w:br/>
        <w:t>Де цілорічно цвітуть запахущі лимони&lt;br /&gt;</w:t>
        <w:br/>
        <w:t>Катаєшся човном любуєш на світлі затони&lt;br /&gt;</w:t>
        <w:br/>
        <w:t>I друзі з тобою один із Ніцци два з Турбії один із Ментони&lt;br /&gt;</w:t>
        <w:br/>
        <w:t>Стежим за рухами спрута в глибині який страшеленний&lt;br /&gt;</w:t>
        <w:br/>
        <w:t>А між баговинням шастають рибки Христові емблеми</w:t>
      </w:r>
    </w:p>
    <w:p>
      <w:r>
        <w:br/>
        <w:t>А ось ти в заїзді десь на околиці Праги&lt;br /&gt;</w:t>
        <w:br/>
        <w:t>Сидиш у садку за столом на столі троянди&lt;br /&gt;</w:t>
        <w:br/>
        <w:t>Так любо й мило писання безжурно покинеш&lt;br /&gt;</w:t>
        <w:br/>
        <w:t>I дивишся на оленку що заснула в серці в квітини</w:t>
      </w:r>
    </w:p>
    <w:p>
      <w:r>
        <w:br/>
        <w:t>Ти побачив своє відображення в агатах Святого Віта&lt;br /&gt;</w:t>
        <w:br/>
        <w:t>Сумно так стало хоч зараз тікай з цього світу&lt;br /&gt;</w:t>
        <w:br/>
        <w:t>Шалієш од світла мов євангельський Лазар-харпак&lt;br /&gt;</w:t>
        <w:br/>
        <w:t>Стрілки на дзигарях в єврейському кварталі йдуть навспак&lt;br /&gt;</w:t>
        <w:br/>
        <w:t>I ти до себе в минувшину нехотя чалиш&lt;br /&gt;</w:t>
        <w:br/>
        <w:t>Звільна підіймаючись на високі Градчани&lt;br /&gt;</w:t>
        <w:br/>
        <w:t>Чи ввечері слухаючи як чехи спів заведуть при вині</w:t>
      </w:r>
    </w:p>
    <w:p>
      <w:r>
        <w:br/>
        <w:t>Ось ти вже у Марселі а там кавунів кавунів</w:t>
      </w:r>
    </w:p>
    <w:p>
      <w:r>
        <w:br/>
        <w:t>Ось ти в Кобленці в готелі великопанськім</w:t>
      </w:r>
    </w:p>
    <w:p>
      <w:r>
        <w:br/>
        <w:t>Ось у Римі сидиш під якимсь екзотом японським</w:t>
      </w:r>
    </w:p>
    <w:p>
      <w:r>
        <w:br/>
        <w:t>Ось ти в Амстердамі з красунею вона по суті бриденька&lt;br /&gt;</w:t>
        <w:br/>
        <w:t>I збирається вийти заміж за лейденського студента&lt;br /&gt;</w:t>
        <w:br/>
        <w:t>Тут винаймають поденно так звані cubicula locanda*&lt;br /&gt;</w:t>
        <w:br/>
        <w:t>Кілька разів пам'ятаю і я притулку шукав там</w:t>
      </w:r>
    </w:p>
    <w:p>
      <w:r>
        <w:br/>
        <w:t>А ось ти в Парижі сидиш перед слідчим&lt;br /&gt;</w:t>
        <w:br/>
        <w:t>Немов у злочинця у тебе вимагають свідчень</w:t>
      </w:r>
    </w:p>
    <w:p>
      <w:r>
        <w:br/>
        <w:t>Їздилось тобі всяко і сумно і весело&lt;br /&gt;</w:t>
        <w:br/>
        <w:t>А роки непомітно крутили свої перевесла&lt;br /&gt;</w:t>
        <w:br/>
        <w:t>I в двадцять і в тридцять кохання все та ж сумота&lt;br /&gt;</w:t>
        <w:br/>
        <w:t>Дурню дурню одурений на що ти розтринькав літа&lt;br /&gt;</w:t>
        <w:br/>
        <w:t>Страшно глянути на власні руки я щохвилі ладен заридати ридма&lt;br /&gt;</w:t>
        <w:br/>
        <w:t>Над тобою кохана над тим що тебе налякало рідна</w:t>
      </w:r>
    </w:p>
    <w:p>
      <w:r>
        <w:br/>
        <w:t>Жаль дивитись як тяжко нещасним отим емігрантам&lt;br /&gt;</w:t>
        <w:br/>
        <w:t>Вони вірують моляться мами груди дають немовлятам&lt;br /&gt;</w:t>
        <w:br/>
        <w:t>Уже ними протхнувся весь вокзал Сен-Лазар&lt;br /&gt;</w:t>
        <w:br/>
        <w:t>Вони вірять у зірку свою мовби їм чарівник показав&lt;br /&gt;</w:t>
        <w:br/>
        <w:t>Вони вже в думці розбагатіли&lt;br /&gt;</w:t>
        <w:br/>
        <w:t>I вернулись додому з тії Аргентіни&lt;br /&gt;</w:t>
        <w:br/>
        <w:t>Одна родина везе червону перину як інший серце своє несе&lt;br /&gt;</w:t>
        <w:br/>
        <w:t>I та перина і наші мрії нереальне те все&lt;br /&gt;</w:t>
        <w:br/>
        <w:t>Із цих емігрантів і тут залишаться декотрі&lt;br /&gt;</w:t>
        <w:br/>
        <w:t>На крайгородді оселяться залізуть у нетрі&lt;br /&gt;</w:t>
        <w:br/>
        <w:t>Часом виходять я бачу на вулицю просвіжиться&lt;br /&gt;</w:t>
        <w:br/>
        <w:t>Шахові фігури і ті частіш міняють позицію</w:t>
      </w:r>
    </w:p>
    <w:p>
      <w:r>
        <w:br/>
        <w:t>Чимало між них євреїв єврейки нап'явши перуки&lt;br /&gt;</w:t>
        <w:br/>
        <w:t>Сидять цілі дні в крамничках нидіють там сараки</w:t>
      </w:r>
    </w:p>
    <w:p>
      <w:r>
        <w:br/>
        <w:t>У барі брудному станеш кави візьмеш за два су&lt;br /&gt;</w:t>
        <w:br/>
        <w:t>Злидні навколо тебе злидні такі аж сум</w:t>
      </w:r>
    </w:p>
    <w:p>
      <w:r>
        <w:br/>
        <w:t>Ввечері в ресторані збавиш чимало часу</w:t>
      </w:r>
    </w:p>
    <w:p>
      <w:r>
        <w:br/>
        <w:t>Жінки ці й не лихі та в кожної своя турбота&lt;br /&gt;</w:t>
        <w:br/>
        <w:t>I кожна когось та мучила навіть найбридша бридота</w:t>
      </w:r>
    </w:p>
    <w:p>
      <w:r>
        <w:br/>
        <w:t>У тої он батько поліцаєм на острові Джерсі&lt;br /&gt;</w:t>
        <w:br/>
        <w:t>У руки що я не бачу їй холод ципками вжерся</w:t>
      </w:r>
    </w:p>
    <w:p>
      <w:r>
        <w:br/>
        <w:t>Ще й шви о нещасна десь на низу живота</w:t>
      </w:r>
    </w:p>
    <w:p>
      <w:r>
        <w:br/>
        <w:t>Усміхом сміхом жахливим я знизив до неї уста</w:t>
      </w:r>
    </w:p>
    <w:p>
      <w:r>
        <w:br/>
        <w:t>Ти вже сам надходить світанок&lt;br /&gt;</w:t>
        <w:br/>
        <w:t>По вулицях дзенькають бідони молочарок</w:t>
      </w:r>
    </w:p>
    <w:p>
      <w:r>
        <w:br/>
        <w:t>Ніч відходить неначе прекрасна метиска&lt;br /&gt;</w:t>
        <w:br/>
        <w:t>То сумирлива Лія чи Фердіна кігтиста</w:t>
      </w:r>
    </w:p>
    <w:p>
      <w:r>
        <w:br/>
        <w:t>I ти п'єш алкоголь цей палкий як життя&lt;br /&gt;</w:t>
        <w:br/>
        <w:t>Життя що ти п'єш як п'янюче пиття</w:t>
      </w:r>
    </w:p>
    <w:p>
      <w:r>
        <w:br/>
        <w:t>I ти йдеш собі пішки до своєї квартири в Отейлі&lt;br /&gt;</w:t>
        <w:br/>
        <w:t>Щоб заснути між ідолів з Океанії та Гвінеї&lt;br /&gt;</w:t>
        <w:br/>
        <w:t>Це Христи тільки іншого кшталту та іншої віри&lt;br /&gt;</w:t>
        <w:br/>
        <w:t>Недотворені вісники неясної надії</w:t>
      </w:r>
    </w:p>
    <w:p>
      <w:r>
        <w:br/>
        <w:t>Прощай Прощай&lt;br /&gt;</w:t>
        <w:br/>
        <w:t>На горло скаране сонце</w:t>
      </w:r>
    </w:p>
    <w:p>
      <w:r>
        <w:br/>
        <w:t>-----------------&lt;br /&gt;</w:t>
        <w:br/>
        <w:t>* Спальні, які здають у найм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