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1933 — 1939</w:t>
      </w:r>
    </w:p>
    <w:p>
      <w:r>
        <w:br/>
        <w:t xml:space="preserve"> &lt;blockquote&gt;Д.Д.</w:t>
      </w:r>
    </w:p>
    <w:p>
      <w:r>
        <w:br/>
        <w:t>Наближається спогадів повінь…&lt;br /&gt;</w:t>
        <w:br/>
        <w:t>В.Сосюра&lt;/blockquote&gt;</w:t>
      </w:r>
    </w:p>
    <w:p>
      <w:r>
        <w:br/>
        <w:t>Незнаний нам початок і кінець,&lt;br /&gt;</w:t>
        <w:br/>
        <w:t>Не розуміємо таємну віру,&lt;br /&gt;</w:t>
        <w:br/>
        <w:t>Коли жаття сплітає у вінець&lt;br /&gt;</w:t>
        <w:br/>
        <w:t>В незнаній черзі віру і зневіру.</w:t>
      </w:r>
    </w:p>
    <w:p>
      <w:r>
        <w:br/>
        <w:t>На світлий день спадає чорна тінь&lt;br /&gt;</w:t>
        <w:br/>
        <w:t>Зловіщих хмар, мов жалібний серпанок,&lt;br /&gt;</w:t>
        <w:br/>
        <w:t>А зимну ніч, безсилу від тремтінь,&lt;br /&gt;</w:t>
        <w:br/>
        <w:t>Бере в обійми полум’яний ранок.</w:t>
      </w:r>
    </w:p>
    <w:p>
      <w:r>
        <w:br/>
        <w:t>Залізну силу, що не має меж,&lt;br /&gt;</w:t>
        <w:br/>
        <w:t>Дихання Боже в сльози перетопить&lt;br /&gt;</w:t>
        <w:br/>
        <w:t>І скрутить бич безжалісних пожеж&lt;br /&gt;</w:t>
        <w:br/>
        <w:t>З маленьких іскор, схованих у попіл.</w:t>
      </w:r>
    </w:p>
    <w:p>
      <w:r>
        <w:br/>
        <w:t>Так кроки — нами зв’язані навік&lt;br /&gt;</w:t>
        <w:br/>
        <w:t>У Божих меж — назавжди розминулись.&lt;br /&gt;</w:t>
        <w:br/>
        <w:t>Без теплих слів, без дрогнення повік&lt;br /&gt;</w:t>
        <w:br/>
        <w:t>Ми попрощались десь на розі вулиць.</w:t>
      </w:r>
    </w:p>
    <w:p>
      <w:r>
        <w:br/>
        <w:t>Але, буває, крізь вогонь межі&lt;br /&gt;</w:t>
        <w:br/>
        <w:t>Минулі дні вертаються, як спогад.&lt;br /&gt;</w:t>
        <w:br/>
        <w:t>Ми завтра знов не будемо чужі,&lt;br /&gt;</w:t>
        <w:br/>
        <w:t>Це світлий дар приймаючи від Бога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1933 — 1939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