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куди американське?</w:t>
      </w:r>
    </w:p>
    <w:p>
      <w:r>
        <w:br/>
        <w:t xml:space="preserve"> &lt;p&gt;Уповноважений уряду США по маршаллізації держав Західної Європи якось побачив чи в Бенілюксі, чи в Англії, чи у Франції, чи в Італії, — а може, в кожній із цих маршаллізованих країн, — звичайну курку.</w:t>
      </w:r>
    </w:p>
    <w:p>
      <w:r>
        <w:br/>
        <w:t>— Курка? — здивувався він.</w:t>
      </w:r>
    </w:p>
    <w:p>
      <w:r>
        <w:br/>
        <w:t>— Так, пане уповноважений, курка!</w:t>
      </w:r>
    </w:p>
    <w:p>
      <w:r>
        <w:br/>
        <w:t>— А навіщо тут курка? — запитав уповноважений.</w:t>
      </w:r>
    </w:p>
    <w:p>
      <w:r>
        <w:br/>
        <w:t>— Курка, пане уповноважений, вона несеться… І той… дає яйця, которі можна для яєчні, можна й так — або ріденькі, або круті, або в мішечок, — перебиваючи один одного, пояснювали уповноваженому Еттлі, Бідо, де Гаспері та інші прем'єри…</w:t>
      </w:r>
    </w:p>
    <w:p>
      <w:r>
        <w:br/>
        <w:t>— А яєчний порошок куди? Куди, я питаю, яєчний порошок?! Американський?!! — строго подивився на прем'єрів уповноважений. — Ви забули, що ми вам допомагаємо на ноги стати, а ви курей ще не забули? Пора вже вам зрозуміти, що курей нема, і яєць нема, а єсть яєчний порошок! Американський яєчний порошок!</w:t>
      </w:r>
    </w:p>
    <w:p>
      <w:r>
        <w:br/>
        <w:t>По зоопарках у маршаллізованих країнах діткам показують двух чудесних птахів у клітці — півня й курку.</w:t>
      </w:r>
    </w:p>
    <w:p>
      <w:r>
        <w:br/>
        <w:t>— Оце, дітоньки, ті пташки, що несли колись такі собі біленькі, кругленькі яєчка! Із яєчок знову вилуплювалися пташенятка-курчатка, жовтенькі та пухнатенькі, і ми їх кликали отак:</w:t>
      </w:r>
    </w:p>
    <w:p>
      <w:r>
        <w:br/>
        <w:t>— Ціп-ціп-ціп!</w:t>
      </w:r>
    </w:p>
    <w:p>
      <w:r>
        <w:br/>
        <w:t>— А тепер, дітоньки, яєчка замінив яєчний порошок…</w:t>
      </w:r>
    </w:p>
    <w:p>
      <w:r>
        <w:br/>
        <w:t>— А хто яєчним порошком несеться? — запитує кучерява дівчинка.</w:t>
      </w:r>
    </w:p>
    <w:p>
      <w:r>
        <w:br/>
        <w:t>— Виростеш, доню, сама тоді взнаєш! — озираючись на всі боки, відповів екскурсовод.</w:t>
      </w:r>
    </w:p>
    <w:p>
      <w:r>
        <w:br/>
        <w:t>* * *</w:t>
      </w:r>
    </w:p>
    <w:p>
      <w:r>
        <w:br/>
        <w:t>Та й побачив уповноважений в маршаллізованих країнах корову…</w:t>
      </w:r>
    </w:p>
    <w:p>
      <w:r>
        <w:br/>
        <w:t>— Корова?</w:t>
      </w:r>
    </w:p>
    <w:p>
      <w:r>
        <w:br/>
        <w:t>— Так, пане уповноважений, корова! Вона, пане уповноважений, молоко дає!</w:t>
      </w:r>
    </w:p>
    <w:p>
      <w:r>
        <w:br/>
        <w:t>— А сухе молоко куди? Американське сухе молоко куди, я вас питаю?!</w:t>
      </w:r>
    </w:p>
    <w:p>
      <w:r>
        <w:br/>
        <w:t>А в зоопарках дітям показують:</w:t>
      </w:r>
    </w:p>
    <w:p>
      <w:r>
        <w:br/>
        <w:t>— Оце, дітоньки, корова! Вона молоко давала! Доїли її і мали молоко, масло, сир, сметану…</w:t>
      </w:r>
    </w:p>
    <w:p>
      <w:r>
        <w:br/>
        <w:t>— І телятка були?</w:t>
      </w:r>
    </w:p>
    <w:p>
      <w:r>
        <w:br/>
        <w:t>— І телятка були! А тепер, дітоньки, сухе молоко в нас! Сухе, сухе!</w:t>
      </w:r>
    </w:p>
    <w:p>
      <w:r>
        <w:br/>
        <w:t>— А хто сухим молоком доїться? — запитала кучерява дівчинка.</w:t>
      </w:r>
    </w:p>
    <w:p>
      <w:r>
        <w:br/>
        <w:t>Екскурсовод тільки подивився на всі боки і потихесеньку кинув:</w:t>
      </w:r>
    </w:p>
    <w:p>
      <w:r>
        <w:br/>
        <w:t>— Нас доять!</w:t>
      </w:r>
    </w:p>
    <w:p>
      <w:r>
        <w:br/>
        <w:t>* * *</w:t>
      </w:r>
    </w:p>
    <w:p>
      <w:r>
        <w:br/>
        <w:t>Та й побачив уповноважений в маршаллізованих країнах свиню.</w:t>
      </w:r>
    </w:p>
    <w:p>
      <w:r>
        <w:br/>
        <w:t>— Свиня?</w:t>
      </w:r>
    </w:p>
    <w:p>
      <w:r>
        <w:br/>
        <w:t>— Так, пане уповноважений, свиня!</w:t>
      </w:r>
    </w:p>
    <w:p>
      <w:r>
        <w:br/>
        <w:t>— А свинячу тушонку куди! Американську свинячу тушонку?! Куди, я вас питаю?</w:t>
      </w:r>
    </w:p>
    <w:p>
      <w:r>
        <w:br/>
        <w:t>Та й сидить тепер симпатична тварина — свиня в зоопарку, і милуються з неї діти, запитуючи:</w:t>
      </w:r>
    </w:p>
    <w:p>
      <w:r>
        <w:br/>
        <w:t>— Як зветься?</w:t>
      </w:r>
    </w:p>
    <w:p>
      <w:r>
        <w:br/>
        <w:t>— Свинею зветься! Дуже рідкісна тварина. Була сильно в наших країнах поширена до епохи свинячої американської тушонки. А тепер тільки в зоопарках.</w:t>
      </w:r>
    </w:p>
    <w:p>
      <w:r>
        <w:br/>
        <w:t>* * *</w:t>
      </w:r>
    </w:p>
    <w:p>
      <w:r>
        <w:br/>
        <w:t>Ще не так давно по маршаллізованих країнах Західної Європи й Азії були фабрики, були заводи…</w:t>
      </w:r>
    </w:p>
    <w:p>
      <w:r>
        <w:br/>
        <w:t>— Фабрики?! Заводи?! — здивувався уповноважений по маршаллізації.</w:t>
      </w:r>
    </w:p>
    <w:p>
      <w:r>
        <w:br/>
        <w:t>— Так, пане уповноважений!</w:t>
      </w:r>
    </w:p>
    <w:p>
      <w:r>
        <w:br/>
        <w:t>— А продукцію американських заводів куди? — суворо запитав уповноважений. — Отут буде ДОТ, отут буде ДЗОТ!</w:t>
      </w:r>
    </w:p>
    <w:p>
      <w:r>
        <w:br/>
        <w:t>— А робітників куди?</w:t>
      </w:r>
    </w:p>
    <w:p>
      <w:r>
        <w:br/>
        <w:t>— Як куди?! А воювати хто буде? Ви гадаєте, що американці за вас воюватимуть?! І сухе молоко давай, і яєчний порошок давай, і тушонку давай, і танки з гарматами, і кулемети, і міномети та автомати давай, та ще й воюй!? Ми маршаллізуємо, а воюватимете ви! Он як!</w:t>
      </w:r>
    </w:p>
    <w:p>
      <w:r>
        <w:br/>
        <w:t>* * *</w:t>
      </w:r>
    </w:p>
    <w:p>
      <w:r>
        <w:br/>
        <w:t>Повним ходом іде маршаллізація країн, що потрапили в маршалловку.</w:t>
      </w:r>
    </w:p>
    <w:p>
      <w:r>
        <w:br/>
        <w:t>Дебатується зараз питання, чи будувати по маршаллізованих країнах спеціальні магазини та гостиниці для собак, як це робиться в Сполучених Штатах Америки?</w:t>
      </w:r>
    </w:p>
    <w:p>
      <w:r>
        <w:br/>
        <w:t>Трумен з Ачесоном обстоюють, щоб обов'язково будувати:</w:t>
      </w:r>
    </w:p>
    <w:p>
      <w:r>
        <w:br/>
        <w:t>— Це ж для собак, а не для людей! Для людей досить буде шанців та бліндажів! А собака — тварина благородна, нашого характеру тварина!</w:t>
      </w:r>
    </w:p>
    <w:p>
      <w:r>
        <w:br/>
        <w:t>Незабаром по столицях маршаллізованих країн височітимуть фешенебельні собачі готелі й магазини…</w:t>
      </w:r>
    </w:p>
    <w:p>
      <w:r>
        <w:br/>
        <w:t>Це буде — вінець маршаллізації…</w:t>
      </w:r>
    </w:p>
    <w:p>
      <w:r>
        <w:br/>
        <w:t>· · ·</w:t>
      </w:r>
    </w:p>
    <w:p>
      <w:r>
        <w:br/>
        <w:t>Мудрі люди кажуть:</w:t>
      </w:r>
    </w:p>
    <w:p>
      <w:r>
        <w:br/>
        <w:t>— Де вінець, там і кінець!</w:t>
      </w:r>
    </w:p>
    <w:p>
      <w:r>
        <w:br/>
        <w:t>Вісімсот мільйонів людей — прихильників миру, прогресу й демократії.</w:t>
      </w:r>
    </w:p>
    <w:p>
      <w:r>
        <w:br/>
        <w:t>Вони покладуть край маршаллізаціям та собачим двірцям! І панським!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куди американське?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