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от лисицю — візьмемо</w:t>
      </w:r>
    </w:p>
    <w:p>
      <w:r>
        <w:br/>
        <w:t xml:space="preserve"> &lt;p&gt;Мати сказала:</w:t>
      </w:r>
    </w:p>
    <w:p>
      <w:r>
        <w:br/>
        <w:t>— Не забудьмо фікус. Він стоїть біля паркану уже третій день. Я його поставила під дощ...</w:t>
      </w:r>
    </w:p>
    <w:p>
      <w:r>
        <w:br/>
        <w:t>Батько поніс на машину картини в жовтих рамах, а коли повернувся, то відповів:</w:t>
      </w:r>
    </w:p>
    <w:p>
      <w:r>
        <w:br/>
        <w:t>— Нічого не станеться з твоїм фікусом, коли й забудемо. Звичайно, він не хотів забувати його навмисне — це знала мама, це знав він сам, це знав Ігорьок,— батько стомлено, трохи ліниво жартував, але мама однаково йому заперечила:</w:t>
      </w:r>
    </w:p>
    <w:p>
      <w:r>
        <w:br/>
        <w:t>— Не вигадуй. У новій квартирі він нам знадобиться.</w:t>
      </w:r>
    </w:p>
    <w:p>
      <w:r>
        <w:br/>
        <w:t>Проте батько вигадував далі:</w:t>
      </w:r>
    </w:p>
    <w:p>
      <w:r>
        <w:br/>
        <w:t>— Нехай залишається біля паркану. Йтимуть дощі, і він розростеться. Стане великим і густим. Перетвориться на хащі. Ти уявляєш, Ігорьок, які виростуть хащі біля нашої старої квартири? Аж переїжджати не хочеться, бо кортить подивитись на них.</w:t>
      </w:r>
    </w:p>
    <w:p>
      <w:r>
        <w:br/>
        <w:t>Ігорьок засміявся. Він уявив, як той зачучверілий вазон, що цілісіньку зиму простояв у кутку кімнати, нітрохи не піднявшись угору, розростеться в усі боки, стане густим-прегустим, листатим, зеленим. Там поселяться пташки, співатимуть. А коли буде зима — він не зів'яне, не померзне, а тільки вкриється білим снігом. І так стоятиме...</w:t>
      </w:r>
    </w:p>
    <w:p>
      <w:r>
        <w:br/>
        <w:t>— Нехай залишається,— сказав Ігорьок.</w:t>
      </w:r>
    </w:p>
    <w:p>
      <w:r>
        <w:br/>
        <w:t>— І ти туди ж! — здивувалася мати.</w:t>
      </w:r>
    </w:p>
    <w:p>
      <w:r>
        <w:br/>
        <w:t>— Авжеж,— обізвався батько.</w:t>
      </w:r>
    </w:p>
    <w:p>
      <w:r>
        <w:br/>
        <w:t>— Горенько мені з вами,— сумно зітхнула мати.— Тоді хоч стару каструлю не забудьмо взяти. Вона лежить у сараї, біля вугілля.</w:t>
      </w:r>
    </w:p>
    <w:p>
      <w:r>
        <w:br/>
        <w:t>— А навіщо? — запитав батько.</w:t>
      </w:r>
    </w:p>
    <w:p>
      <w:r>
        <w:br/>
        <w:t>— Як навіщо? — У матері біля очей зібралися тонесенькі зморшки і ніяк не хотіли розгладжуватись. Вони то застигали, то зрідка тремтіли.— На господарстві все здасться.</w:t>
      </w:r>
    </w:p>
    <w:p>
      <w:r>
        <w:br/>
        <w:t>— Невже? — не вгавав батько. Ігорьок добре бачив, що він лише кепкує з матері. Тільки мати вже тепер не хотіла розуміти його кепкування.— Адже ми купили нову. А стара лежить собі. І не викинули її лише тому, що ти так захотіла.</w:t>
      </w:r>
    </w:p>
    <w:p>
      <w:r>
        <w:br/>
        <w:t>— Авжеж, я захотіла. І ми тепер заберемо. То фікус кидаємо, то каструлю. З нас сміятимуться люди.</w:t>
      </w:r>
    </w:p>
    <w:p>
      <w:r>
        <w:br/>
        <w:t>— І нехай сміються.</w:t>
      </w:r>
    </w:p>
    <w:p>
      <w:r>
        <w:br/>
        <w:t>— І нехай сміються?</w:t>
      </w:r>
    </w:p>
    <w:p>
      <w:r>
        <w:br/>
        <w:t>— Угу.</w:t>
      </w:r>
    </w:p>
    <w:p>
      <w:r>
        <w:br/>
        <w:t>Вона сплеснула в розпачі руками. Це її дратувало. В котрий раз вона відмовлялася розуміти свого чоловіка, який вражав її своїми дивацтвами. Вона вже йому не раз про це казала.</w:t>
      </w:r>
    </w:p>
    <w:p>
      <w:r>
        <w:br/>
        <w:t>Розгнівавшись, мовчки носила на машину посуд, чашки, ложки, виделки.</w:t>
      </w:r>
    </w:p>
    <w:p>
      <w:r>
        <w:br/>
        <w:t>— А от лисицю візьмемо,— сказав раптом батько.</w:t>
      </w:r>
    </w:p>
    <w:p>
      <w:r>
        <w:br/>
        <w:t>Мати не відповіла. Вона все носила свої миски та полумиски. Вже котрий раз поверталася знадвору, як надумала запитати:</w:t>
      </w:r>
    </w:p>
    <w:p>
      <w:r>
        <w:br/>
        <w:t>— Яку лисицю?</w:t>
      </w:r>
    </w:p>
    <w:p>
      <w:r>
        <w:br/>
        <w:t>— Ну, нашу...</w:t>
      </w:r>
    </w:p>
    <w:p>
      <w:r>
        <w:br/>
        <w:t>Мати знову подалась до машини, а коли повернулась, то сказала:</w:t>
      </w:r>
    </w:p>
    <w:p>
      <w:r>
        <w:br/>
        <w:t>— Хоч убий, не пам'ятаю, про яку лисицю ти кажеш!..</w:t>
      </w:r>
    </w:p>
    <w:p>
      <w:r>
        <w:br/>
        <w:t>— А ти пригадай.</w:t>
      </w:r>
    </w:p>
    <w:p>
      <w:r>
        <w:br/>
        <w:t>— Не мороч голову. І так її клопоти об'їдають.</w:t>
      </w:r>
    </w:p>
    <w:p>
      <w:r>
        <w:br/>
        <w:t>— Ту лисицю, що я подарував тобі. Давно. Коли ти студенткою була. На Новий рік. Тоді вона тобі дуже подобалась.</w:t>
      </w:r>
    </w:p>
    <w:p>
      <w:r>
        <w:br/>
        <w:t>— Оту лисицю? — У матері посвітлішало лице. Тепер вона пригадала, про яку лисицю йдеться.</w:t>
      </w:r>
    </w:p>
    <w:p>
      <w:r>
        <w:br/>
        <w:t>— Авжеж.</w:t>
      </w:r>
    </w:p>
    <w:p>
      <w:r>
        <w:br/>
        <w:t>— Де ж вона?</w:t>
      </w:r>
    </w:p>
    <w:p>
      <w:r>
        <w:br/>
        <w:t>— Ти не знаєш, де вона лежить?</w:t>
      </w:r>
    </w:p>
    <w:p>
      <w:r>
        <w:br/>
        <w:t>— Ні. Я вже давно її не бачила. У мене багато клопоту. Адже по господарству не тобі доводиться крутитись, а мені... А тут ще каструлю навмисне забуваємо...</w:t>
      </w:r>
    </w:p>
    <w:p>
      <w:r>
        <w:br/>
        <w:t>Обізвався Ігорьок:</w:t>
      </w:r>
    </w:p>
    <w:p>
      <w:r>
        <w:br/>
        <w:t>— А я знаю, де лисиця.</w:t>
      </w:r>
    </w:p>
    <w:p>
      <w:r>
        <w:br/>
        <w:t>— Де ж вона? — запитала мати.</w:t>
      </w:r>
    </w:p>
    <w:p>
      <w:r>
        <w:br/>
        <w:t>— Вона в лісі.</w:t>
      </w:r>
    </w:p>
    <w:p>
      <w:r>
        <w:br/>
        <w:t>— Таке скажеш,— махнула мати рукою.— Дитина думає про якусь казку.</w:t>
      </w:r>
    </w:p>
    <w:p>
      <w:r>
        <w:br/>
        <w:t>— Ні, в лісі,— заперечив Ігорьок.</w:t>
      </w:r>
    </w:p>
    <w:p>
      <w:r>
        <w:br/>
        <w:t>— Чому в лісі? — запитала мати.</w:t>
      </w:r>
    </w:p>
    <w:p>
      <w:r>
        <w:br/>
        <w:t>— Бо я її пустив до лісу. У нас за хатою, де бузкові кущі. Близько біля фікуса.</w:t>
      </w:r>
    </w:p>
    <w:p>
      <w:r>
        <w:br/>
        <w:t>— Он що! — усміхнувся батько. Він поклав собі на плечі лозову етажерку і пішов до машини. А коли повернувся, то сказав: — Фікус розростеться, і лисиця ховатиметься в його заростях.</w:t>
      </w:r>
    </w:p>
    <w:p>
      <w:r>
        <w:br/>
        <w:t>— Таке! — сказала мати.— Дитина ще справді тобі повірить.</w:t>
      </w:r>
    </w:p>
    <w:p>
      <w:r>
        <w:br/>
        <w:t>— Нехай вірить. Це її справа.</w:t>
      </w:r>
    </w:p>
    <w:p>
      <w:r>
        <w:br/>
        <w:t>— Ну, от. З тобою побалакаєш.</w:t>
      </w:r>
    </w:p>
    <w:p>
      <w:r>
        <w:br/>
        <w:t>Зайшов червонястий, пузатий шофер. У зубах він тримав цигарку.</w:t>
      </w:r>
    </w:p>
    <w:p>
      <w:r>
        <w:br/>
        <w:t>— Може, допомогти? А то ви самі й самі.</w:t>
      </w:r>
    </w:p>
    <w:p>
      <w:r>
        <w:br/>
        <w:t>— Не треба,— сказав батько. Він чомусь не хотів, щоб йому допомагали.</w:t>
      </w:r>
    </w:p>
    <w:p>
      <w:r>
        <w:br/>
        <w:t>— Ну, дивіться,— промимрив шофер, потупцявся і якось швидко подався назад.</w:t>
      </w:r>
    </w:p>
    <w:p>
      <w:r>
        <w:br/>
        <w:t>— Хай би поміг,— пошепки сказала мати.— Ось ліжко винести треба.</w:t>
      </w:r>
    </w:p>
    <w:p>
      <w:r>
        <w:br/>
        <w:t>— Я. сам.</w:t>
      </w:r>
    </w:p>
    <w:p>
      <w:r>
        <w:br/>
        <w:t>— Вічно ти все сам робиш! І все вирішуєш сам. Ніби я не можу нічого вирішити.</w:t>
      </w:r>
    </w:p>
    <w:p>
      <w:r>
        <w:br/>
        <w:t>Батько гмукнув. Мати також гмукнула. Вони подались до машини. А коли повернулись, то мати насмішкувато сказала:</w:t>
      </w:r>
    </w:p>
    <w:p>
      <w:r>
        <w:br/>
        <w:t>— Вудки та гачки ти не забувся, звичайно, взяти?</w:t>
      </w:r>
    </w:p>
    <w:p>
      <w:r>
        <w:br/>
        <w:t>— Ні.</w:t>
      </w:r>
    </w:p>
    <w:p>
      <w:r>
        <w:br/>
        <w:t>— І старий бриль, який вже соромно надівати?</w:t>
      </w:r>
    </w:p>
    <w:p>
      <w:r>
        <w:br/>
        <w:t>— Авжеж. У ньому мені щастить. Завжди добрий кльов, коли я в старому брилі.</w:t>
      </w:r>
    </w:p>
    <w:p>
      <w:r>
        <w:br/>
        <w:t>Мати засміялася. І сказала:</w:t>
      </w:r>
    </w:p>
    <w:p>
      <w:r>
        <w:br/>
        <w:t>— Чому ж ти ніякої риби не приносиш додому?</w:t>
      </w:r>
    </w:p>
    <w:p>
      <w:r>
        <w:br/>
        <w:t>— Ігорьок,— звернувся батько до сина.— Невже ми не приносимо додому риби?</w:t>
      </w:r>
    </w:p>
    <w:p>
      <w:r>
        <w:br/>
        <w:t>Ігорьок подумав і сказав:</w:t>
      </w:r>
    </w:p>
    <w:p>
      <w:r>
        <w:br/>
        <w:t>— Приносимо. Одного разу принесли великого коропа.</w:t>
      </w:r>
    </w:p>
    <w:p>
      <w:r>
        <w:br/>
        <w:t>— А ще? — кепкувала мати.</w:t>
      </w:r>
    </w:p>
    <w:p>
      <w:r>
        <w:br/>
        <w:t>— А другого разу малого коропа.</w:t>
      </w:r>
    </w:p>
    <w:p>
      <w:r>
        <w:br/>
        <w:t>— Ну...</w:t>
      </w:r>
    </w:p>
    <w:p>
      <w:r>
        <w:br/>
        <w:t>— Потім двох окунів... І більше нічого.— Ігорьок подумав, щоб не забутися бодай ще про якусь пійману рибину, але, здається, пригадав усе, і тому повторив: — І більше нічого.</w:t>
      </w:r>
    </w:p>
    <w:p>
      <w:r>
        <w:br/>
        <w:t>Мати іронічно гмукнула, а батько нічого не сказав.</w:t>
      </w:r>
    </w:p>
    <w:p>
      <w:r>
        <w:br/>
        <w:t>Знову зайшов шофер:</w:t>
      </w:r>
    </w:p>
    <w:p>
      <w:r>
        <w:br/>
        <w:t>— Мабуть, досить вантажити,— сказав він.— Решту заберемо за другим разом.</w:t>
      </w:r>
    </w:p>
    <w:p>
      <w:r>
        <w:br/>
        <w:t>Батько взяв на оберемок Ігорька, вони вийшли з непривітної квартири, і мати замкнула двері. Радо сказала:</w:t>
      </w:r>
    </w:p>
    <w:p>
      <w:r>
        <w:br/>
        <w:t>— На нову поїдемо! На нову!</w:t>
      </w:r>
    </w:p>
    <w:p>
      <w:r>
        <w:br/>
        <w:t>Батько не дуже весело обізвався:</w:t>
      </w:r>
    </w:p>
    <w:p>
      <w:r>
        <w:br/>
        <w:t>— А знаєш, чомусь не хочеться.</w:t>
      </w:r>
    </w:p>
    <w:p>
      <w:r>
        <w:br/>
        <w:t>— Що? — не второпала мати.</w:t>
      </w:r>
    </w:p>
    <w:p>
      <w:r>
        <w:br/>
        <w:t>— Переїжджати. Сумно залишати стару квартиру.</w:t>
      </w:r>
    </w:p>
    <w:p>
      <w:r>
        <w:br/>
        <w:t>— Таке скажеш! — дивувалася мати.— Адже тут тільки одна кімнатка. Ти, напевне, хочеш навмисне мене дратувати.</w:t>
      </w:r>
    </w:p>
    <w:p>
      <w:r>
        <w:br/>
        <w:t>— Ні, я серйозно.</w:t>
      </w:r>
    </w:p>
    <w:p>
      <w:r>
        <w:br/>
        <w:t>Мати сіла в кабіну до шофера, а батько з Ігорьком у кузов.</w:t>
      </w:r>
    </w:p>
    <w:p>
      <w:r>
        <w:br/>
        <w:t>— Поїхали! — гукнув батько.</w:t>
      </w:r>
    </w:p>
    <w:p>
      <w:r>
        <w:br/>
        <w:t>Машина рушила. Ігорьок був гордий, що їде не в кабіні, а зверху, серед меблів.</w:t>
      </w:r>
    </w:p>
    <w:p>
      <w:r>
        <w:br/>
        <w:t>— Правда ж, добре? — запитав батько, який усе розумів.</w:t>
      </w:r>
    </w:p>
    <w:p>
      <w:r>
        <w:br/>
        <w:t>— Угу,— сказав Ігорьок.</w:t>
      </w:r>
    </w:p>
    <w:p>
      <w:r>
        <w:br/>
        <w:t>— Ми не проти, щоб мати їхала в кабіні, еге ж?</w:t>
      </w:r>
    </w:p>
    <w:p>
      <w:r>
        <w:br/>
        <w:t>— Угу!</w:t>
      </w:r>
    </w:p>
    <w:p>
      <w:r>
        <w:br/>
        <w:t>І раптом Ігорьок схопився з місця.</w:t>
      </w:r>
    </w:p>
    <w:p>
      <w:r>
        <w:br/>
        <w:t>— Тату, а ми забули лисицю! — злякано сказав він.</w:t>
      </w:r>
    </w:p>
    <w:p>
      <w:r>
        <w:br/>
        <w:t>— Ай справді,— сказав батько.— І постукав кулаком у кабіну. Машина зупинилася. З кабіни висунулась мати.</w:t>
      </w:r>
    </w:p>
    <w:p>
      <w:r>
        <w:br/>
        <w:t>— Що скоїлося? — запитала вона.— Невже щось розбили?</w:t>
      </w:r>
    </w:p>
    <w:p>
      <w:r>
        <w:br/>
        <w:t>— Ні,— відповів батько.— Ми забули лисицю.</w:t>
      </w:r>
    </w:p>
    <w:p>
      <w:r>
        <w:br/>
        <w:t>— Яку лисицю?</w:t>
      </w:r>
    </w:p>
    <w:p>
      <w:r>
        <w:br/>
        <w:t>— Нашу. Оту, яку я подарував тобі, коли ти була зовсім молода.</w:t>
      </w:r>
    </w:p>
    <w:p>
      <w:r>
        <w:br/>
        <w:t>— І для цього треба зупиняти машину? Ми заберемо її іншим разом.</w:t>
      </w:r>
    </w:p>
    <w:p>
      <w:r>
        <w:br/>
        <w:t>— Іншим разом? — не то в себе, не то в Ігорька запитав батько.</w:t>
      </w:r>
    </w:p>
    <w:p>
      <w:r>
        <w:br/>
        <w:t>— Ні, тепер,— сказав Ігорьок.</w:t>
      </w:r>
    </w:p>
    <w:p>
      <w:r>
        <w:br/>
        <w:t>Батько скочив на землю і побіг назад. А син дивився, як він швидко, не оглядаючись, біжить.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от лисицю — візьмемо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