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Альпухара</w:t>
      </w:r>
    </w:p>
    <w:p>
      <w:r>
        <w:br/>
        <w:t xml:space="preserve"> Балада з поеми "Конрад Валленрод"</w:t>
      </w:r>
    </w:p>
    <w:p>
      <w:r>
        <w:br/>
        <w:t>Селища маврів у тьмі, у руїні,&lt;br /&gt;</w:t>
        <w:br/>
        <w:t>Гине їх люд в безпораді;&lt;br /&gt;</w:t>
        <w:br/>
        <w:t>Борються досі гренадські твердині,&lt;br /&gt;</w:t>
        <w:br/>
        <w:t>Але чума у Гренаді.&lt;br /&gt;</w:t>
        <w:br/>
        <w:t>Лиш в Альпухарі, залігши у шанці&lt;br /&gt;</w:t>
        <w:br/>
        <w:t>Б'ється загін Альманзора, —&lt;br /&gt;</w:t>
        <w:br/>
        <w:t>То обложили хоробрих іспанці,&lt;br /&gt;</w:t>
        <w:br/>
        <w:t>Жде їх чи смерть, чи покора.&lt;br /&gt;</w:t>
        <w:br/>
        <w:t>Вдосвіта сурми до бою заграли,&lt;br /&gt;</w:t>
        <w:br/>
        <w:t>Битва гримить на світанні,&lt;br /&gt;</w:t>
        <w:br/>
        <w:t>На мінаретах хрести заблищали, —&lt;br /&gt;</w:t>
        <w:br/>
        <w:t>Взято фортецю останню.&lt;br /&gt;</w:t>
        <w:br/>
        <w:t>Сам Альманзор, як побачив, що сили&lt;br /&gt;</w:t>
        <w:br/>
        <w:t>Більше нема в обороні,&lt;br /&gt;</w:t>
        <w:br/>
        <w:t>Сміло прорвавшись крізь ворога стріли,&lt;br /&gt;</w:t>
        <w:br/>
        <w:t>Втік од страшної погоні.&lt;br /&gt;</w:t>
        <w:br/>
        <w:t>Бенкет між трупів почався в іспанців&lt;br /&gt;</w:t>
        <w:br/>
        <w:t>На альпухарських руїнах.&lt;br /&gt;</w:t>
        <w:br/>
        <w:t>Здобич паюють, поділюють бранців,&lt;br /&gt;</w:t>
        <w:br/>
        <w:t>П'ють, утопаючи в винах.&lt;br /&gt;</w:t>
        <w:br/>
        <w:t>Раптом надвірна сторожа доносить:&lt;br /&gt;</w:t>
        <w:br/>
        <w:t>Рицар, що ймення не знати,&lt;br /&gt;</w:t>
        <w:br/>
        <w:t>З панством найстаршим побачення просить,&lt;br /&gt;</w:t>
        <w:br/>
        <w:t>Пильне щось має сказати.&lt;br /&gt;</w:t>
        <w:br/>
        <w:t>То Альманзор був, король мусульманський.&lt;br /&gt;</w:t>
        <w:br/>
        <w:t>Кинувши сховок безпечний,&lt;br /&gt;</w:t>
        <w:br/>
        <w:t>Сам оддається він в руки іспанські,&lt;br /&gt;</w:t>
        <w:br/>
        <w:t>Раб їх і друг їх сердечний.&lt;br /&gt;</w:t>
        <w:br/>
        <w:t>"Я до іспанського, — каже, — порогу&lt;br /&gt;</w:t>
        <w:br/>
        <w:t>Став із уклоном глибоким,&lt;br /&gt;</w:t>
        <w:br/>
        <w:t>Вашому буду молитися богу,&lt;br /&gt;</w:t>
        <w:br/>
        <w:t>Вірити вашим пророкам.&lt;br /&gt;</w:t>
        <w:br/>
        <w:t>Хочу, щоб слава по світу настала, "&lt;br /&gt;</w:t>
        <w:br/>
        <w:t>Як мавританець побитий&lt;br /&gt;</w:t>
        <w:br/>
        <w:t>Став переможцям своїм за васала,&lt;br /&gt;</w:t>
        <w:br/>
        <w:t>Братом молодшим служити".&lt;br /&gt;</w:t>
        <w:br/>
        <w:t>Шану іспанці до сміливих мають.&lt;br /&gt;</w:t>
        <w:br/>
        <w:t>Як Альманзора впізнали —&lt;br /&gt;</w:t>
        <w:br/>
        <w:t>Вождь обійняв його, інші вітають,&lt;br /&gt;</w:t>
        <w:br/>
        <w:t>Друга немовби стрічали.&lt;br /&gt;</w:t>
        <w:br/>
        <w:t>Всіх Альманзор по черзі обіймає,&lt;br /&gt;</w:t>
        <w:br/>
        <w:t>Руки стискаючи ґречно,&lt;br /&gt;</w:t>
        <w:br/>
        <w:t>Та найміцніше вождя пригортає,&lt;br /&gt;</w:t>
        <w:br/>
        <w:t>В губи цілує сердечно.&lt;br /&gt;</w:t>
        <w:br/>
        <w:t>Раптом ослаб він, на камінь підлоги&lt;br /&gt;</w:t>
        <w:br/>
        <w:t>Впав, побліднілий з нестями,&lt;br /&gt;</w:t>
        <w:br/>
        <w:t>Але чалму переможцю під ноги&lt;br /&gt;</w:t>
        <w:br/>
        <w:t>Кволими стеле руками.&lt;br /&gt;</w:t>
        <w:br/>
        <w:t>Глянув навкруг — всі дивуються дивом;&lt;br /&gt;</w:t>
        <w:br/>
        <w:t>Синню взялись йому лиця.&lt;br /&gt;</w:t>
        <w:br/>
        <w:t>Сміхом уста зазміїлись жахливим,&lt;br /&gt;</w:t>
        <w:br/>
        <w:t>Сповнились кров'ю зіниці.&lt;br /&gt;</w:t>
        <w:br/>
        <w:t>"Гляньте, гяури, я гордий і радий,&lt;br /&gt;</w:t>
        <w:br/>
        <w:t>Що відплатив вам одразу.&lt;br /&gt;</w:t>
        <w:br/>
        <w:t>Я одурив вас: прийшов я з Гренади,&lt;br /&gt;</w:t>
        <w:br/>
        <w:t>В дар вам принісши заразу.</w:t>
      </w:r>
    </w:p>
    <w:p>
      <w:r>
        <w:br/>
        <w:t>Так! Поцілунком своїм вам у душу&lt;br /&gt;</w:t>
        <w:br/>
        <w:t>Смертної влив я отрути.&lt;br /&gt;</w:t>
        <w:br/>
        <w:t>Гляньте — у муках конати я мушу, —&lt;br /&gt;</w:t>
        <w:br/>
        <w:t>Вам таких мук не минути!"</w:t>
      </w:r>
    </w:p>
    <w:p>
      <w:r>
        <w:br/>
        <w:t>Руки вперед простягає завзятий,&lt;br /&gt;</w:t>
        <w:br/>
        <w:t>Мовби стисканням смертельним&lt;br /&gt;</w:t>
        <w:br/>
        <w:t>Хоче іспанців усіх закувати,&lt;br /&gt;</w:t>
        <w:br/>
        <w:t>Сміхом сміється пекельним.&lt;br /&gt;</w:t>
        <w:br/>
        <w:t>Вмер, сміючись. Ще тремтіли повіки&lt;br /&gt;</w:t>
        <w:br/>
        <w:t>Темних очей зледенілих.&lt;br /&gt;</w:t>
        <w:br/>
        <w:t>Сміх той страшний залишився навіки&lt;br /&gt;</w:t>
        <w:br/>
        <w:t>В рисах його помертвілих.&lt;br /&gt;</w:t>
        <w:br/>
        <w:t>Прудко іспанці біжать, мов од кари!&lt;br /&gt;</w:t>
        <w:br/>
        <w:t>Вслід їм — чума чорнокрила.&lt;br /&gt;</w:t>
        <w:br/>
        <w:t>Жоден не вийшов із гір Альпухари,&lt;br /&gt;</w:t>
        <w:br/>
        <w:t>Всіх моровиця скосила.</w:t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Альпухара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