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Авель та Каїн</w:t>
      </w:r>
    </w:p>
    <w:p>
      <w:r>
        <w:br/>
        <w:t xml:space="preserve"> І&lt;br /&gt;</w:t>
        <w:br/>
        <w:t>Авеля плем'я бог не забуде —&lt;br /&gt;</w:t>
        <w:br/>
        <w:t>Мирно їдять вони, п'ють і сплять.</w:t>
      </w:r>
    </w:p>
    <w:p>
      <w:r>
        <w:br/>
        <w:t>Каїна племені з вічного бруду&lt;br /&gt;</w:t>
        <w:br/>
        <w:t>Виповзти важко — там і здихать.</w:t>
      </w:r>
    </w:p>
    <w:p>
      <w:r>
        <w:br/>
        <w:t>Авеля плем'я. Жертву щоденну&lt;br /&gt;</w:t>
        <w:br/>
        <w:t>Ангел возносить Богу до рук!</w:t>
      </w:r>
    </w:p>
    <w:p>
      <w:r>
        <w:br/>
        <w:t>Каїна плем'я, діти нужденні,&lt;br /&gt;</w:t>
        <w:br/>
        <w:t>Скоро кінець ваших лих і мук.</w:t>
      </w:r>
    </w:p>
    <w:p>
      <w:r>
        <w:br/>
        <w:t>Авеля плем'я, ваші посіви,&lt;br /&gt;</w:t>
        <w:br/>
        <w:t>Ваша скотина — буйні, гладкі.</w:t>
      </w:r>
    </w:p>
    <w:p>
      <w:r>
        <w:br/>
        <w:t>Каїна плем'я, псюги паршиві&lt;br /&gt;</w:t>
        <w:br/>
        <w:t>Вашим же шлункам навіки близькі.</w:t>
      </w:r>
    </w:p>
    <w:p>
      <w:r>
        <w:br/>
        <w:t>Авеля племені гріє утроби&lt;br /&gt;</w:t>
        <w:br/>
        <w:t>Юшка домашня, ніжна, мов кал;</w:t>
      </w:r>
    </w:p>
    <w:p>
      <w:r>
        <w:br/>
        <w:t>Каїна плем'я, в ваших трущобах&lt;br /&gt;</w:t>
        <w:br/>
        <w:t>З голоду здох би навіть шакал.</w:t>
      </w:r>
    </w:p>
    <w:p>
      <w:r>
        <w:br/>
        <w:t>Авеля плем'я, в тихій любові&lt;br /&gt;</w:t>
        <w:br/>
        <w:t>Множтеся — ваші багатства ростуть!</w:t>
      </w:r>
    </w:p>
    <w:p>
      <w:r>
        <w:br/>
        <w:t>Каїна плем'я, серце без крові,&lt;br /&gt;</w:t>
        <w:br/>
        <w:t>Присуд господній ти не забудь!</w:t>
      </w:r>
    </w:p>
    <w:p>
      <w:r>
        <w:br/>
        <w:t>Авеля плем'я, їжте, мов трутні,&lt;br /&gt;</w:t>
        <w:br/>
        <w:t>Множтеся, мов блощиці лісні!</w:t>
      </w:r>
    </w:p>
    <w:p>
      <w:r>
        <w:br/>
        <w:t>Каїна плем'я, ваше майбутнє —&lt;br /&gt;</w:t>
        <w:br/>
        <w:t>Кров'ю запльовані чорні дні.</w:t>
      </w:r>
    </w:p>
    <w:p>
      <w:r>
        <w:br/>
        <w:t>II&lt;br /&gt;</w:t>
        <w:br/>
        <w:t>Авеля плем'я, падло із жиру,&lt;br /&gt;</w:t>
        <w:br/>
        <w:t>Здохнеш — землю угноїш хоч раз!</w:t>
      </w:r>
    </w:p>
    <w:p>
      <w:r>
        <w:br/>
        <w:t>Каїна плем'я, вам не до миру —&lt;br /&gt;</w:t>
        <w:br/>
        <w:t>Ваша робота жде ще на вас.</w:t>
      </w:r>
    </w:p>
    <w:p>
      <w:r>
        <w:br/>
        <w:t>Авеля плем'я, кайся, молися —&lt;br /&gt;</w:t>
        <w:br/>
        <w:t>Скоро загине неправди тінь!</w:t>
      </w:r>
    </w:p>
    <w:p>
      <w:r>
        <w:br/>
        <w:t>Каїна плем'я, в рай заберися,&lt;br /&gt;</w:t>
        <w:br/>
        <w:t>I злого Бога на землю скинь!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Авель та Каїн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