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я страждав, повір...</w:t>
      </w:r>
    </w:p>
    <w:p>
      <w:r>
        <w:br/>
        <w:t xml:space="preserve"> Багато я страждав, повір...&lt;br /&gt;</w:t>
        <w:br/>
        <w:t>Тепер, зацькований, мов звір,&lt;br /&gt;</w:t>
        <w:br/>
        <w:t>У різні боки я мечуся:&lt;br /&gt;</w:t>
        <w:br/>
        <w:t>Нема рятунку, хоч умри,&lt;br /&gt;</w:t>
        <w:br/>
        <w:t>Ніде ні схрону, ні нори,&lt;br /&gt;</w:t>
        <w:br/>
        <w:t>Я від хортів не відкручуся.</w:t>
      </w:r>
    </w:p>
    <w:p>
      <w:r>
        <w:br/>
        <w:t>Ненависть, Зависть і Нужда —&lt;br /&gt;</w:t>
        <w:br/>
        <w:t>Всі добрі гончі! Мов орда&lt;br /&gt;</w:t>
        <w:br/>
        <w:t>На мене суне... Це триває&lt;br /&gt;</w:t>
        <w:br/>
        <w:t>Не день, не місяць і не рік.&lt;br /&gt;</w:t>
        <w:br/>
        <w:t>На згубу хтось мене прирік —&lt;br /&gt;</w:t>
        <w:br/>
        <w:t>П'ю горе, лихом запиваю.</w:t>
      </w:r>
    </w:p>
    <w:p>
      <w:r>
        <w:br/>
        <w:t>Що вип'ю, знов наллють ущерть,&lt;br /&gt;</w:t>
        <w:br/>
        <w:t>I вже мені Хортиця-Смерть,&lt;br /&gt;</w:t>
        <w:br/>
        <w:t>Кусюща, злюща, мов чортиця,&lt;br /&gt;</w:t>
        <w:br/>
        <w:t>На груди лапою стає,&lt;br /&gt;</w:t>
        <w:br/>
        <w:t>I кров із серця хтиво п'є,&lt;br /&gt;</w:t>
        <w:br/>
        <w:t>Й ніяк не може насититься.</w:t>
      </w:r>
    </w:p>
    <w:p>
      <w:r>
        <w:br/>
        <w:t>Ледь волочусь, вмирущий, я&lt;br /&gt;</w:t>
        <w:br/>
        <w:t>По пущі, ген до ручая,&lt;br /&gt;</w:t>
        <w:br/>
        <w:t>Лісні кривавлячи стежинки...&lt;br /&gt;</w:t>
        <w:br/>
        <w:t>Миліш од вас, брати Вовки,&lt;br /&gt;</w:t>
        <w:br/>
        <w:t>Роздертим бути на шматки,&lt;br /&gt;</w:t>
        <w:br/>
        <w:t>Ніж гинуть од сестри — од жінки.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я страждав, повір...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