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моїх ночей</w:t>
      </w:r>
    </w:p>
    <w:p>
      <w:r>
        <w:br/>
        <w:t xml:space="preserve"> Коли земля в холодну ніч загилена</w:t>
      </w:r>
    </w:p>
    <w:p>
      <w:r>
        <w:br/>
        <w:t>і вітер в зорях тягне горяка,—</w:t>
      </w:r>
    </w:p>
    <w:p>
      <w:r>
        <w:br/>
        <w:t>у полі, між козацькими могилами,</w:t>
      </w:r>
    </w:p>
    <w:p>
      <w:r>
        <w:br/>
        <w:t>мій Дон Кіхот шукає вітряка.</w:t>
      </w:r>
    </w:p>
    <w:p>
      <w:r>
        <w:br/>
        <w:t>А той вітряк давно вхопили вхопини.</w:t>
      </w:r>
    </w:p>
    <w:p>
      <w:r>
        <w:br/>
        <w:t>Пірнає в хмару місяць-дармовис.</w:t>
      </w:r>
    </w:p>
    <w:p>
      <w:r>
        <w:br/>
        <w:t>І ніч глуха, і поле перекопане,</w:t>
      </w:r>
    </w:p>
    <w:p>
      <w:r>
        <w:br/>
        <w:t>і в порожнечу поціляє спис.</w:t>
      </w:r>
    </w:p>
    <w:p>
      <w:r>
        <w:br/>
        <w:t>А все довкола мертве, зачакловане,</w:t>
      </w:r>
    </w:p>
    <w:p>
      <w:r>
        <w:br/>
        <w:t>і злий чаклун глузує поблизу.</w:t>
      </w:r>
    </w:p>
    <w:p>
      <w:r>
        <w:br/>
        <w:t>Мої думки печальні, наче клоуни,</w:t>
      </w:r>
    </w:p>
    <w:p>
      <w:r>
        <w:br/>
        <w:t>що, сміючись, розмазують сльозу.</w:t>
      </w:r>
    </w:p>
    <w:p>
      <w:r>
        <w:br/>
        <w:t>Куди ведеш мене, моя гордине?</w:t>
      </w:r>
    </w:p>
    <w:p>
      <w:r>
        <w:br/>
        <w:t>В яких вершин позаторішній сніг?</w:t>
      </w:r>
    </w:p>
    <w:p>
      <w:r>
        <w:br/>
        <w:t>Ти суньголов. Ти скрізь напропадиме.</w:t>
      </w:r>
    </w:p>
    <w:p>
      <w:r>
        <w:br/>
        <w:t>Чи ти вже зовсім розуму одбіг?! —</w:t>
      </w:r>
    </w:p>
    <w:p>
      <w:r>
        <w:br/>
        <w:t>Мій Дон Кіхоте, лицарю, чого-бо ти</w:t>
      </w:r>
    </w:p>
    <w:p>
      <w:r>
        <w:br/>
        <w:t>бредеш один по цій гіркій стезі?</w:t>
      </w:r>
    </w:p>
    <w:p>
      <w:r>
        <w:br/>
        <w:t>Утюпкавсь кінь, і каші просять чоботи,</w:t>
      </w:r>
    </w:p>
    <w:p>
      <w:r>
        <w:br/>
        <w:t>і вже вина немає в бордюзі.</w:t>
      </w:r>
    </w:p>
    <w:p>
      <w:r>
        <w:br/>
        <w:t>Ти, Дон Кіхоте, може, біснуватий?</w:t>
      </w:r>
    </w:p>
    <w:p>
      <w:r>
        <w:br/>
        <w:t>Що в тебе є? Печаль і далина.</w:t>
      </w:r>
    </w:p>
    <w:p>
      <w:r>
        <w:br/>
        <w:t>Тобі не досить — просто існувати?</w:t>
      </w:r>
    </w:p>
    <w:p>
      <w:r>
        <w:br/>
        <w:t>Ти хочеш побороти чаклуна?!</w:t>
      </w:r>
    </w:p>
    <w:p>
      <w:r>
        <w:br/>
        <w:t>Он смерть твоя лулукає совою.</w:t>
      </w:r>
    </w:p>
    <w:p>
      <w:r>
        <w:br/>
        <w:t>Розвісять сміх над пущами сичі.</w:t>
      </w:r>
    </w:p>
    <w:p>
      <w:r>
        <w:br/>
        <w:t>А чи коли доточить хто собою</w:t>
      </w:r>
    </w:p>
    <w:p>
      <w:r>
        <w:br/>
        <w:t>твої незрячі подвиги вночі?</w:t>
      </w:r>
    </w:p>
    <w:p>
      <w:r>
        <w:br/>
        <w:t>А ноги довгі, ноги, не котурни.</w:t>
      </w:r>
    </w:p>
    <w:p>
      <w:r>
        <w:br/>
        <w:t>Б'ють по литках терни і бур'яни.</w:t>
      </w:r>
    </w:p>
    <w:p>
      <w:r>
        <w:br/>
        <w:t>Стугнить земля. Ідуть великі юрми.</w:t>
      </w:r>
    </w:p>
    <w:p>
      <w:r>
        <w:br/>
        <w:t>Ти думав — люди, глянув — барани!</w:t>
      </w:r>
    </w:p>
    <w:p>
      <w:r>
        <w:br/>
        <w:t>Ти їм на поміч, лицар-недотепа.</w:t>
      </w:r>
    </w:p>
    <w:p>
      <w:r>
        <w:br/>
        <w:t>Ти їх рятуєш, а вони у крик.</w:t>
      </w:r>
    </w:p>
    <w:p>
      <w:r>
        <w:br/>
        <w:t>Ех, Дон Кіхоте, їм же не до тебе.</w:t>
      </w:r>
    </w:p>
    <w:p>
      <w:r>
        <w:br/>
        <w:t>Не заважай іти їм на шашлик.</w:t>
      </w:r>
    </w:p>
    <w:p>
      <w:r>
        <w:br/>
        <w:t>Гудуть стовпи гавайською гітарою.</w:t>
      </w:r>
    </w:p>
    <w:p>
      <w:r>
        <w:br/>
        <w:t>Двобій душі й рогатого рагу...</w:t>
      </w:r>
    </w:p>
    <w:p>
      <w:r>
        <w:br/>
        <w:t>Ох, лицарю, не зв'язуйся з отарою —</w:t>
      </w:r>
    </w:p>
    <w:p>
      <w:r>
        <w:br/>
        <w:t>вона тебе затопче в пилюгу!</w:t>
      </w:r>
    </w:p>
    <w:p>
      <w:r>
        <w:br/>
        <w:t>Не встигнеш людям передати й досвіду.</w:t>
      </w:r>
    </w:p>
    <w:p>
      <w:r>
        <w:br/>
        <w:t>Лиш блискавки напишуть від руки,</w:t>
      </w:r>
    </w:p>
    <w:p>
      <w:r>
        <w:br/>
        <w:t>як ти загинув, Дон Кіхоте, вдосвіта,</w:t>
      </w:r>
    </w:p>
    <w:p>
      <w:r>
        <w:br/>
        <w:t>шукаючи грукучі вітряки.</w:t>
      </w:r>
    </w:p>
    <w:p>
      <w:r>
        <w:br/>
        <w:t>Замгліє степ козацькими могилами.</w:t>
      </w:r>
    </w:p>
    <w:p>
      <w:r>
        <w:br/>
        <w:t>Минає час, єдиний секундант.</w:t>
      </w:r>
    </w:p>
    <w:p>
      <w:r>
        <w:br/>
        <w:t>Стоїть вітряк з опущеними крилами.</w:t>
      </w:r>
    </w:p>
    <w:p>
      <w:r>
        <w:br/>
        <w:t>Стриножений пасеться Росінант...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моїх ночей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