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гени</w:t>
      </w:r>
    </w:p>
    <w:p>
      <w:r>
        <w:br/>
        <w:t xml:space="preserve"> &lt;blockquote&gt;Ген карих очей домінує&lt;br /&gt;</w:t>
        <w:br/>
        <w:t>над геном блакитних.&lt;br /&gt;</w:t>
        <w:br/>
        <w:t>&lt;/blockquote&gt;</w:t>
      </w:r>
    </w:p>
    <w:p>
      <w:r>
        <w:br/>
        <w:t>Я підіймаю вогонь на руках,&lt;br /&gt;</w:t>
        <w:br/>
        <w:t>Рудоволосу мою завію,&lt;br /&gt;</w:t>
        <w:br/>
        <w:t>Коса її пишна, лоскітно-гірка,&lt;br /&gt;</w:t>
        <w:br/>
        <w:t>Карість очей завіює.&lt;br /&gt;</w:t>
        <w:br/>
        <w:t>Я в заметілі шалу стою,&lt;br /&gt;</w:t>
        <w:br/>
        <w:t>Всотаний в сіті всоте.&lt;br /&gt;</w:t>
        <w:br/>
        <w:t>Питаю губами згубу свою:&lt;br /&gt;</w:t>
        <w:br/>
        <w:t>"Згубонько, звідки ти, хто ти?"&lt;br /&gt;</w:t>
        <w:br/>
        <w:t>Питаю її, карооку й руду,&lt;br /&gt;</w:t>
        <w:br/>
        <w:t>Модернову красуню достоту,&lt;br /&gt;</w:t>
        <w:br/>
        <w:t>Антикварне доскіпуюсь на біду:&lt;br /&gt;</w:t>
        <w:br/>
        <w:t>"Зрадонько, звідки ти, хто ти?"&lt;br /&gt;</w:t>
        <w:br/>
        <w:t>Катую питанням губи її —&lt;br /&gt;</w:t>
        <w:br/>
        <w:t>Губи пекуче стоять навпроти,&lt;br /&gt;</w:t>
        <w:br/>
        <w:t>Раюю в любові серед руїн,&lt;br /&gt;</w:t>
        <w:br/>
        <w:t>Питаю на доторк, на дотик.&lt;br /&gt;</w:t>
        <w:br/>
        <w:t>"Біологине, богине, твій код,&lt;br /&gt;</w:t>
        <w:br/>
        <w:t>Хромосомні твої турботи..."&lt;br /&gt;</w:t>
        <w:br/>
        <w:t>Та мовчить твій солоний рот,&lt;br /&gt;</w:t>
        <w:br/>
        <w:t>Твій гарячий скептичний ротик:&lt;br /&gt;</w:t>
        <w:br/>
        <w:t>"Смертонько, хто ти?"&lt;br /&gt;</w:t>
        <w:br/>
        <w:t>Тільки дим над бровою&lt;br /&gt;</w:t>
        <w:br/>
        <w:t>З рудого завою...</w:t>
      </w:r>
    </w:p>
    <w:p>
      <w:r>
        <w:br/>
        <w:t>II</w:t>
      </w:r>
    </w:p>
    <w:p>
      <w:r>
        <w:br/>
        <w:t>Хто я? Ти питаєш, хто я?&lt;br /&gt;</w:t>
        <w:br/>
        <w:t>Німці з Тетієва на Бугаївку відступали, мама пішла за посльодом до польової комори, набрала півклумака, зайшло троє, потім ще четверо, мати бігала по зерні, послід набирався в чоботи, вона їх скинула — і босоніж, її в закуті зловили, заголили і зачали там мене на посльоді, в польовій коморі за коловоротом, в тій, що покрита церковною бляхою. Всі семеро були рудоволосі, а мама — чорнушка кароока, всі так стужилися за запахом жіночого любовного поту — оті семеро моїх татусів з баварським ластовинням на виду, а мама — чорнушка кароока: обніми мене, рідний, вицілуй з мене пам'ять мою. Мати траву материнку пила, щоб мене скинути, тяжкі тлумаки носила, та живіт тільки круглішав — я скажена була і вперта, хотіла діждатися свого батька, чи то вітчима. І приїхав він, однорукий, з війни, з Бреслау, бив чобітьми в живіт свою гулящу курву — я в маминому лоні лікотками затулялась. Хто я, ти питаєш, хто я?&lt;br /&gt;</w:t>
        <w:br/>
        <w:t>Одійшов мій вітчим Гордій,&lt;br /&gt;</w:t>
        <w:br/>
        <w:t>Охолов трохи, витер піт,&lt;br /&gt;</w:t>
        <w:br/>
        <w:t>Взяв на віз мою матір тоді —&lt;br /&gt;</w:t>
        <w:br/>
        <w:t>Мала я появитись на світ.&lt;br /&gt;</w:t>
        <w:br/>
        <w:t>Хльоснув віжками сірих кляч,&lt;br /&gt;</w:t>
        <w:br/>
        <w:t>Вйокнув хижо з туги грудей&lt;br /&gt;</w:t>
        <w:br/>
        <w:t>І рвонув, хоч ти сядь та плач,&lt;br /&gt;</w:t>
        <w:br/>
        <w:t>У лікарню крізь осуд людей.</w:t>
      </w:r>
    </w:p>
    <w:p>
      <w:r>
        <w:br/>
        <w:t>Хто я? Ти допитуєшся, хто я? В нас такі бакаї на дорогах, такі вибоїни, ніякі подушки мамі не помогли — вона ось-ось вже розродиться, так батько гнав коней до містечка — хоч би кушарку, хоч би бабу-повитуху, та тільки стерні кружалом ходили мамі перед очима. Ось вже і залізнична колія, батько ошалів — поставив воза на шпалах перед поїздом і пужалном спиняв його — так мама розповідає. Вона і досі не певна, чи батько думав про те, що сталося потім, чи просто хотів покінчити з усім своїм собачим горем одним чоловічим махом, обніми мене, рідний, випий з мене пам'ять мою й не мою.&lt;br /&gt;</w:t>
        <w:br/>
        <w:t>Поїзд став. Матюкавсь машиніст.&lt;br /&gt;</w:t>
        <w:br/>
        <w:t>Йшли в портупеях — гравій скрипів.&lt;br /&gt;</w:t>
        <w:br/>
        <w:t>Батько на возі на повен зріст:&lt;br /&gt;</w:t>
        <w:br/>
        <w:t>"Баба родить", — до них захрипів.&lt;br /&gt;</w:t>
        <w:br/>
        <w:t>Сипонули з вагонів шквалом бійці&lt;br /&gt;</w:t>
        <w:br/>
        <w:t>В бинтах, без бинтів, чуби й голомозі,&lt;br /&gt;</w:t>
        <w:br/>
        <w:t>У кожного лють горить в кулаці,&lt;br /&gt;</w:t>
        <w:br/>
        <w:t>Таж боєць однорукий стоїть на возі.&lt;br /&gt;</w:t>
        <w:br/>
        <w:t>"Баба родить", — плаче й кричить,&lt;br /&gt;</w:t>
        <w:br/>
        <w:t>Пужалном сиву сльозу знімає.&lt;br /&gt;</w:t>
        <w:br/>
        <w:t>Демобілізований натовп мовчить,&lt;br /&gt;</w:t>
        <w:br/>
        <w:t>Баба на возі у муках мається.&lt;br /&gt;</w:t>
        <w:br/>
        <w:t>Прорвало нарешті — лікар вже тут.&lt;br /&gt;</w:t>
        <w:br/>
        <w:t>Біжать санітари — білі халати.&lt;br /&gt;</w:t>
        <w:br/>
        <w:t>Найзвичайнісінька з мирних скрут —&lt;br /&gt;</w:t>
        <w:br/>
        <w:t>Регочуть і плачуть мирні солдати.&lt;br /&gt;</w:t>
        <w:br/>
        <w:t>"Баба родить", — поїзд увесь&lt;br /&gt;</w:t>
        <w:br/>
        <w:t>Захлинається притьмом пригодою.&lt;br /&gt;</w:t>
        <w:br/>
        <w:t>І хрумкають коні мирний овес&lt;br /&gt;</w:t>
        <w:br/>
        <w:t>З лагідною погордою.</w:t>
      </w:r>
    </w:p>
    <w:p>
      <w:r>
        <w:br/>
        <w:t>Хто я? Ти допитуєшся, хто я?&lt;br /&gt;</w:t>
        <w:br/>
        <w:t>І коли я з'явилась на світ, батька Гордія фронтовики кидали вгору і знову ловили в руки, підкидали і ловили, вітали, а він і ридав, і кусався, і сміявся з розпуки, а мати блаженна була і насторожена, а коні рвонули од рику паровоза, і коли зник отой поїзд за обрієм і помахав мені білою хустиною, — я вже отоді в сповиточку добре знала, що отой поїзд — це мій хрещений батько. А вітчим Гордій, то купував мені блакитні кісники, то бив мене п'яними кулаками, аж поки я не втекла голісінька в технікум. Хто я? Ти питаєш, хто я? Не питай — обніми мене...</w:t>
      </w:r>
    </w:p>
    <w:p>
      <w:r>
        <w:br/>
        <w:t>III</w:t>
      </w:r>
    </w:p>
    <w:p>
      <w:r>
        <w:br/>
        <w:t>І коли ти заснеш на руці,&lt;br /&gt;</w:t>
        <w:br/>
        <w:t>Я здригаюсь з твого лебедіння:&lt;br /&gt;</w:t>
        <w:br/>
        <w:t>Лебедіє сльоза по щоці&lt;br /&gt;</w:t>
        <w:br/>
        <w:t>В чорен смуток свого коріння,&lt;br /&gt;</w:t>
        <w:br/>
        <w:t>Рудіє руда голова,&lt;br /&gt;</w:t>
        <w:br/>
        <w:t>Лебедіє чужі слова,&lt;br /&gt;</w:t>
        <w:br/>
        <w:t>Крізь закоханий теплий сміх&lt;br /&gt;</w:t>
        <w:br/>
        <w:t>Лебедіє заснулий гріх,&lt;br /&gt;</w:t>
        <w:br/>
        <w:t>Либонь, має на це права,&lt;br /&gt;</w:t>
        <w:br/>
        <w:t>Лебедіє свої слова:&lt;br /&gt;</w:t>
        <w:br/>
        <w:t>"Ich liebe dich! Ich liebe dich!"1&lt;br /&gt;</w:t>
        <w:br/>
        <w:t>Лебідонько...</w:t>
      </w:r>
    </w:p>
    <w:p>
      <w:r>
        <w:br/>
        <w:t>1) Я люблю тебе! Я люблю тебе! (Нім.)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гени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