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Кармалюка</w:t>
      </w:r>
    </w:p>
    <w:p>
      <w:r>
        <w:br/>
        <w:t xml:space="preserve"> Прив'язали, примоцювали,&lt;br /&gt;</w:t>
        <w:br/>
        <w:t>гей, мотуззям&lt;br /&gt;</w:t>
        <w:br/>
        <w:t>Устима, лицаря, гей, Кармалюка&lt;br /&gt;</w:t>
        <w:br/>
        <w:t>До кобили дубової, до позорища&lt;br /&gt;</w:t>
        <w:br/>
        <w:t>Три екзекутори та й четвертий кат.</w:t>
      </w:r>
    </w:p>
    <w:p>
      <w:r>
        <w:br/>
        <w:t>Як один екзекутор шкірив зуби іржаві,&lt;br /&gt;</w:t>
        <w:br/>
        <w:t>Як другий екзекутор&lt;br /&gt;</w:t>
        <w:br/>
        <w:t>дрижав у пропасниці,&lt;br /&gt;</w:t>
        <w:br/>
        <w:t>Як третій — штабс-лікар в пенсне —&lt;br /&gt;</w:t>
        <w:br/>
        <w:t>похукував,&lt;br /&gt;</w:t>
        <w:br/>
        <w:t>А кат походжав та бабам підморгував:</w:t>
      </w:r>
    </w:p>
    <w:p>
      <w:r>
        <w:br/>
        <w:t>"Молодиці та дівоньки,&lt;br /&gt;</w:t>
        <w:br/>
        <w:t>фартухи підставляйте,&lt;br /&gt;</w:t>
        <w:br/>
        <w:t>Фартухи підстеляйте&lt;br /&gt;</w:t>
        <w:br/>
        <w:t>під сльози лайдацькі,&lt;br /&gt;</w:t>
        <w:br/>
        <w:t>Пригорщі підставляйте та ще й відерця —&lt;br /&gt;</w:t>
        <w:br/>
        <w:t>Зараз дощ я висічу&lt;br /&gt;</w:t>
        <w:br/>
        <w:t>із очей та й розбійницьких".</w:t>
      </w:r>
    </w:p>
    <w:p>
      <w:r>
        <w:br/>
        <w:t>І зойкнув народ,&lt;br /&gt;</w:t>
        <w:br/>
        <w:t>і сахнулись солдатики,&lt;br /&gt;</w:t>
        <w:br/>
        <w:t>Як свиснув батіг блискавицею з громом,&lt;br /&gt;</w:t>
        <w:br/>
        <w:t>І тільки душилась косою чорною&lt;br /&gt;</w:t>
        <w:br/>
        <w:t>Якась кароока, мабуть, полюбовниця.</w:t>
      </w:r>
    </w:p>
    <w:p>
      <w:r>
        <w:br/>
        <w:t>І тільки втомився хреститися батюшка&lt;br /&gt;</w:t>
        <w:br/>
        <w:t>За сотим ударом, сто першим посвистом,&lt;br /&gt;</w:t>
        <w:br/>
        <w:t>І тілька рука у ката зомліла,&lt;br /&gt;</w:t>
        <w:br/>
        <w:t>І тільки сонце осліпло від поту,</w:t>
      </w:r>
    </w:p>
    <w:p>
      <w:r>
        <w:br/>
        <w:t>І тільки в маленького хлопчика русого,&lt;br /&gt;</w:t>
        <w:br/>
        <w:t>Гей, замурзаного,&lt;br /&gt;</w:t>
        <w:br/>
        <w:t>гей, засмальцьованого,&lt;br /&gt;</w:t>
        <w:br/>
        <w:t>Маленька сльоза собі по щоці,&lt;br /&gt;</w:t>
        <w:br/>
        <w:t>А він її стер кулачком та й порепаним.</w:t>
      </w:r>
    </w:p>
    <w:p>
      <w:r>
        <w:br/>
        <w:t>Встав Кармалюк. Намочив сорочку.&lt;br /&gt;</w:t>
        <w:br/>
        <w:t>Сплюнув. На вітрі повів плечима,&lt;br /&gt;</w:t>
        <w:br/>
        <w:t>Гей, на вітрі, на долішньому,&lt;br /&gt;</w:t>
        <w:br/>
        <w:t>на подільському,&lt;br /&gt;</w:t>
        <w:br/>
        <w:t>Гей, на вітрі,&lt;br /&gt;</w:t>
        <w:br/>
        <w:t>на кривавому та й вітрищі.</w:t>
      </w:r>
    </w:p>
    <w:p>
      <w:r>
        <w:br/>
        <w:t>Та й натяг Устим на плечі посічені&lt;br /&gt;</w:t>
        <w:br/>
        <w:t>Тюремну сорочку, в діжі намоклу,&lt;br /&gt;</w:t>
        <w:br/>
        <w:t>І величезна макова квітка кривава&lt;br /&gt;</w:t>
        <w:br/>
        <w:t>Зайнялась на плечах, гей, спалахнула.</w:t>
      </w:r>
    </w:p>
    <w:p>
      <w:r>
        <w:br/>
        <w:t>Та маленьке дитя, найменше, як маківка:&lt;br /&gt;</w:t>
        <w:br/>
        <w:t>"Мамо, я хочу такої льолі, — сказало. —&lt;br /&gt;</w:t>
        <w:br/>
        <w:t>Я хочу льолі червоної, мамо,&lt;br /&gt;</w:t>
        <w:br/>
        <w:t>та й льолі,&lt;br /&gt;</w:t>
        <w:br/>
        <w:t>Такої льолі, як в того дяді, ой, льолю!"</w:t>
      </w:r>
    </w:p>
    <w:p>
      <w:r>
        <w:br/>
        <w:t>І простягло рученята замурзані&lt;br /&gt;</w:t>
        <w:br/>
        <w:t>До побитого сонця, до сонечка,&lt;br /&gt;</w:t>
        <w:br/>
        <w:t>І рота солдатиків, гей, муштрованих,&lt;br /&gt;</w:t>
        <w:br/>
        <w:t>Дивилася на Сибір, на схід сонечка.</w:t>
      </w:r>
    </w:p>
    <w:p>
      <w:r>
        <w:br/>
        <w:t>І стер Кармалюк свою першу сльозу,&lt;br /&gt;</w:t>
        <w:br/>
        <w:t>Першу сльозу на сто першім ударі.&lt;br /&gt;</w:t>
        <w:br/>
        <w:t>І тільки замурзаний хлопчик кричав:&lt;br /&gt;</w:t>
        <w:br/>
        <w:t>"Мамо, я хочу льолю червону,&lt;br /&gt;</w:t>
        <w:br/>
        <w:t>ой мамо, хочу!"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Кармалюка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