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схід і захід</w:t>
      </w:r>
    </w:p>
    <w:p>
      <w:r>
        <w:br/>
        <w:t xml:space="preserve"> Редьярд КІПЛІНҐ (в перекладі Максима Стріхи)</w:t>
      </w:r>
    </w:p>
    <w:p>
      <w:r>
        <w:br/>
        <w:t>БАЛАДА ПРО СХІД І ЗАХІД*</w:t>
      </w:r>
    </w:p>
    <w:p>
      <w:r>
        <w:br/>
        <w:t>Захід є Захід, а Схід є Схід, і їм не зійтися вдвох,&lt;br /&gt;</w:t>
        <w:br/>
        <w:t>Допоки Землю і Небеса на Суд не покличе Бог;&lt;br /&gt;</w:t>
        <w:br/>
        <w:t>Та Сходу і Заходу вже нема, границь нема поготів,&lt;br /&gt;</w:t>
        <w:br/>
        <w:t>Як сильні стають лицем у лице, хоч вони із різних світів!</w:t>
      </w:r>
    </w:p>
    <w:p>
      <w:r>
        <w:br/>
        <w:t>Камаль з двадцятьма бійцями втік на заколотний кордон,&lt;br /&gt;</w:t>
        <w:br/>
        <w:t>І лошицю Полковника він погнав у далекий горяний схрон:&lt;br /&gt;</w:t>
        <w:br/>
        <w:t>Найкращу лошицю зі стайні вкрав, коли світать почало,&lt;br /&gt;</w:t>
        <w:br/>
        <w:t>Дзвінкі підкови в лахи запнув і скочив легко в сідло.&lt;br /&gt;</w:t>
        <w:br/>
        <w:t>І запитав Полковничий син, що водив дозірців загін:&lt;br /&gt;</w:t>
        <w:br/>
        <w:t>"Хто скаже мені, де Камаль тепер, де схованку має він?"&lt;br /&gt;</w:t>
        <w:br/>
        <w:t>Мохамед Хан, Резальдарів** син, йому відповів тоді:&lt;br /&gt;</w:t>
        <w:br/>
        <w:t>"Хто знає нічного туману шлях, той Камалеві знає путі.&lt;br /&gt;</w:t>
        <w:br/>
        <w:t>Як смеркне — проскаче він Абазай, Бонар на ранок промчить,&lt;br /&gt;</w:t>
        <w:br/>
        <w:t>Та путь одна — через Форт Букло йому до рідних угідь;&lt;br /&gt;</w:t>
        <w:br/>
        <w:t>Як поскачеш ти швидше на Форт Букло, аніж летітиме птах,—&lt;br /&gt;</w:t>
        <w:br/>
        <w:t>Поможе Бог, до провалля Джехай заступиш йому ти шлях.&lt;br /&gt;</w:t>
        <w:br/>
        <w:t>Коли ж його не догониш там, назад скоріше вертай,&lt;br /&gt;</w:t>
        <w:br/>
        <w:t>Бо скрізь чаїться Камалів люд за страшним проваллям Джехай.&lt;br /&gt;</w:t>
        <w:br/>
        <w:t>Там праворуч — скала, і ліворуч — скала, а між ними — ні деревця.&lt;br /&gt;</w:t>
        <w:br/>
        <w:t>Там ти почуєш, як клацне затвор, хоч ніде не видно стрільця".&lt;br /&gt;</w:t>
        <w:br/>
        <w:t>На коня скочив Полковничий син, був гарячий кінь вороний —&lt;br /&gt;</w:t>
        <w:br/>
        <w:t>Серце б’є, наче дзвін, шиї гордої згин як шибениця міцний.&lt;br /&gt;</w:t>
        <w:br/>
        <w:t>Мчить юнак на коні, ось вже форт вдалині, і там чекає обід,&lt;br /&gt;</w:t>
        <w:br/>
        <w:t>Але як злодія хочеш догнать, тоді баритись не слід.&lt;br /&gt;</w:t>
        <w:br/>
        <w:t>І знову вершник в погоню летить швидше пташиних зграй,&lt;br /&gt;</w:t>
        <w:br/>
        <w:t>Жене він коня, і вже здоганя втікачів під проваллям Джехай,&lt;br /&gt;</w:t>
        <w:br/>
        <w:t>Жене він коня, і вже здоганя лошицю й Камаля на ній,&lt;br /&gt;</w:t>
        <w:br/>
        <w:t>Курок пружний звів, лишень втікачів на постріл дістав вороний.&lt;br /&gt;</w:t>
        <w:br/>
        <w:t>Він вистрілив раз і вдруге ще, та кулі пішли убік.&lt;br /&gt;</w:t>
        <w:br/>
        <w:t>"Мов солдат стріляєш! — гукнув Камаль. — Покажи, як їздити звик!"&lt;br /&gt;</w:t>
        <w:br/>
        <w:t>У провалля Камаль повернув, і за ним син Полковника без вагань,&lt;br /&gt;</w:t>
        <w:br/>
        <w:t>Вороний, мов олень, вперед летів, та лошиця мчала, мов лань.&lt;br /&gt;</w:t>
        <w:br/>
        <w:t>Вороний вудила свої закусив — нелегкою була гора,&lt;br /&gt;</w:t>
        <w:br/>
        <w:t>А лошиця вуздечкою грала — так рукавичкою леді гра.&lt;br /&gt;</w:t>
        <w:br/>
        <w:t>Праворуч — скала, і ліворуч — скала, і між ними — ні деревця,&lt;br /&gt;</w:t>
        <w:br/>
        <w:t>І тричі клацнув рушниці затвор, і не видно було стрільця.&lt;br /&gt;</w:t>
        <w:br/>
        <w:t>Місяць прогнали з неба вони, б’є зорю вже стукіт копит,&lt;br /&gt;</w:t>
        <w:br/>
        <w:t>Вороний, мов зранений бик, біжить за ланню легкою вслід.&lt;br /&gt;</w:t>
        <w:br/>
        <w:t>Спіткнувсь вороний і в гірський потік упав на всьому скаку;&lt;br /&gt;</w:t>
        <w:br/>
        <w:t>Тоді Камаль повернув назад і звестись поміг юнаку.&lt;br /&gt;</w:t>
        <w:br/>
        <w:t>Він вибив з руки його пістолет — там буть не могло борні,&lt;br /&gt;</w:t>
        <w:br/>
        <w:t>"Надто довго життям,— промовив Камаль,— завдячуєш ти мені:&lt;br /&gt;</w:t>
        <w:br/>
        <w:t>На двадцять миль тут скелі нема, нема тут жодного пня,&lt;br /&gt;</w:t>
        <w:br/>
        <w:t>Де б мій стрілець не цілив тебе, не ждала б де западня.&lt;br /&gt;</w:t>
        <w:br/>
        <w:t>Якби я руку лишень підняв, як виїхав на бескет,&lt;br /&gt;</w:t>
        <w:br/>
        <w:t>Прудконогі шакали уже б давно збіглися на бенкет;&lt;br /&gt;</w:t>
        <w:br/>
        <w:t>Варто було б кивком голови подати умовний знак —&lt;br /&gt;</w:t>
        <w:br/>
        <w:t>І після учти не зміг би злетіть по горло ситий коршак!"&lt;br /&gt;</w:t>
        <w:br/>
        <w:t>Йому відповів Полковничий син: "Що ж, нагодуй звірину;&lt;br /&gt;</w:t>
        <w:br/>
        <w:t>Та перше розваж, яку сплатить муситимеш ціну.&lt;br /&gt;</w:t>
        <w:br/>
        <w:t>Як тисяча шабель прийде сюди, щоб забрати мої кістки,—&lt;br /&gt;</w:t>
        <w:br/>
        <w:t>Стільки за учту шакалів платить злодію не з руки!&lt;br /&gt;</w:t>
        <w:br/>
        <w:t>Коні потопчуть твої поля, солдати твій хліб з’їдять,&lt;br /&gt;</w:t>
        <w:br/>
        <w:t>Худобу заб’ють, хати розберуть на паливо для багать.&lt;br /&gt;</w:t>
        <w:br/>
        <w:t>Коли влаштує тебе ціна і голодні твої брати,—&lt;br /&gt;</w:t>
        <w:br/>
        <w:t>Шакали ж собакам кревна рідня, – то клич, пес, їх сюди!&lt;br /&gt;</w:t>
        <w:br/>
        <w:t>Але як ціна зависока тобі, скінчимо усе до ладу:&lt;br /&gt;</w:t>
        <w:br/>
        <w:t>Лошицю батькові поверни, дорогу я й сам знайду!"&lt;br /&gt;</w:t>
        <w:br/>
        <w:t>За руку схопив Камаль юнака, і погляд його горів:&lt;br /&gt;</w:t>
        <w:br/>
        <w:t>"Не слід нам згадувати собак. Вовк вовка тут перестрів!&lt;br /&gt;</w:t>
        <w:br/>
        <w:t>Лошиця твоя. І краще я жертиму стерво гниле,&lt;br /&gt;</w:t>
        <w:br/>
        <w:t>Ніж тому, хто сміявся смерті в лице, заподіяти зможу зле".&lt;br /&gt;</w:t>
        <w:br/>
        <w:t>Йому відповів Полковничий син: "Я мусив честь берегти.&lt;br /&gt;</w:t>
        <w:br/>
        <w:t>В дарунок від батька лошицю візьми — бо справжня людина ти!"&lt;br /&gt;</w:t>
        <w:br/>
        <w:t>Та лошиця підбігла до юнака і ластитись почала;&lt;br /&gt;</w:t>
        <w:br/>
        <w:t>"Нас двоє сильних,— сказав Камаль,— та вона до тебе пішла.&lt;br /&gt;</w:t>
        <w:br/>
        <w:t>Тож хай в дарунок від крадія тобі принесе вона&lt;br /&gt;</w:t>
        <w:br/>
        <w:t>Вуздечку коштовну, моє сідло, і срібні два стремена!"&lt;br /&gt;</w:t>
        <w:br/>
        <w:t>Тоді юнак пістолет подав йому рукояттю до рук:&lt;br /&gt;</w:t>
        <w:br/>
        <w:t>"У ворога ти відібрав один, а другий дарує друг!"&lt;br /&gt;</w:t>
        <w:br/>
        <w:t>Камаль промовив: "Дарунок твій лише за дарунок прийму.&lt;br /&gt;</w:t>
        <w:br/>
        <w:t>Твій батько сина до мене послав — я сина віддам йому!"&lt;br /&gt;</w:t>
        <w:br/>
        <w:t>Свиснув Камаль, і син його по схилу гори збіг вниз,—&lt;br /&gt;</w:t>
        <w:br/>
        <w:t>Як олень, легкий, міцний і стрункий, як готовий до бою спис.&lt;br /&gt;</w:t>
        <w:br/>
        <w:t>"Ось твій господар,— сказав Камаль,— він водить дозірців загін,&lt;br /&gt;</w:t>
        <w:br/>
        <w:t>Щитом йому стань, роби без вагань все те, що накаже він.&lt;br /&gt;</w:t>
        <w:br/>
        <w:t>Допоки я або смерть твоя не обірвуть цих пут назавжди,&lt;br /&gt;</w:t>
        <w:br/>
        <w:t>Всюди за ним крізь вогонь і дим оборонцем вірним іди.&lt;br /&gt;</w:t>
        <w:br/>
        <w:t>Хліб Королеви*** їстимеш ти, тож її борони закон,&lt;br /&gt;</w:t>
        <w:br/>
        <w:t>І, як треба, зруйнуй свого батька дім, щоб у спокої жив кордон.&lt;br /&gt;</w:t>
        <w:br/>
        <w:t>Кавалеристом відважним стань, тримайся твердо в сідлі,&lt;br /&gt;</w:t>
        <w:br/>
        <w:t>І Резальдаром зроблять тебе, а я, може, помру в петлі!"&lt;br /&gt;</w:t>
        <w:br/>
        <w:t>Очима зустрілися юнаки, і лжі не було в очах.&lt;br /&gt;</w:t>
        <w:br/>
        <w:t>І братню клятву вони дали на солі і кислих хлібах:&lt;br /&gt;</w:t>
        <w:br/>
        <w:t>І братню клятву вони дали, розрізавши дерну настил,&lt;br /&gt;</w:t>
        <w:br/>
        <w:t>На рукоятці та лезі ножа, і на імені Господа Сил.&lt;br /&gt;</w:t>
        <w:br/>
        <w:t>Камалів син осідлав коня, лошицю — Полковничий син,&lt;br /&gt;</w:t>
        <w:br/>
        <w:t>І двоє вернулись у Форт Букло, звідки поїхав один.&lt;br /&gt;</w:t>
        <w:br/>
        <w:t>Загін дозорців зустріли вони, і двадцять шабель в ту ж мить&lt;br /&gt;</w:t>
        <w:br/>
        <w:t>Зблиснули грізно, готові кров хлопця із гір пролить.&lt;br /&gt;</w:t>
        <w:br/>
        <w:t>"Не руште його! — Полковничий син гукнув своїм воякам,—&lt;br /&gt;</w:t>
        <w:br/>
        <w:t>Бо той, хто вчора ворогом був, сьогодні товариш нам!"</w:t>
      </w:r>
    </w:p>
    <w:p>
      <w:r>
        <w:br/>
        <w:t>Захід є Захід, а Схід є Схід, і їм не зійтися вдвох,&lt;br /&gt;</w:t>
        <w:br/>
        <w:t>Допоки Землю і Небеса на Суд не покличе Бог;&lt;br /&gt;</w:t>
        <w:br/>
        <w:t>Та Сходу і Заходу вже нема, границь нема поготів,&lt;br /&gt;</w:t>
        <w:br/>
        <w:t>Як сильні стають лицем у лице, хоч вони із різних світів!</w:t>
      </w:r>
    </w:p>
    <w:p>
      <w:r>
        <w:br/>
        <w:t>***</w:t>
      </w:r>
    </w:p>
    <w:p>
      <w:r>
        <w:br/>
        <w:t>* В основу балади покладено реальний випадок, що стався на північно-західному кордоні Британської Індії.&lt;br /&gt;</w:t>
        <w:br/>
        <w:t>** Резальдар — командир тубільного кавалерійського ескадрону.&lt;br /&gt;</w:t>
        <w:br/>
        <w:t>*** Королева — королева Вікторія, роки правління якої (1837-1901) були добою найвищої могутності Британії.</w:t>
      </w:r>
    </w:p>
    <w:p>
      <w:r>
        <w:br/>
        <w:t>THE BALLAD OF EAST AND WEST</w:t>
      </w:r>
    </w:p>
    <w:p>
      <w:r>
        <w:br/>
        <w:t>Oh, East is East and West is West, and never the twain shall meet,&lt;br /&gt;</w:t>
        <w:br/>
        <w:t>Till Earth and Sky stand presently at God’s great Judgement Seat;&lt;br /&gt;</w:t>
        <w:br/>
        <w:t>But there is neither East nor West, Border, nor Breed, nor Birth,&lt;br /&gt;</w:t>
        <w:br/>
        <w:t>When two strong men stand face to face, tho’ they come from the ends of the earth!</w:t>
      </w:r>
    </w:p>
    <w:p>
      <w:r>
        <w:br/>
        <w:t>Kamal is out with twenty men to raise the Border side,&lt;br /&gt;</w:t>
        <w:br/>
        <w:t>And he has lifted the Colonel’s mare that is the Colonel’s pride:&lt;br /&gt;</w:t>
        <w:br/>
        <w:t>He has lifted her out of the stable-door between the dawn and the day,&lt;br /&gt;</w:t>
        <w:br/>
        <w:t>And turned the calkins upon her feet, and ridden her far away.&lt;br /&gt;</w:t>
        <w:br/>
        <w:t>Then up and spoke the Colonel’s son that led a troop of the Guides:&lt;br /&gt;</w:t>
        <w:br/>
        <w:t>"Is there never a man of all my men can say where Kamal hides?"&lt;br /&gt;</w:t>
        <w:br/>
        <w:t>Then up and spoke Mahommed Khan, the son of the Ressaldar,&lt;br /&gt;</w:t>
        <w:br/>
        <w:t>"If ye know the track of the morning-mist, ye know where his pickets are.&lt;br /&gt;</w:t>
        <w:br/>
        <w:t>At dusk he harries the Abazai – at dawn he is into Borair,&lt;br /&gt;</w:t>
        <w:br/>
        <w:t>But he must go by Fort Bukloh to his own place to fare,&lt;br /&gt;</w:t>
        <w:br/>
        <w:t>So if ye gallop to Fort Bukloh as fast as a bird can fly,&lt;br /&gt;</w:t>
        <w:br/>
        <w:t>By the favour of God ye may cut him off ere he win to the Tonuge of Jagai,&lt;br /&gt;</w:t>
        <w:br/>
        <w:t>But if he be passed the Tongue of Jagai, right swiftly turn ye then,&lt;br /&gt;</w:t>
        <w:br/>
        <w:t>For the length and the breadth of that grisly plain is sown with Kamal’s men.&lt;br /&gt;</w:t>
        <w:br/>
        <w:t>There is rock to the left, and rock to the right, and low lean thorn between,&lt;br /&gt;</w:t>
        <w:br/>
        <w:t>And ye may hear a breech-bolt snick where never a man is seen."</w:t>
      </w:r>
    </w:p>
    <w:p>
      <w:r>
        <w:br/>
        <w:t>The Colonel’s son has taken a horse, and a raw rough dun was he,&lt;br /&gt;</w:t>
        <w:br/>
        <w:t>With the mouth of a bell and the heart of Hell, and the head of a gallows-tree.&lt;br /&gt;</w:t>
        <w:br/>
        <w:t>The Colonel’s son to the Fort has won, they bid him stay to eat –&lt;br /&gt;</w:t>
        <w:br/>
        <w:t>Who rides at the tail of a Border thief, he sits not long at his meat.&lt;br /&gt;</w:t>
        <w:br/>
        <w:t>He’s up and away from Fort Bukloh as fast as he can fly,&lt;br /&gt;</w:t>
        <w:br/>
        <w:t>Till he was aware of his father’s mare in the gut of the Tonue of Jagai,&lt;br /&gt;</w:t>
        <w:br/>
        <w:t>Till he was aware of his father’s mare with Kamal upon her back,&lt;br /&gt;</w:t>
        <w:br/>
        <w:t>And when he could spy the white of her eye, he made the pistol crack.&lt;br /&gt;</w:t>
        <w:br/>
        <w:t>He has fired once, he has fired twice, but the whistling ball went wide.&lt;br /&gt;</w:t>
        <w:br/>
        <w:t>"Ye shoot like a soldier," Kamal said. "Show now if ye can ride."&lt;br /&gt;</w:t>
        <w:br/>
        <w:t>It’s up and over the Tongue of Jagai, as blown dust-devils go,&lt;br /&gt;</w:t>
        <w:br/>
        <w:t>The dun he fled like a stag of ten, but the mare like a barren doe.&lt;br /&gt;</w:t>
        <w:br/>
        <w:t>The dun he leaned against the bit and slugged his head above,&lt;br /&gt;</w:t>
        <w:br/>
        <w:t>But the red mare played with the snaffle-bars, as a maiden plays with a glove.&lt;br /&gt;</w:t>
        <w:br/>
        <w:t>There was rock to the left and rock to the right, and low lean thorn between,&lt;br /&gt;</w:t>
        <w:br/>
        <w:t>And thrice he heard a breech-bolt snick tho’ never a man was seen.&lt;br /&gt;</w:t>
        <w:br/>
        <w:t>They have ridden the low moon out of the sky, their hoofs drum up the dawn,&lt;br /&gt;</w:t>
        <w:br/>
        <w:t>The dun he went like a wounded bull, but the mare like a new-roused fawn.&lt;br /&gt;</w:t>
        <w:br/>
        <w:t>The dun he fell at a water-course – in a woeful heap fell he,&lt;br /&gt;</w:t>
        <w:br/>
        <w:t>And Kamal has turned the red mare back, and pulled the rider free.&lt;br /&gt;</w:t>
        <w:br/>
        <w:t>He has knocked the pistol out of his hand – small room was there to strive,&lt;br /&gt;</w:t>
        <w:br/>
        <w:t>"’Twas only by favour of mine," quoth he, "ye rode so long alive:&lt;br /&gt;</w:t>
        <w:br/>
        <w:t>There was not a rock for twenty mile, there was not a clump of tree,&lt;br /&gt;</w:t>
        <w:br/>
        <w:t>But covered a man of my own men with his rifle cocked on his knee.&lt;br /&gt;</w:t>
        <w:br/>
        <w:t>If I had raised my bridle-hand, as I have held it low,&lt;br /&gt;</w:t>
        <w:br/>
        <w:t>The little jackals that flee so fast were feasting all in a row:&lt;br /&gt;</w:t>
        <w:br/>
        <w:t>If I had bowed my head on my breast, as I have held it high,&lt;br /&gt;</w:t>
        <w:br/>
        <w:t>The kite that whistles above us now were gorged till she could not fly."&lt;br /&gt;</w:t>
        <w:br/>
        <w:t>Lightly answered the Colonel’s son: – "'Do good to bird and beast,&lt;br /&gt;</w:t>
        <w:br/>
        <w:t>But count who come for the broken meats before thou makest a feast.&lt;br /&gt;</w:t>
        <w:br/>
        <w:t>If there should follow a thousand swords to carry my bones away,&lt;br /&gt;</w:t>
        <w:br/>
        <w:t>Belike the price of a jackal’s meal were more than a thief could pay.&lt;br /&gt;</w:t>
        <w:br/>
        <w:t>They will feed their horse on the standing crop, their men on the garnered grain,&lt;br /&gt;</w:t>
        <w:br/>
        <w:t>The thatch of the byres will serve their fires when all the cattle are slain.&lt;br /&gt;</w:t>
        <w:br/>
        <w:t>But if thou thinkest the price be fair, – thy brethren wait to sup,&lt;br /&gt;</w:t>
        <w:br/>
        <w:t>The hound is kin to the jackal-spawn, – howl, dog, and call them up!&lt;br /&gt;</w:t>
        <w:br/>
        <w:t>And if thou thinkest the price be high, in steer and gear and stack,&lt;br /&gt;</w:t>
        <w:br/>
        <w:t>Give me my father’s mare again, and I’ll fight my own way back!"&lt;br /&gt;</w:t>
        <w:br/>
        <w:t>Kamal has gripped him by the hand and set him upon his feet.&lt;br /&gt;</w:t>
        <w:br/>
        <w:t>"No talk shall be of dogs," said he, "when wolf and grey wolf meet.&lt;br /&gt;</w:t>
        <w:br/>
        <w:t>May I eat dirt if thou hast hurt of me in deed or breath;&lt;br /&gt;</w:t>
        <w:br/>
        <w:t>What dam of lances brought thee forth to jest at the dawn with Death?"&lt;br /&gt;</w:t>
        <w:br/>
        <w:t>Lightly answered the Colonel’s son: "I hold by the blood of my clan:&lt;br /&gt;</w:t>
        <w:br/>
        <w:t>Take up the mare for my father’s gift, – by God, she has carried a man.!"&lt;br /&gt;</w:t>
        <w:br/>
        <w:t>The red mare ran to the Colonel’s son, and nuzzled against his breast,&lt;br /&gt;</w:t>
        <w:br/>
        <w:t>"We be two strong men," said Kamal then, "but she loveth the younger best.&lt;br /&gt;</w:t>
        <w:br/>
        <w:t>So she shall go with a lifter’s dower, my turquoise-studded rein,&lt;br /&gt;</w:t>
        <w:br/>
        <w:t>My broidered saddle and saddle-cloth, and silver stirrups twain."</w:t>
      </w:r>
    </w:p>
    <w:p>
      <w:r>
        <w:br/>
        <w:t>The Colonel’s son a pistol drew and held it muzzle-end,&lt;br /&gt;</w:t>
        <w:br/>
        <w:t>"Ye have taken the one from a foe," said he; "will ye take the mate from a friend?"&lt;br /&gt;</w:t>
        <w:br/>
        <w:t>"A gift for a gift," said Kamal straight, "a limb for the risk of limb.&lt;br /&gt;</w:t>
        <w:br/>
        <w:t>Thy father has sent his son to me, I’ll send my son to him!"&lt;br /&gt;</w:t>
        <w:br/>
        <w:t>With that he whistled his only son, that dropped from a mountain-crest –&lt;br /&gt;</w:t>
        <w:br/>
        <w:t>He trod the ling like a buck in spring, and he looked like a lance at rest.&lt;br /&gt;</w:t>
        <w:br/>
        <w:t>"Now here is thy master," Kamal said, "who leads a troop of the Guides,&lt;br /&gt;</w:t>
        <w:br/>
        <w:t>And thou must ride at his left side as shield on the shoulder rides.&lt;br /&gt;</w:t>
        <w:br/>
        <w:t>Till Death or I cut loose the tie, at camp and board and bed,&lt;br /&gt;</w:t>
        <w:br/>
        <w:t>Thy life is his – thy fate it is to guard him with thy head.&lt;br /&gt;</w:t>
        <w:br/>
        <w:t>So thou must eat the White Queen’s meat, and all her foes are thine,&lt;br /&gt;</w:t>
        <w:br/>
        <w:t>And thou must harry thy father’s hold for the peace of the Border-line,&lt;br /&gt;</w:t>
        <w:br/>
        <w:t>And thou must make a trooper tough and hack thy way to power –&lt;br /&gt;</w:t>
        <w:br/>
        <w:t>Belike they will raise thee to Ressaldar when I am hanged in Peshawur."</w:t>
      </w:r>
    </w:p>
    <w:p>
      <w:r>
        <w:br/>
        <w:t>They have looked each other between the eyes, and there they found not fault,&lt;br /&gt;</w:t>
        <w:br/>
        <w:t>They have taken the Oath of the Brother-in-Blood on leavened bread and salt:&lt;br /&gt;</w:t>
        <w:br/>
        <w:t>They have taken the Oath of the Brother-in-Blood on fire and fresh-cut sod,&lt;br /&gt;</w:t>
        <w:br/>
        <w:t>On the hilt and the haft of the Khyber knife, and the Wondrous Names of God.&lt;br /&gt;</w:t>
        <w:br/>
        <w:t>The Colonel’s son he rides the mare and Kamal’s boy the dun,&lt;br /&gt;</w:t>
        <w:br/>
        <w:t>And two have come back to Fort Bukloh where there went forth but one.&lt;br /&gt;</w:t>
        <w:br/>
        <w:t>And when they drew to the Quarter-Guard, full twenty swords flew clear –&lt;br /&gt;</w:t>
        <w:br/>
        <w:t>There was not a man but carried his feud with the blood of the mountaineer.&lt;br /&gt;</w:t>
        <w:br/>
        <w:t>"Ha’ done! ha’ done!" said the Colonel’s son. "Put up the steel at your sides!&lt;br /&gt;</w:t>
        <w:br/>
        <w:t>Last night ye had struck at a Border thief-to-night ‘tis a man of the Guides!"</w:t>
      </w:r>
    </w:p>
    <w:p>
      <w:r>
        <w:br/>
        <w:t>Oh, East is East and West is West, and never the twain shall meet,&lt;br /&gt;</w:t>
        <w:br/>
        <w:t>Till Earth and Sky stand presently at God’s great Judgement Seat;&lt;br /&gt;</w:t>
        <w:br/>
        <w:t>But there is neither East nor West, Border, nor Breed, nor Birth,&lt;br /&gt;</w:t>
        <w:br/>
        <w:t>When two strong men stand face to face, tho’ they come from the ends of the earth!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схід і захід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