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тінь капітана</w:t>
      </w:r>
    </w:p>
    <w:p>
      <w:r>
        <w:br/>
        <w:t xml:space="preserve"> Балада про тінь капітана&lt;br /&gt;</w:t>
        <w:br/>
        <w:t>ПРОЛОГ</w:t>
      </w:r>
    </w:p>
    <w:p>
      <w:r>
        <w:br/>
        <w:t>Вітер оре синє море. Корабель гуляє.&lt;br /&gt;</w:t>
        <w:br/>
        <w:t>Чорна галка кличе палко, близько вже земля є.</w:t>
      </w:r>
    </w:p>
    <w:p>
      <w:r>
        <w:br/>
        <w:t>Пісня І</w:t>
      </w:r>
    </w:p>
    <w:p>
      <w:r>
        <w:br/>
        <w:t>Як граєш у карти чи з чарки вино п'єш, о друже мій,&lt;br /&gt;</w:t>
        <w:br/>
        <w:t>в гарячці з туманом тяжким замороки одруженій,</w:t>
      </w:r>
    </w:p>
    <w:p>
      <w:r>
        <w:br/>
        <w:t>бач, щоб за хвилину цю не заплатив ти задорого,&lt;br /&gt;</w:t>
        <w:br/>
        <w:t>коли тебе тінь твій покине й твоїм стане ворогом.</w:t>
      </w:r>
    </w:p>
    <w:p>
      <w:r>
        <w:br/>
        <w:t>Послухай: в одному містечку на морському березі&lt;br /&gt;</w:t>
        <w:br/>
        <w:t>уже похилився над пристанню літеплий березень.</w:t>
      </w:r>
    </w:p>
    <w:p>
      <w:r>
        <w:br/>
        <w:t>Тут порт закосичений, наче квітками, фрегатами.&lt;br /&gt;</w:t>
        <w:br/>
        <w:t>Дах неба над ним є сивастими хмарами латаний.</w:t>
      </w:r>
    </w:p>
    <w:p>
      <w:r>
        <w:br/>
        <w:t>Завішений в порті двигар – величезне коромисло&lt;br /&gt;</w:t>
        <w:br/>
        <w:t>над містом, над садом, розквітлим торговлею й промислом.</w:t>
      </w:r>
    </w:p>
    <w:p>
      <w:r>
        <w:br/>
        <w:t>На кожному боті піднесена щогла, мов палиця,&lt;br /&gt;</w:t>
        <w:br/>
        <w:t>а прапор, на щоглі завішений, барвами палиться.</w:t>
      </w:r>
    </w:p>
    <w:p>
      <w:r>
        <w:br/>
        <w:t>Обсмалені вітром обличчя моряцькі на палубі;&lt;br /&gt;</w:t>
        <w:br/>
        <w:t>у тиші спокійних ночей без хвиль шуму не спали би,</w:t>
      </w:r>
    </w:p>
    <w:p>
      <w:r>
        <w:br/>
        <w:t>у школі вітрів та тайфунів боротися вивчені,&lt;br /&gt;</w:t>
        <w:br/>
        <w:t>не знають, що ляк переможуть у кожній притичині.</w:t>
      </w:r>
    </w:p>
    <w:p>
      <w:r>
        <w:br/>
        <w:t>Лиш бовдурів шум розлягається піснею лункою.&lt;br /&gt;</w:t>
        <w:br/>
        <w:t>Стрункий капітан на поруччі опертий із люлькою.</w:t>
      </w:r>
    </w:p>
    <w:p>
      <w:r>
        <w:br/>
        <w:t>Канати потяли долоні у тисячні борозни,&lt;br /&gt;</w:t>
        <w:br/>
        <w:t>волосся вже сивіє, наче прикрашене в борошні.</w:t>
      </w:r>
    </w:p>
    <w:p>
      <w:r>
        <w:br/>
        <w:t>ПОЯСНЕННЯ</w:t>
      </w:r>
    </w:p>
    <w:p>
      <w:r>
        <w:br/>
        <w:t>На дворі буревій,&lt;br /&gt;</w:t>
        <w:br/>
        <w:t>у корчмі портовій&lt;br /&gt;</w:t>
        <w:br/>
        <w:t>на столі джину збан.&lt;br /&gt;</w:t>
        <w:br/>
        <w:t>З чортом грає в карти&lt;br /&gt;</w:t>
        <w:br/>
        <w:t>(це не жарти, це не жарти)&lt;br /&gt;</w:t>
        <w:br/>
        <w:t>молодий капітан.</w:t>
      </w:r>
    </w:p>
    <w:p>
      <w:r>
        <w:br/>
        <w:t>Пісня 2</w:t>
      </w:r>
    </w:p>
    <w:p>
      <w:r>
        <w:br/>
        <w:t>Покинули міста базар і засмічене торжище.&lt;br /&gt;</w:t>
        <w:br/>
        <w:t>Гей, вітре, гей, вітре, ще грай нам і прапором торгай ще.</w:t>
      </w:r>
    </w:p>
    <w:p>
      <w:r>
        <w:br/>
        <w:t>Стоїть на сторожі, мов чапля, керманич при демені.[34]&lt;br /&gt;</w:t>
        <w:br/>
        <w:t>Напружені м'язи моряцькі, мов линви та ремені.</w:t>
      </w:r>
    </w:p>
    <w:p>
      <w:r>
        <w:br/>
        <w:t>По хвилях вітри сновигають заблукані поповзом,&lt;br /&gt;</w:t>
        <w:br/>
        <w:t>і ніч виїжджає з-за обрію темряви повозом.</w:t>
      </w:r>
    </w:p>
    <w:p>
      <w:r>
        <w:br/>
        <w:t>Блідим по воді молоком розіллється блиск місяця;&lt;br /&gt;</w:t>
        <w:br/>
        <w:t>мов прапор, хмаринки на щоглах повісяться.</w:t>
      </w:r>
    </w:p>
    <w:p>
      <w:r>
        <w:br/>
        <w:t>Сердито тайфун лопотав корогвами, мов косами;&lt;br /&gt;</w:t>
        <w:br/>
        <w:t>чардак[35] колихався, обсипаний густо матросами.</w:t>
      </w:r>
    </w:p>
    <w:p>
      <w:r>
        <w:br/>
        <w:t>Ночами та днями пливуть кучугурам хвиль напросто,&lt;br /&gt;</w:t>
        <w:br/>
        <w:t>давно не вітав їх зелений на дереві паросток.</w:t>
      </w:r>
    </w:p>
    <w:p>
      <w:r>
        <w:br/>
        <w:t>Гей, дні, на широких морях перебуті чи вузинах!&lt;br /&gt;</w:t>
        <w:br/>
        <w:t>Все скоро минає, скоріше від лоскоту пужална.</w:t>
      </w:r>
    </w:p>
    <w:p>
      <w:r>
        <w:br/>
        <w:t>Темп часу не став, у бігу все шалене прискорення.&lt;br /&gt;</w:t>
        <w:br/>
        <w:t>Із серця біль рвав, видирав до саміського кореня.</w:t>
      </w:r>
    </w:p>
    <w:p>
      <w:r>
        <w:br/>
        <w:t>Та де б не поїхав, гонило за ним завжди чучело;&lt;br /&gt;</w:t>
        <w:br/>
        <w:t>у серці гонило щось дивне його та все мучило.</w:t>
      </w:r>
    </w:p>
    <w:p>
      <w:r>
        <w:br/>
        <w:t>Минають південні моря із містами, де пагоди.&lt;br /&gt;</w:t>
        <w:br/>
        <w:t>Ніде вже не можна знайти цьому серцеві злагоди.</w:t>
      </w:r>
    </w:p>
    <w:p>
      <w:r>
        <w:br/>
        <w:t>ПОЯСНЕННЯ</w:t>
      </w:r>
    </w:p>
    <w:p>
      <w:r>
        <w:br/>
        <w:t>На дворі буревій,&lt;br /&gt;</w:t>
        <w:br/>
        <w:t>у корчмі портовій&lt;br /&gt;</w:t>
        <w:br/>
        <w:t>на столі в чарці джин.&lt;br /&gt;</w:t>
        <w:br/>
        <w:t>Нещасний, нещасний,&lt;br /&gt;</w:t>
        <w:br/>
        <w:t>хто бісові програв тінь власний.&lt;br /&gt;</w:t>
        <w:br/>
        <w:t>Дівчина та джин – єдиний лік на сплін.&lt;br /&gt;</w:t>
        <w:br/>
        <w:t>Гей, джину вщерть,&lt;br /&gt;</w:t>
        <w:br/>
        <w:t>гей, джину вщерть!&lt;br /&gt;</w:t>
        <w:br/>
        <w:t>Море, дівчина та джин – єдиний лік на смерть.</w:t>
      </w:r>
    </w:p>
    <w:p>
      <w:r>
        <w:br/>
        <w:t>П існя 3</w:t>
      </w:r>
    </w:p>
    <w:p>
      <w:r>
        <w:br/>
        <w:t>Вертають із бур, із дощів, завірюх перемочені,&lt;br /&gt;</w:t>
        <w:br/>
        <w:t>голодні, невиспані, втомлені та в знеохоченні.</w:t>
      </w:r>
    </w:p>
    <w:p>
      <w:r>
        <w:br/>
        <w:t>Причалив, приплив корабель до далекої пристані.&lt;br /&gt;</w:t>
        <w:br/>
        <w:t>Під шум морських грив проминали вмить дні дикі, пристрасні.</w:t>
      </w:r>
    </w:p>
    <w:p>
      <w:r>
        <w:br/>
        <w:t>Моряцькі пісні поплили по тавернах у гавані,&lt;br /&gt;</w:t>
        <w:br/>
        <w:t>неначе вино для сердець, що від туги поламані.</w:t>
      </w:r>
    </w:p>
    <w:p>
      <w:r>
        <w:br/>
        <w:t>І тисяча ламп заблистіла в розбавленім городі.&lt;br /&gt;</w:t>
        <w:br/>
        <w:t>Обнажене тіло дівоче й скуйовджені бороди.</w:t>
      </w:r>
    </w:p>
    <w:p>
      <w:r>
        <w:br/>
        <w:t>За хвилею хвиля лягає під вітром в зневоленні.&lt;br /&gt;</w:t>
        <w:br/>
        <w:t>Регочуть матроські обличчя шорсткі, неоголені.</w:t>
      </w:r>
    </w:p>
    <w:p>
      <w:r>
        <w:br/>
        <w:t>Хрипкий саксофон тут хихикає басом за скрипкою,&lt;br /&gt;</w:t>
        <w:br/>
        <w:t>танок тупотить під ритм мелодією дикою.</w:t>
      </w:r>
    </w:p>
    <w:p>
      <w:r>
        <w:br/>
        <w:t>Танечниць перегнуті постаті п'яно без сорому.&lt;br /&gt;</w:t>
        <w:br/>
        <w:t>Що ж може, однак, помогти капітанові хворому?</w:t>
      </w:r>
    </w:p>
    <w:p>
      <w:r>
        <w:br/>
        <w:t>Востаннє уста цілував, мав знов їхати в подорож,&lt;br /&gt;</w:t>
        <w:br/>
        <w:t>за щастя пив. Тінь його встала зі стін, пішла ходором.</w:t>
      </w:r>
    </w:p>
    <w:p>
      <w:r>
        <w:br/>
        <w:t>З рук вилетів келех із гуком. Кругом все у померках.&lt;br /&gt;</w:t>
        <w:br/>
        <w:t>В обіймах її зверещав капітан в диких обертах.</w:t>
      </w:r>
    </w:p>
    <w:p>
      <w:r>
        <w:br/>
        <w:t>Дарма, капітане, даремно взиваєш ти помочі.&lt;br /&gt;</w:t>
        <w:br/>
        <w:t>Втекли всі. Самітні замовкли вмить вигуки поночі.</w:t>
      </w:r>
    </w:p>
    <w:p>
      <w:r>
        <w:br/>
        <w:t>Пояснення</w:t>
      </w:r>
    </w:p>
    <w:p>
      <w:r>
        <w:br/>
        <w:t>На дворі буревій,&lt;br /&gt;</w:t>
        <w:br/>
        <w:t>у корчмі портовій&lt;br /&gt;</w:t>
        <w:br/>
        <w:t>на столі джину збан.</w:t>
      </w:r>
    </w:p>
    <w:p>
      <w:r>
        <w:br/>
        <w:t>Та не йде вже пиття.&lt;br /&gt;</w:t>
        <w:br/>
        <w:t>Під столом без життя&lt;br /&gt;</w:t>
        <w:br/>
        <w:t>молодий капітан.</w:t>
      </w:r>
    </w:p>
    <w:p>
      <w:r>
        <w:br/>
        <w:t>Епілог</w:t>
      </w:r>
    </w:p>
    <w:p>
      <w:r>
        <w:br/>
        <w:t>На синьому небі почали вже зорі виблискувати,&lt;br /&gt;</w:t>
        <w:br/>
        <w:t>у сяєві білому хвилі тихенько полискувати.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тінь капітана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