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Бенгальський тигр</w:t>
      </w:r>
    </w:p>
    <w:p>
      <w:r>
        <w:br/>
        <w:t xml:space="preserve"> &lt;p&gt;Полювати бенгальського тигра треба їхати в Бенгалiю, бо це не простий тигр, як бачите, а бенгальський. Чому нас iнтересуі саме бенгальський тигр?</w:t>
      </w:r>
    </w:p>
    <w:p>
      <w:r>
        <w:br/>
        <w:t>Тому вiн нас iнтересуі, що бенгальський тигр найбiльший з усiх тигрiв на свiтi, тому що завдовжки вiн 2,5-3 метри i що самий хвiст у нього 80-95 сантиметрiв, так що, коли вам не пощастить заполювати цiлого тигра, а одбити в нього тiльки хвоста, то й тодi ви все-таки "имеете вещь".</w:t>
      </w:r>
    </w:p>
    <w:p>
      <w:r>
        <w:br/>
        <w:t>— Де Бенгалiя? — питаіте.</w:t>
      </w:r>
    </w:p>
    <w:p>
      <w:r>
        <w:br/>
        <w:t>На Бенгалiю з Киіва треба їхати так:</w:t>
      </w:r>
    </w:p>
    <w:p>
      <w:r>
        <w:br/>
        <w:t>Як минете Василькiв, Мотовилiвку i Фастiв — берiть не на Бердичiв, а на Жмеринку. Потiм на Вапнярку, Роздiльну й доїздiть до Одеси. З Одеси на Дарданелли, потiм на Суецький канал, звiдтам уже не так далеко до Iндiї.</w:t>
      </w:r>
    </w:p>
    <w:p>
      <w:r>
        <w:br/>
        <w:t>Приїхавши в Iндiю, питайте, як вам пройти на Брамапутру.</w:t>
      </w:r>
    </w:p>
    <w:p>
      <w:r>
        <w:br/>
        <w:t>Слово "Брамапутра", щоправда, щодо вимови трудне, але їхавши на пароплавi, ви частiше його самi собi проказуйте, щоб навчитися його вимовляти, а то буде й вам, як Даниловi Кiндратовичу, що приїхав уже до Iндiї, а там i запитав:</w:t>
      </w:r>
    </w:p>
    <w:p>
      <w:r>
        <w:br/>
        <w:t>— Де тут, — питаі, — Путрамабра?</w:t>
      </w:r>
    </w:p>
    <w:p>
      <w:r>
        <w:br/>
        <w:t>Нiхто, певна рiч, з iндусiв йому не мiг на це нiчого вiдповiсти, — так вiн, бiдолаха, й вернувся додому без тигра.</w:t>
      </w:r>
    </w:p>
    <w:p>
      <w:r>
        <w:br/>
        <w:t>Брамапутра, — та це ви й самi, положим, знаіте! — це рiчка в Бенгалiї. Коли ви до неї дiйдете, там недалечко тече ще одна рiчка — Ганг, — так от мiж Брамапутрою й Гангом, у джунглях, найбiльше плодиться бенгальських, або, як їх ще взивають, — королiвських тигрiв.</w:t>
      </w:r>
    </w:p>
    <w:p>
      <w:r>
        <w:br/>
        <w:t>Отам їх i полюйте.</w:t>
      </w:r>
    </w:p>
    <w:p>
      <w:r>
        <w:br/>
        <w:t>Перед полюванням, майте на увазi, треба вам буде вибити довкола всi кобри i всi гримучi змiї, щоб, бува, котра не вкусила, перехворiти на тропiчну малярiю, — чи на жовту, чи на червону, це вже яка кому до вподоби, — потiм уже й полювати.</w:t>
      </w:r>
    </w:p>
    <w:p>
      <w:r>
        <w:br/>
        <w:t>Хлiба з собою берiть тiльки на дорогу, доки до Бенгалiї доїдете, а в Бенгалiї там на кожному кроцi, як у нас бузина, росте хлiбне дерево, — круглий рiк на ньому ростуть плоди, — ну, як нашi книшi.</w:t>
      </w:r>
    </w:p>
    <w:p>
      <w:r>
        <w:br/>
        <w:t>Тепер вони, щоправда, там по карточках, та проте не без того, щоб не можна було у Багдадi на базарi в якого-небудь раджi карточку купити... Гадаю що можна.</w:t>
      </w:r>
    </w:p>
    <w:p>
      <w:r>
        <w:br/>
        <w:t>Iндiйський раджа — це володар цiлої величезної в Iндiї округи, вiн сам призначаі, як от наш райторгвiддiл, зав картковим бюро, i не може бути, щоб той зав давав йому тiльки одну хлiбну картку...</w:t>
      </w:r>
    </w:p>
    <w:p>
      <w:r>
        <w:br/>
        <w:t>Тигра полюють, як ви знаіте, для того, щоб винищувати цього страшного звiра, що наводить жах на цiлу округу, нападаючи на худобу, i навiть на людину.</w:t>
      </w:r>
    </w:p>
    <w:p>
      <w:r>
        <w:br/>
        <w:t>Полюють його i для того, щоб мати величезну чудесну шкуру, смугасту й пухку, що так прикрашаі собою кабiнет хороброго мисливця.</w:t>
      </w:r>
    </w:p>
    <w:p>
      <w:r>
        <w:br/>
        <w:t>А ще полюють, добуваючи тигровi великi й страшнi пазури, висушують їх, труть на порошок i п'ють той порошок для хоробростi.</w:t>
      </w:r>
    </w:p>
    <w:p>
      <w:r>
        <w:br/>
        <w:t>Iндуси, китайцi та iншi схiднi народи глибоко вiрять в чудодiйну силу порошкiв з тигрячих пазурiв i платять за них грубi грошi.</w:t>
      </w:r>
    </w:p>
    <w:p>
      <w:r>
        <w:br/>
        <w:t>Як випити, вони кажуть, один тiльки такий порошок, можна набити тигрiв силу.</w:t>
      </w:r>
    </w:p>
    <w:p>
      <w:r>
        <w:br/>
        <w:t>Одно кепсько: щоб мати цей порошок, треба, виходить, убивати тигра, а щоб убити тигра, треба, виходить, мати порошок.</w:t>
      </w:r>
    </w:p>
    <w:p>
      <w:r>
        <w:br/>
        <w:t>Ну, нiчого: бувши вiд природи хоч i не дуже, сказать, хоробрими, але ж не зовсiм, сказать, i лякливими, — обходитимемось на першiй тигрячiй охотi без порошкiв, бо як довели останнi дослiди над порошками з тигрячих пазурiв — вплив їх на людський органiзм сильно закрiпительний.</w:t>
      </w:r>
    </w:p>
    <w:p>
      <w:r>
        <w:br/>
        <w:t>А вiд цього й хоробрiсть!</w:t>
      </w:r>
    </w:p>
    <w:p>
      <w:r>
        <w:br/>
        <w:t>Ну, що ж, коли нема, так нема!</w:t>
      </w:r>
    </w:p>
    <w:p>
      <w:r>
        <w:br/>
        <w:t>Будемо, значить, крiпитись не порошками, а духом!</w:t>
      </w:r>
    </w:p>
    <w:p>
      <w:r>
        <w:br/>
        <w:t>А в деяких випадках при полюваннi тигра такi порошки, як ви самi побачите, можуть навiть пошкодити.</w:t>
      </w:r>
    </w:p>
    <w:p>
      <w:r>
        <w:br/>
        <w:t>* * *</w:t>
      </w:r>
    </w:p>
    <w:p>
      <w:r>
        <w:br/>
        <w:t>Способiв охоти на тигра і кiлька.</w:t>
      </w:r>
    </w:p>
    <w:p>
      <w:r>
        <w:br/>
        <w:t>Є спосiб з диктом i з молотком, про який менi розповiдав один iз досвiдчених охотникiв на тигрiв.</w:t>
      </w:r>
    </w:p>
    <w:p>
      <w:r>
        <w:br/>
        <w:t>Полягаі вiн ось у чiм.</w:t>
      </w:r>
    </w:p>
    <w:p>
      <w:r>
        <w:br/>
        <w:t>Берете ви аркуш дикту, так, приблизно, з метр у квадратi i невеличкий молоток.</w:t>
      </w:r>
    </w:p>
    <w:p>
      <w:r>
        <w:br/>
        <w:t>Iдете в джунглi, мiж Брамапутрою й Гангом, i, щоб привернути на себе увагу бенгальського тигра, на ввесь голос спiваіте:</w:t>
      </w:r>
    </w:p>
    <w:p>
      <w:r>
        <w:br/>
        <w:t>Та не жалько менi</w:t>
      </w:r>
    </w:p>
    <w:p>
      <w:r>
        <w:br/>
        <w:t>Та й нi на кого,</w:t>
      </w:r>
    </w:p>
    <w:p>
      <w:r>
        <w:br/>
        <w:t>Тiльки жалько менi</w:t>
      </w:r>
    </w:p>
    <w:p>
      <w:r>
        <w:br/>
        <w:t>На отця свого...</w:t>
      </w:r>
    </w:p>
    <w:p>
      <w:r>
        <w:br/>
        <w:t>Тигр почуі, i вже не ви його, а вiн вас почне полювати.</w:t>
      </w:r>
    </w:p>
    <w:p>
      <w:r>
        <w:br/>
        <w:t>Тут уже ви будьте уважним i пильним, щоб не прогавити того моменту, коли тигр припаде до землi й, люто б'ючи себе хвостом по боках, приготуіться стрибнути i зробити з вас попередню перед антилопою закуску.</w:t>
      </w:r>
    </w:p>
    <w:p>
      <w:r>
        <w:br/>
        <w:t>Як тiльки вiн стрибоне, ви раптово повертайтесь до нього й наставляйте дикта.</w:t>
      </w:r>
    </w:p>
    <w:p>
      <w:r>
        <w:br/>
        <w:t>Тигр ударить всiма чотирма лапами в дикт i страшними своїми пазурами проб'і його.</w:t>
      </w:r>
    </w:p>
    <w:p>
      <w:r>
        <w:br/>
        <w:t>Отут ви теж гав не ловiть: зразу ж швидко-швидко-швидко бийте молотком по пазурах i загинайте їх, пристукуючи до дикту.</w:t>
      </w:r>
    </w:p>
    <w:p>
      <w:r>
        <w:br/>
        <w:t>I все!</w:t>
      </w:r>
    </w:p>
    <w:p>
      <w:r>
        <w:br/>
        <w:t>Пригвожджений до дикту тигр уже не страшний звiр, а немiчне кошеня.</w:t>
      </w:r>
    </w:p>
    <w:p>
      <w:r>
        <w:br/>
        <w:t>Ви вже тодi можете з його шкуру чи з живота здирати, чи, вдаривши кинджалом у серце, покiнчити з ним, а потiм уже бiлувати...</w:t>
      </w:r>
    </w:p>
    <w:p>
      <w:r>
        <w:br/>
        <w:t>Майте тiльки на увазi, що бити тигра по пазурах, загинаючи їх до дикту, треба все-таки обережно, щоб не пошкодити пазурiв, бо ви ж знаіте, яка то цiнна рiч, що з неї виробляються хоробрi порошки.</w:t>
      </w:r>
    </w:p>
    <w:p>
      <w:r>
        <w:br/>
        <w:t>Декотрi мисливцi, нервуючись, забувають про це й гатять по пазурах з усiії сили, псуючи їх i позбавляючись через це такого цiнного матерiалу.</w:t>
      </w:r>
    </w:p>
    <w:p>
      <w:r>
        <w:br/>
        <w:t>* * *</w:t>
      </w:r>
    </w:p>
    <w:p>
      <w:r>
        <w:br/>
        <w:t>Дуже поширений i, треба сказати, дуже непоганий спосiб полювати на тигра iз слоном.</w:t>
      </w:r>
    </w:p>
    <w:p>
      <w:r>
        <w:br/>
        <w:t>Таким способом полюють тигрiв iндуськi раджi й англiйськi лорди, що приїздять у гостi до iндуських раджiв, а тi вже частують їх, своїх дорогих гостей, охотою на тигрiв.</w:t>
      </w:r>
    </w:p>
    <w:p>
      <w:r>
        <w:br/>
        <w:t>Перед цим iндуськi раджi заздалегiдь принаджують до певного мiсця тигрiв, ставлячи протягом кiлькох тижнiв принаду з не зовсiм ще померлих, а вже до роботи не придатних тубiльцiв.</w:t>
      </w:r>
    </w:p>
    <w:p>
      <w:r>
        <w:br/>
        <w:t>Коли англiйськi лорди поприїздять до iндуських раджiв у гостi i побачать, як ведуть тубiльця на принаду, вони роблять тому тубiльцевi ручкою i милостиво кажуть:</w:t>
      </w:r>
    </w:p>
    <w:p>
      <w:r>
        <w:br/>
        <w:t>— Гуд бай!</w:t>
      </w:r>
    </w:p>
    <w:p>
      <w:r>
        <w:br/>
        <w:t>Тигри, мiж iншим, iдуть на принаду не тiльки з тубiльцiв, а й з худоби: з корiв, свиней, овець i т. iн., але такої принади їм не ставлять, бо тодi не буде чим деяким англiйським лордам принаджувати польсько-шляхетних жовнiрiв генералiв Андерса, Бур-Комаровського та iнших арцишевських рачкевичiв.</w:t>
      </w:r>
    </w:p>
    <w:p>
      <w:r>
        <w:br/>
        <w:t>Тигрiв, отже, принаджено.</w:t>
      </w:r>
    </w:p>
    <w:p>
      <w:r>
        <w:br/>
        <w:t>Тодi приводять приручених слонiв, сiдлають їх такими нiби куренями, тiльки не з лiщини сплетених i соломою вшитими (англiйськi лорди й iндуськi раджi таких куренiв не люблять!), а зробленi тi куренi iз слонової костi й ушитi ідвабом.</w:t>
      </w:r>
    </w:p>
    <w:p>
      <w:r>
        <w:br/>
        <w:t>Вантажать у тi куренi спочатку вiскi, бефи, пудинги й шампанею, а потiм уже англiйських лордiв, iндуських раджiв та камердинерiв.</w:t>
      </w:r>
    </w:p>
    <w:p>
      <w:r>
        <w:br/>
        <w:t>Вишукуіться пiдроздiл тубiльцiв, щоб оточити те мiсце, де тигрiв принаджено, та наганяти їх на високопоставлених у куренях мисливцiв.</w:t>
      </w:r>
    </w:p>
    <w:p>
      <w:r>
        <w:br/>
        <w:t>Ну, лорди й раджi їдуть, п'ють вiскi й шампанею, їдять бефи й пудинги, а тубiльцi наганяють на них тигрiв.</w:t>
      </w:r>
    </w:p>
    <w:p>
      <w:r>
        <w:br/>
        <w:t>Як тiльки шасне мiж лiанами тигр, англiйський лорд каже iндiйському раджi:</w:t>
      </w:r>
    </w:p>
    <w:p>
      <w:r>
        <w:br/>
        <w:t>— Подерж-но мого пудинга, — я його потiм доїм! А потiм до камердинера:</w:t>
      </w:r>
    </w:p>
    <w:p>
      <w:r>
        <w:br/>
        <w:t>— Подай рушницю!</w:t>
      </w:r>
    </w:p>
    <w:p>
      <w:r>
        <w:br/>
        <w:t>Камердинер подаі рушницю, англiйський лорд стрiляі в те мiсце, де прошаснув тигр.</w:t>
      </w:r>
    </w:p>
    <w:p>
      <w:r>
        <w:br/>
        <w:t>Лунаі пострiл, за ним лунаі одчайдушний крик, i падаі мертвий тубiлець iз пiдроздiлу, що наганяі звiра на високопоставлених у куренях охотникiв.</w:t>
      </w:r>
    </w:p>
    <w:p>
      <w:r>
        <w:br/>
        <w:t>Англiйський лорд задоволене усмiхаіться i говорить:</w:t>
      </w:r>
    </w:p>
    <w:p>
      <w:r>
        <w:br/>
        <w:t>— Iіс!</w:t>
      </w:r>
    </w:p>
    <w:p>
      <w:r>
        <w:br/>
        <w:t>А потiм уже доїдаі пудинг.</w:t>
      </w:r>
    </w:p>
    <w:p>
      <w:r>
        <w:br/>
        <w:t>Далi полювання йде таким чином: тубiльцi вбивають тигрiв, здiймають iз них шкури, англiйськi лорди везуть тi шкури додому, там їх вiдповiдно обробляють, пригвинчують до голови золоту дощечку з вигравiруваним написом:</w:t>
      </w:r>
    </w:p>
    <w:p>
      <w:r>
        <w:br/>
        <w:t>КОРОЛIВСЬКИЙ ТИГР</w:t>
      </w:r>
    </w:p>
    <w:p>
      <w:r>
        <w:br/>
        <w:t>ЗАБИВ У БЕНГАЛIЇ (ДАТА)</w:t>
      </w:r>
    </w:p>
    <w:p>
      <w:r>
        <w:br/>
        <w:t>ВЛАСНОРУЧНО ЛОРД СЕСIЛЬ-КИСIЛЬ</w:t>
      </w:r>
    </w:p>
    <w:p>
      <w:r>
        <w:br/>
        <w:t>А потiм уже в палатi лордiв.</w:t>
      </w:r>
    </w:p>
    <w:p>
      <w:r>
        <w:br/>
        <w:t>Нi! Стоп-стоп-стоп! Нiколи полiтики ми торкатись не будемо, а то ще допишешся до того, що лорд Сесiль-Кисiль подасть в палату лордiв нiби бiлль про те, що треба бiльше з Бенгалiї вивезти худоби та пшеницi, бо й грецьким монархiстам треба, i польсько-шляхетським жовнiрам треба, i гiтлерюгендовi, i бандерам треба... Стоп! Анi слова про полiтику!</w:t>
      </w:r>
    </w:p>
    <w:p>
      <w:r>
        <w:br/>
        <w:t>Отакий, значить, спосiб полювати тигрiв iз слонами. Ми з вами, слава тобi господи, i не лорди англiйськi, i не раджi iндуськi, отже, нам з вами таку пишну охоту на тигрiв органiзувати тяжко.</w:t>
      </w:r>
    </w:p>
    <w:p>
      <w:r>
        <w:br/>
        <w:t>Можна, звичайно, взяти напрокат слона або в зоологiчному садку, або в цирку, — але багато з ним клопоту, доки його до Бенгалiї довезеш та поки навчишся молоточком iз гвiздочком ним керувати.</w:t>
      </w:r>
    </w:p>
    <w:p>
      <w:r>
        <w:br/>
        <w:t>Там, у Бенгалiї, позичити слона в якого-небудь раджi теж навряд чи пощастить, бо ви ж, слава богу, не англiйський лорд...</w:t>
      </w:r>
    </w:p>
    <w:p>
      <w:r>
        <w:br/>
        <w:t>Клопотний, одне слово, для нас iз вами такий спосiб охотиться на тигрiв.</w:t>
      </w:r>
    </w:p>
    <w:p>
      <w:r>
        <w:br/>
        <w:t>Проте його нам, як мисливцям, знати треба! Для цього й пишемо!</w:t>
      </w:r>
    </w:p>
    <w:p>
      <w:r>
        <w:br/>
        <w:t>* * *</w:t>
      </w:r>
    </w:p>
    <w:p>
      <w:r>
        <w:br/>
        <w:t>Непоганий i такий iще спосiб.</w:t>
      </w:r>
    </w:p>
    <w:p>
      <w:r>
        <w:br/>
        <w:t>Викопуіться величезна й глибочезна яма на стежцi, якою тигри до Брамапутри ходять воду пити.</w:t>
      </w:r>
    </w:p>
    <w:p>
      <w:r>
        <w:br/>
        <w:t>Яма та зверху добре маскуіться всякими вiтами, лiанами, тропiчною папороттю i т. iн.</w:t>
      </w:r>
    </w:p>
    <w:p>
      <w:r>
        <w:br/>
        <w:t>Тигри йдуть воду пити увечерi, як уже смеркне.</w:t>
      </w:r>
    </w:p>
    <w:p>
      <w:r>
        <w:br/>
        <w:t>На цей час ви залазьте в ту яму.</w:t>
      </w:r>
    </w:p>
    <w:p>
      <w:r>
        <w:br/>
        <w:t>Залiзли й сидiть тихо-тихо.</w:t>
      </w:r>
    </w:p>
    <w:p>
      <w:r>
        <w:br/>
        <w:t>Нi курити, нi чхати, нi кашляти не можна, бо наполохаіте тигра.</w:t>
      </w:r>
    </w:p>
    <w:p>
      <w:r>
        <w:br/>
        <w:t>Ось iде тигр.</w:t>
      </w:r>
    </w:p>
    <w:p>
      <w:r>
        <w:br/>
        <w:t>Вiн не зовсiм iще очухався пiсля сну, потягаіться, позiхаі, чухаі за вухом...</w:t>
      </w:r>
    </w:p>
    <w:p>
      <w:r>
        <w:br/>
        <w:t>Ну, й не помiтить, коли: шелесть у яму!</w:t>
      </w:r>
    </w:p>
    <w:p>
      <w:r>
        <w:br/>
        <w:t>Ви зразу накидайтеся на нього й лоскочiть.</w:t>
      </w:r>
    </w:p>
    <w:p>
      <w:r>
        <w:br/>
        <w:t>Тигри страшенно лоскоту бояться... (Через те, мiж iншим, вони дуже ревнивi!)</w:t>
      </w:r>
    </w:p>
    <w:p>
      <w:r>
        <w:br/>
        <w:t>Як тiльки ви його вхопили обома руками попiд пахвами, вiн зразу починаі страшенно реготатись.</w:t>
      </w:r>
    </w:p>
    <w:p>
      <w:r>
        <w:br/>
        <w:t>Але ви не пускайте його, боже вас борони! — бо з'їсть!</w:t>
      </w:r>
    </w:p>
    <w:p>
      <w:r>
        <w:br/>
        <w:t>Лоскочiть, i лоскочiть, i лоскочiть!</w:t>
      </w:r>
    </w:p>
    <w:p>
      <w:r>
        <w:br/>
        <w:t>Вiн качатиметься, регочучись, по ямi, i ви качайтесь iз ним...</w:t>
      </w:r>
    </w:p>
    <w:p>
      <w:r>
        <w:br/>
        <w:t>Аж поки вiн не крикне:</w:t>
      </w:r>
    </w:p>
    <w:p>
      <w:r>
        <w:br/>
        <w:t>— Ой, не можу! Пусти!</w:t>
      </w:r>
    </w:p>
    <w:p>
      <w:r>
        <w:br/>
        <w:t>I ляже, мов непритомний.</w:t>
      </w:r>
    </w:p>
    <w:p>
      <w:r>
        <w:br/>
        <w:t>Але ви ще з пiвгодини полоскочiть, тодi пускайте.</w:t>
      </w:r>
    </w:p>
    <w:p>
      <w:r>
        <w:br/>
        <w:t>Готовий!</w:t>
      </w:r>
    </w:p>
    <w:p>
      <w:r>
        <w:br/>
        <w:t>Залоскотаний тигр мертвiший од мертвого.</w:t>
      </w:r>
    </w:p>
    <w:p>
      <w:r>
        <w:br/>
        <w:t>* * *</w:t>
      </w:r>
    </w:p>
    <w:p>
      <w:r>
        <w:br/>
        <w:t>Ще про один спосiб охоти на тигрiв хочеться менi розповiсти.</w:t>
      </w:r>
    </w:p>
    <w:p>
      <w:r>
        <w:br/>
        <w:t>Клопiтний вiн трохи теж, але для нас iз вами приступний.</w:t>
      </w:r>
    </w:p>
    <w:p>
      <w:r>
        <w:br/>
        <w:t>Клопiтний вiн саме через те, що перед тим, як його вживати, тривалої треба тренiровки в перегонах на чималi дистанцiї.</w:t>
      </w:r>
    </w:p>
    <w:p>
      <w:r>
        <w:br/>
        <w:t>Чимало часу треба загаяти, щоб прудко й довго могли ви бiгти, весь час позад себе озираючись.</w:t>
      </w:r>
    </w:p>
    <w:p>
      <w:r>
        <w:br/>
        <w:t>Але нiхто ж нам з вами не заборонить мiсяцiв зо три тренiруватись годин по три-чотири щодня, бiгаючи спочатку на одному хоча б з київських стадiонiв, а потiм по перетятiй мiсцевостi.</w:t>
      </w:r>
    </w:p>
    <w:p>
      <w:r>
        <w:br/>
        <w:t>Навпаки, всi думатимуть, що ви до фiзькультурної олiмпiади готуітесь, i всi вас вiтатимуть.</w:t>
      </w:r>
    </w:p>
    <w:p>
      <w:r>
        <w:br/>
        <w:t>Добре на таку тренiровку брати вашого пса, краще — хорта, а як хорта нема, тодi гончака, — можна й кунделя, тiльки щоб прудкий був.</w:t>
      </w:r>
    </w:p>
    <w:p>
      <w:r>
        <w:br/>
        <w:t>Коли вже ви у своїх вправах дiйдете такого стану, що випереджатимете кунделя, — тодi вже можна їхати до Бенгалiї на тигра.</w:t>
      </w:r>
    </w:p>
    <w:p>
      <w:r>
        <w:br/>
        <w:t>Порошкiв iз тигрячих пазурiв уживати при цьому способi охоти категорично не слiд, бо, як ми знаімо, порошки тi, закрiпляючи, надають охотниковi хоробростi, а тут треба не хоробростi, а якраз навпаки.</w:t>
      </w:r>
    </w:p>
    <w:p>
      <w:r>
        <w:br/>
        <w:t>Тут треба легенької полохливостi, при якiй набагато збiльшуіться швидкiсть вашого алюру.</w:t>
      </w:r>
    </w:p>
    <w:p>
      <w:r>
        <w:br/>
        <w:t>Приїздите ви в Бенгалiю, знаходите тигра, показуітесь йому, — вiн одразу ж почне охотитись за вами.</w:t>
      </w:r>
    </w:p>
    <w:p>
      <w:r>
        <w:br/>
        <w:t>Ви це знаіте, з цього не розгублюітесь i свiдомо ведете його за собою на заранi намiчену вами галявину.</w:t>
      </w:r>
    </w:p>
    <w:p>
      <w:r>
        <w:br/>
        <w:t>Мiж Брамапутрою й Гангом трапляються величенькi шматки степу, де пасуться жирафи, антилопи, носороги й iншi травоїднi тварини.</w:t>
      </w:r>
    </w:p>
    <w:p>
      <w:r>
        <w:br/>
        <w:t>Отуди ви тигра й ведiть.</w:t>
      </w:r>
    </w:p>
    <w:p>
      <w:r>
        <w:br/>
        <w:t>Iз зброї ви маіте при собi тiльки кинджал — i бiльше нiчого.</w:t>
      </w:r>
    </w:p>
    <w:p>
      <w:r>
        <w:br/>
        <w:t>Поки ви виведете тигра на галявину, вiн уже буде нервуватись, лютувати, зубами клацати i ось-ось стрибне! ось-ось стрибне!</w:t>
      </w:r>
    </w:p>
    <w:p>
      <w:r>
        <w:br/>
        <w:t>Вийшовши на галявину, зразу бiжiть!</w:t>
      </w:r>
    </w:p>
    <w:p>
      <w:r>
        <w:br/>
        <w:t>Тигр, розумiіться, за вами...</w:t>
      </w:r>
    </w:p>
    <w:p>
      <w:r>
        <w:br/>
        <w:t>Отут i пригодиться ваша тренiровка...</w:t>
      </w:r>
    </w:p>
    <w:p>
      <w:r>
        <w:br/>
        <w:t>Ви бiжiть i частенько озирайтесь, поглядаючи на тигра.</w:t>
      </w:r>
    </w:p>
    <w:p>
      <w:r>
        <w:br/>
        <w:t>Це не тiльки для того, щоб знати, чи не наздоганяі вiн вас, — головне тут не прогавити, коли вiн пiдсковзнеться.</w:t>
      </w:r>
    </w:p>
    <w:p>
      <w:r>
        <w:br/>
        <w:t>А пiдсковзнеться вiн обов'язково.</w:t>
      </w:r>
    </w:p>
    <w:p>
      <w:r>
        <w:br/>
        <w:t>Хоч який би був сухий степ, — все одно настане момент, коли вiн розчахнеться й упаде.</w:t>
      </w:r>
    </w:p>
    <w:p>
      <w:r>
        <w:br/>
        <w:t>Тодi ви зразу на його i кинджал йому в серце.</w:t>
      </w:r>
    </w:p>
    <w:p>
      <w:r>
        <w:br/>
        <w:t>Тигр — ваш!</w:t>
      </w:r>
    </w:p>
    <w:p>
      <w:r>
        <w:br/>
        <w:t>* * *</w:t>
      </w:r>
    </w:p>
    <w:p>
      <w:r>
        <w:br/>
        <w:t>Охота на тигра, як бачите, небезпечна i клопiтна. А найтруднiше в їй це те, що заполювати бенгальського тигра можна тiльки в Бенгалiї, а туди дуже далеко їхати.</w:t>
      </w:r>
    </w:p>
    <w:p>
      <w:r>
        <w:br/>
        <w:t>Будемо сподiватися, що з часом чи Бенгалiя до нас наблизиться, чи ми наблизимося до Бенгалiї, бо клiмат як спостерiгають тепер досвiдченi географи, мiняіться.</w:t>
      </w:r>
    </w:p>
    <w:p>
      <w:r>
        <w:br/>
        <w:t>От — тодi ми пополюімо!</w:t>
      </w:r>
    </w:p>
    <w:p>
      <w:r>
        <w:br/>
        <w:t>Бо заздалегiдь уже будемо знати всi способи охоти на тигра, з якими оце ми вас познайомили.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Бенгальський тигр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