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Біблійні сонети</w:t>
      </w:r>
    </w:p>
    <w:p>
      <w:r>
        <w:br/>
        <w:t xml:space="preserve"> БІБЛІЙНІ СОНЕТИ&lt;br /&gt;</w:t>
        <w:br/>
        <w:t>1</w:t>
      </w:r>
    </w:p>
    <w:p>
      <w:r>
        <w:br/>
        <w:t>Усе, що Бог створив, жадає бути в слові,&lt;br /&gt;</w:t>
        <w:br/>
        <w:t>Бо слово сталося творцем добра і зла.&lt;br /&gt;</w:t>
        <w:br/>
        <w:t>І в імені своїм душа себе знайшла,&lt;br /&gt;</w:t>
        <w:br/>
        <w:t>Відбилася, як плоть Господня на покрові.</w:t>
      </w:r>
    </w:p>
    <w:p>
      <w:r>
        <w:br/>
        <w:t>І Каїн — це той брат, що із його чола&lt;br /&gt;</w:t>
        <w:br/>
        <w:t>Вже стерли Божий знак філософи совкові,&lt;br /&gt;</w:t>
        <w:br/>
        <w:t>Та лиш назви його — і знову пляма крові&lt;br /&gt;</w:t>
        <w:br/>
        <w:t>Там спалахне вогнем, де шкіру пропекла.</w:t>
      </w:r>
    </w:p>
    <w:p>
      <w:r>
        <w:br/>
        <w:t>Прародичі в раю покуштували плоду&lt;br /&gt;</w:t>
        <w:br/>
        <w:t>Із дерева знання з намови сатани,&lt;br /&gt;</w:t>
        <w:br/>
        <w:t>І світ одкрився їм аж до самого споду.</w:t>
      </w:r>
    </w:p>
    <w:p>
      <w:r>
        <w:br/>
        <w:t>І досі спізнають Адамові сини&lt;br /&gt;</w:t>
        <w:br/>
        <w:t>Ту правду, що в словах шукає явини,&lt;br /&gt;</w:t>
        <w:br/>
        <w:t>І в мові Божий дух приходить в дух народу.</w:t>
      </w:r>
    </w:p>
    <w:p>
      <w:r>
        <w:br/>
        <w:t>2003&lt;br /&gt;</w:t>
        <w:br/>
        <w:t>2</w:t>
      </w:r>
    </w:p>
    <w:p>
      <w:r>
        <w:br/>
        <w:t>Старий був Авраам, та дівчину Агар&lt;br /&gt;</w:t>
        <w:br/>
        <w:t>Любив — його пекла жага непощадима.&lt;br /&gt;</w:t>
        <w:br/>
        <w:t>Все бачила жона ревнивими очима,&lt;br /&gt;</w:t>
        <w:br/>
        <w:t>Суперницю свою вела на той пожар.</w:t>
      </w:r>
    </w:p>
    <w:p>
      <w:r>
        <w:br/>
        <w:t>І слухала вона, сховавшись за дверима,&lt;br /&gt;</w:t>
        <w:br/>
        <w:t>Як сходяться вони — рабиня і владар,&lt;br /&gt;</w:t>
        <w:br/>
        <w:t>Як стогне муж її, немов несе тягар,&lt;br /&gt;</w:t>
        <w:br/>
        <w:t>І помсти прагнула вся плоть її незрима.</w:t>
      </w:r>
    </w:p>
    <w:p>
      <w:r>
        <w:br/>
        <w:t>Коли в її раби вродилося дитя,&lt;br /&gt;</w:t>
        <w:br/>
        <w:t>Їх виставили геть — в жахну пустелю з дому,&lt;br /&gt;</w:t>
        <w:br/>
        <w:t>Та гнаних врятував Господь од умертя.</w:t>
      </w:r>
    </w:p>
    <w:p>
      <w:r>
        <w:br/>
        <w:t>Постав новий народ з гріховного розлому,&lt;br /&gt;</w:t>
        <w:br/>
        <w:t>І війни почались, і перейшло в судому&lt;br /&gt;</w:t>
        <w:br/>
        <w:t>Всієї людськості помстливе почуття.</w:t>
      </w:r>
    </w:p>
    <w:p>
      <w:r>
        <w:br/>
        <w:t>2003&lt;br /&gt;</w:t>
        <w:br/>
        <w:t>3</w:t>
      </w:r>
    </w:p>
    <w:p>
      <w:r>
        <w:br/>
        <w:t>Як Бог порахував злочинців у Содомі,&lt;br /&gt;</w:t>
        <w:br/>
        <w:t>І знищив місто все, гніздовище підлот,&lt;br /&gt;</w:t>
        <w:br/>
        <w:t>Зостались при житті один-єдиний Лот&lt;br /&gt;</w:t>
        <w:br/>
        <w:t>І дві його дочки, побожниці відомі.</w:t>
      </w:r>
    </w:p>
    <w:p>
      <w:r>
        <w:br/>
        <w:t>Та оселився гріх у їхнім новім домі:&lt;br /&gt;</w:t>
        <w:br/>
        <w:t>Позбулися вони своїх дівочих цнот —&lt;br /&gt;</w:t>
        <w:br/>
        <w:t>Під батька підповзли, щоб множився народ,&lt;br /&gt;</w:t>
        <w:br/>
        <w:t>Бо впали всі мужі в господньому погромі.</w:t>
      </w:r>
    </w:p>
    <w:p>
      <w:r>
        <w:br/>
        <w:t>І діти виросли з гріховних тих злягань…&lt;br /&gt;</w:t>
        <w:br/>
        <w:t>Які вони були — прекрасні чи почвари?&lt;br /&gt;</w:t>
        <w:br/>
        <w:t>Нічого не кажи, а навкруги поглянь —</w:t>
      </w:r>
    </w:p>
    <w:p>
      <w:r>
        <w:br/>
        <w:t>І запитай: чому від праведної кари&lt;br /&gt;</w:t>
        <w:br/>
        <w:t>Все гіршим світ стає, гудуть страшні пожари,&lt;br /&gt;</w:t>
        <w:br/>
        <w:t>Де вогнища малі згасила Божа длань?!</w:t>
      </w:r>
    </w:p>
    <w:p>
      <w:r>
        <w:br/>
        <w:t>2003&lt;br /&gt;</w:t>
        <w:br/>
        <w:t>4</w:t>
      </w:r>
    </w:p>
    <w:p>
      <w:r>
        <w:br/>
        <w:t>Бог Якова любив, любив і Яків Бога,&lt;br /&gt;</w:t>
        <w:br/>
        <w:t>Та цілу ніч вони боролись, як мужі,&lt;br /&gt;</w:t>
        <w:br/>
        <w:t>Нерівні сили дві, нерівні дві душі,&lt;br /&gt;</w:t>
        <w:br/>
        <w:t>І Яків опиравсь Всевишньому щомога.</w:t>
      </w:r>
    </w:p>
    <w:p>
      <w:r>
        <w:br/>
        <w:t>Втім, дужчий слабшого ударив по кульші,&lt;br /&gt;</w:t>
        <w:br/>
        <w:t>Кулак тяжкий упав, немов гори відрога,&lt;br /&gt;</w:t>
        <w:br/>
        <w:t>Та був то тільки знак, що Божа перемога&lt;br /&gt;</w:t>
        <w:br/>
        <w:t>Ще може статися на іншім рубежі.</w:t>
      </w:r>
    </w:p>
    <w:p>
      <w:r>
        <w:br/>
        <w:t>Ми всі боролися і стали всі кульгаві,&lt;br /&gt;</w:t>
        <w:br/>
        <w:t>Ударені в стегно, як праотець-пастух,&lt;br /&gt;</w:t>
        <w:br/>
        <w:t>Що став з Ним до чола в зрадливій, злудній мряві.</w:t>
      </w:r>
    </w:p>
    <w:p>
      <w:r>
        <w:br/>
        <w:t>Але, благаючи у Господа отух,&lt;br /&gt;</w:t>
        <w:br/>
        <w:t>Будуючи Йому собори величаві,&lt;br /&gt;</w:t>
        <w:br/>
        <w:t>До скону буде з Ним змагатись людський дух.</w:t>
      </w:r>
    </w:p>
    <w:p>
      <w:r>
        <w:br/>
        <w:t>2003&lt;br /&gt;</w:t>
        <w:br/>
        <w:t>5</w:t>
      </w:r>
    </w:p>
    <w:p>
      <w:r>
        <w:br/>
        <w:t>Давид злічив народ з Йордану по Синай,&lt;br /&gt;</w:t>
        <w:br/>
        <w:t>Порахував мечі, списи і колісниці…&lt;br /&gt;</w:t>
        <w:br/>
        <w:t>Сохранні наміри державної столиці,&lt;br /&gt;</w:t>
        <w:br/>
        <w:t>Та їх не возлюбив могутній Адонай.</w:t>
      </w:r>
    </w:p>
    <w:p>
      <w:r>
        <w:br/>
        <w:t>Господь сказав царю: "Сам кару вибирай:&lt;br /&gt;</w:t>
        <w:br/>
        <w:t>Чи голоду сім літ, чи два дні моровиці&lt;br /&gt;</w:t>
        <w:br/>
        <w:t>Нашлю на твій народ, чи, може, від десниці&lt;br /&gt;</w:t>
        <w:br/>
        <w:t>Ворожої втечеш на рік в пустельний край?"</w:t>
      </w:r>
    </w:p>
    <w:p>
      <w:r>
        <w:br/>
        <w:t>Давид не відповів. І кара наступила,&lt;br /&gt;</w:t>
        <w:br/>
        <w:t>І за два дні лягла в гроби народна сила,&lt;br /&gt;</w:t>
        <w:br/>
        <w:t>І плакав Ізраїль. А Бог являв своє</w:t>
      </w:r>
    </w:p>
    <w:p>
      <w:r>
        <w:br/>
        <w:t>Знання, для людськості на всі віки пророче:&lt;br /&gt;</w:t>
        <w:br/>
        <w:t>Мале число мечів побільшуватись хоче,&lt;br /&gt;</w:t>
        <w:br/>
        <w:t>Велике — з лютості само себе заб'є!</w:t>
      </w:r>
    </w:p>
    <w:p>
      <w:r>
        <w:br/>
        <w:t>2004&lt;br /&gt;</w:t>
        <w:br/>
        <w:t>6</w:t>
      </w:r>
    </w:p>
    <w:p>
      <w:r>
        <w:br/>
        <w:t>Плач, Єреміє, плач, твоя печаль жорстока&lt;br /&gt;</w:t>
        <w:br/>
        <w:t>Впаде на Вавилон, як непрощенний гріх.&lt;br /&gt;</w:t>
        <w:br/>
        <w:t>Боюсь твоїх ридань і віщувань твоїх,&lt;br /&gt;</w:t>
        <w:br/>
        <w:t>Хоч сам я — мов сльоза із маминого ока.</w:t>
      </w:r>
    </w:p>
    <w:p>
      <w:r>
        <w:br/>
        <w:t>В неволі я затверд, зробився, як опока,&lt;br /&gt;</w:t>
        <w:br/>
        <w:t>Від немічних благань мені дорожчий сміх,&lt;br /&gt;</w:t>
        <w:br/>
        <w:t>Що грає помстою, рве серце, як батіг,&lt;br /&gt;</w:t>
        <w:br/>
        <w:t>Бо перемога й мста — це азбука пророка.</w:t>
      </w:r>
    </w:p>
    <w:p>
      <w:r>
        <w:br/>
        <w:t>В собі я поховав невиплаканий біль,&lt;br /&gt;</w:t>
        <w:br/>
        <w:t>Загнав свої жалі в камінну оболону,&lt;br /&gt;</w:t>
        <w:br/>
        <w:t>Щоб не заплакати на людях мимовіль.</w:t>
      </w:r>
    </w:p>
    <w:p>
      <w:r>
        <w:br/>
        <w:t>Та все ж таки прийди, поклич мій край з полону,&lt;br /&gt;</w:t>
        <w:br/>
        <w:t>З ганьби прислужувань новому Вавилону,&lt;br /&gt;</w:t>
        <w:br/>
        <w:t>Як покриком страшним ти кликав Ізраїль.</w:t>
      </w:r>
    </w:p>
    <w:p>
      <w:r>
        <w:br/>
        <w:t>2003&lt;br /&gt;</w:t>
        <w:br/>
        <w:t>7</w:t>
      </w:r>
    </w:p>
    <w:p>
      <w:r>
        <w:br/>
        <w:t>Я непритомнію від пісні Соломона,&lt;br /&gt;</w:t>
        <w:br/>
        <w:t>Немов од пахощів дівочого вінка,&lt;br /&gt;</w:t>
        <w:br/>
        <w:t>Коли злітає з пліч сорочка боязка,&lt;br /&gt;</w:t>
        <w:br/>
        <w:t>І плоть тужава йде в глиб золотого лона.</w:t>
      </w:r>
    </w:p>
    <w:p>
      <w:r>
        <w:br/>
        <w:t>До мене ти прийшла, мов сарна трепетка,&lt;br /&gt;</w:t>
        <w:br/>
        <w:t>На мене злякано дивилась, мов ікона;&lt;br /&gt;</w:t>
        <w:br/>
        <w:t>О Суламіто, знай, що неба ополона&lt;br /&gt;</w:t>
        <w:br/>
        <w:t>Залоскотала нас, немов хмільна ріка.</w:t>
      </w:r>
    </w:p>
    <w:p>
      <w:r>
        <w:br/>
        <w:t>Наложниць я не мав, та всі мої кохання&lt;br /&gt;</w:t>
        <w:br/>
        <w:t>Спливли по жолобку поміж грудей твоїх,&lt;br /&gt;</w:t>
        <w:br/>
        <w:t>Бо в мене ти була одна, як зірка рання.</w:t>
      </w:r>
    </w:p>
    <w:p>
      <w:r>
        <w:br/>
        <w:t>В Гущанках ти зросла під співи рідних стріх,&lt;br /&gt;</w:t>
        <w:br/>
        <w:t>Як жаль, що це не я, а цар з подивування&lt;br /&gt;</w:t>
        <w:br/>
        <w:t>Навік твою красу в поезії зберіг.</w:t>
      </w:r>
    </w:p>
    <w:p>
      <w:r>
        <w:br/>
        <w:t>2003&lt;br /&gt;</w:t>
        <w:br/>
        <w:t>8</w:t>
      </w:r>
    </w:p>
    <w:p>
      <w:r>
        <w:br/>
        <w:t>Глибокі і страшні слова Еклезіаста:&lt;br /&gt;</w:t>
        <w:br/>
        <w:t>Все марнота! Нема для чого в світі жить,&lt;br /&gt;</w:t>
        <w:br/>
        <w:t>Смерть краще, ніж іти з дитячих оповить&lt;br /&gt;</w:t>
        <w:br/>
        <w:t>Між людство, що його веде злочинців каста.</w:t>
      </w:r>
    </w:p>
    <w:p>
      <w:r>
        <w:br/>
        <w:t>Нещадно б'є мене ця думка мускуляста,&lt;br /&gt;</w:t>
        <w:br/>
        <w:t>Неправедна, але така, що вік болить.&lt;br /&gt;</w:t>
        <w:br/>
        <w:t>Хоч на землі я жив одну коротку мить,&lt;br /&gt;</w:t>
        <w:br/>
        <w:t>Та мить була — як ніч: і темна, і звіздаста.</w:t>
      </w:r>
    </w:p>
    <w:p>
      <w:r>
        <w:br/>
        <w:t>Кохав я і горів. В моїх дітей, в слова&lt;br /&gt;</w:t>
        <w:br/>
        <w:t>Переливав жагу свободи та обнови,&lt;br /&gt;</w:t>
        <w:br/>
        <w:t>Потоптаний, вставав, як по весні трава.</w:t>
      </w:r>
    </w:p>
    <w:p>
      <w:r>
        <w:br/>
        <w:t>Я вітру не піймав, хоча ходив на лови;&lt;br /&gt;</w:t>
        <w:br/>
        <w:t>Помру, але в життя моєї пісні й мови&lt;br /&gt;</w:t>
        <w:br/>
        <w:t>Незримо увійде моя душа жива.</w:t>
      </w:r>
    </w:p>
    <w:p>
      <w:r>
        <w:br/>
        <w:t>2003&lt;br /&gt;</w:t>
        <w:br/>
        <w:t>9</w:t>
      </w:r>
    </w:p>
    <w:p>
      <w:r>
        <w:br/>
        <w:t>Не зникнуть підляки, не вимруть фарисеї,&lt;br /&gt;</w:t>
        <w:br/>
        <w:t>Палати виростуть на згарищах палат.&lt;br /&gt;</w:t>
        <w:br/>
        <w:t>І кожного із нас судитиме Пилат,&lt;br /&gt;</w:t>
        <w:br/>
        <w:t>І ми не знатимем судьби й вини своєї.</w:t>
      </w:r>
    </w:p>
    <w:p>
      <w:r>
        <w:br/>
        <w:t>Та вічно житимуть повстанці Макавеї,&lt;br /&gt;</w:t>
        <w:br/>
        <w:t>За сулдів і царів живіші устократ,&lt;br /&gt;</w:t>
        <w:br/>
        <w:t>І завжди житиме між нами їхній брат,&lt;br /&gt;</w:t>
        <w:br/>
        <w:t>Розп'ятий на хресті за визвольні ідеї.</w:t>
      </w:r>
    </w:p>
    <w:p>
      <w:r>
        <w:br/>
        <w:t>Та визволу нема. Не з далини епох,&lt;br /&gt;</w:t>
        <w:br/>
        <w:t>А тут-таки горить з людини здерта шкіра,&lt;br /&gt;</w:t>
        <w:br/>
        <w:t>І кров'ю пишеться новий мартиролог.</w:t>
      </w:r>
    </w:p>
    <w:p>
      <w:r>
        <w:br/>
        <w:t>І родиться, й росте, і пропадає віра&lt;br /&gt;</w:t>
        <w:br/>
        <w:t>В натхнення людськості, де янгола і звіра&lt;br /&gt;</w:t>
        <w:br/>
        <w:t>Вселив, неначе в кліть, необережний Бог.</w:t>
      </w:r>
    </w:p>
    <w:p>
      <w:r>
        <w:br/>
        <w:t>2004&lt;br /&gt;</w:t>
        <w:br/>
        <w:t>10</w:t>
      </w:r>
    </w:p>
    <w:p>
      <w:r>
        <w:br/>
        <w:t>Стражденний мій народ подібний був до Йова,&lt;br /&gt;</w:t>
        <w:br/>
        <w:t>Його іспитував Господь і сатана.&lt;br /&gt;</w:t>
        <w:br/>
        <w:t>Дітей повбивано. Оселя — як труна,&lt;br /&gt;</w:t>
        <w:br/>
        <w:t>І рабства виразки, і напівмертва мова.</w:t>
      </w:r>
    </w:p>
    <w:p>
      <w:r>
        <w:br/>
        <w:t>Майно розкрадене. І на душі — окова.&lt;br /&gt;</w:t>
        <w:br/>
        <w:t>Чорноземи жере азійська сарана.&lt;br /&gt;</w:t>
        <w:br/>
        <w:t>Імперія гниє, мов яма вигрібна,&lt;br /&gt;</w:t>
        <w:br/>
        <w:t>І душить, горло рве потвора двоголова.</w:t>
      </w:r>
    </w:p>
    <w:p>
      <w:r>
        <w:br/>
        <w:t>Він вистояв. Але в піснях зостався плач,&lt;br /&gt;</w:t>
        <w:br/>
        <w:t>Гнилизна у кістках, лице сумне, похиле&lt;br /&gt;</w:t>
        <w:br/>
        <w:t>Показує, що він — не владар, а прохач…</w:t>
      </w:r>
    </w:p>
    <w:p>
      <w:r>
        <w:br/>
        <w:t>Народе мій, здригнись! Вдягнися в свіжі сили,&lt;br /&gt;</w:t>
        <w:br/>
        <w:t>Не плач, а відомсти за всіх дітей могили,&lt;br /&gt;</w:t>
        <w:br/>
        <w:t>Молись, та сатані нічого не пробач.</w:t>
      </w:r>
    </w:p>
    <w:p>
      <w:r>
        <w:br/>
        <w:t>2004&lt;br /&gt;</w:t>
        <w:br/>
        <w:t>11</w:t>
      </w:r>
    </w:p>
    <w:p>
      <w:r>
        <w:br/>
        <w:t>Взялись будівники новітньої держави,&lt;br /&gt;</w:t>
        <w:br/>
        <w:t>Де в рабстві жив народ, голодний, наче звір,&lt;br /&gt;</w:t>
        <w:br/>
        <w:t>Нагодувати люд судьбі наперекір,&lt;br /&gt;</w:t>
        <w:br/>
        <w:t>Вселити волі дух в його єство лукаве.</w:t>
      </w:r>
    </w:p>
    <w:p>
      <w:r>
        <w:br/>
        <w:t>І хліба напекли, понаставляли страви&lt;br /&gt;</w:t>
        <w:br/>
        <w:t>На площах — їж, бери добро на власний двір.&lt;br /&gt;</w:t>
        <w:br/>
        <w:t>І їв народ, і пив, і лаяв, як блюзнір,&lt;br /&gt;</w:t>
        <w:br/>
        <w:t>Свободу, що дала замало пива й кави.</w:t>
      </w:r>
    </w:p>
    <w:p>
      <w:r>
        <w:br/>
        <w:t>Не знали вожаї, що в тих людей нема&lt;br /&gt;</w:t>
        <w:br/>
        <w:t>Своєї гідності, історії та мови,&lt;br /&gt;</w:t>
        <w:br/>
        <w:t>Що їх наїдками не визволиш з ярма.</w:t>
      </w:r>
    </w:p>
    <w:p>
      <w:r>
        <w:br/>
        <w:t>Але й самі вожді — нікчемні славослови —&lt;br /&gt;</w:t>
        <w:br/>
        <w:t>Державу бачили у вимені корови,&lt;br /&gt;</w:t>
        <w:br/>
        <w:t>Доїли й билися за дійки тишкома.</w:t>
      </w:r>
    </w:p>
    <w:p>
      <w:r>
        <w:br/>
        <w:t>2004&lt;br /&gt;</w:t>
        <w:br/>
        <w:t>12</w:t>
      </w:r>
    </w:p>
    <w:p>
      <w:r>
        <w:br/>
        <w:t>"Ми — вибраний народ, зерно, а не полова,&lt;br /&gt;</w:t>
        <w:br/>
        <w:t>Одвічна сіль землі, думок болящий рух,&lt;br /&gt;</w:t>
        <w:br/>
        <w:t>Натхненники жахних, кривавих завірюх,&lt;br /&gt;</w:t>
        <w:br/>
        <w:t>Де твориться життя, йде людськості обнова".</w:t>
      </w:r>
    </w:p>
    <w:p>
      <w:r>
        <w:br/>
        <w:t>Але озвався Він од істинного слова:&lt;br /&gt;</w:t>
        <w:br/>
        <w:t>"Народи — рівні всі, а революцій дух&lt;br /&gt;</w:t>
        <w:br/>
        <w:t>Лишає ворожду і згарища навкруг,&lt;br /&gt;</w:t>
        <w:br/>
        <w:t>А з крові й попелу не встане vita nova!"</w:t>
      </w:r>
    </w:p>
    <w:p>
      <w:r>
        <w:br/>
        <w:t>Він мудро говорив, та гордощі і мста&lt;br /&gt;</w:t>
        <w:br/>
        <w:t>Були об'явлені законами природи,&lt;br /&gt;</w:t>
        <w:br/>
        <w:t>І людський син помер, прибитий до хреста.</w:t>
      </w:r>
    </w:p>
    <w:p>
      <w:r>
        <w:br/>
        <w:t>І, якщо гнів, і лють, і Каїнові коди&lt;br /&gt;</w:t>
        <w:br/>
        <w:t>Не вигублять в собі пануючі народи,&lt;br /&gt;</w:t>
        <w:br/>
        <w:t>їх жде повільна смерть, а Бога — пієта!</w:t>
      </w:r>
    </w:p>
    <w:p>
      <w:r>
        <w:br/>
        <w:t>2004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Біблійні 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