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Білочка восени</w:t>
      </w:r>
    </w:p>
    <w:p>
      <w:r>
        <w:br/>
        <w:t xml:space="preserve"> На гіллячках, на тоненьких,</w:t>
      </w:r>
    </w:p>
    <w:p>
      <w:r>
        <w:br/>
        <w:t>Поки день ще не погас,</w:t>
      </w:r>
    </w:p>
    <w:p>
      <w:r>
        <w:br/>
        <w:t>Сироїжки та опеньки</w:t>
      </w:r>
    </w:p>
    <w:p>
      <w:r>
        <w:br/>
        <w:t>Білка сушить про запас.</w:t>
      </w:r>
    </w:p>
    <w:p>
      <w:r>
        <w:br/>
        <w:t>Так нашпилює охайно,</w:t>
      </w:r>
    </w:p>
    <w:p>
      <w:r>
        <w:br/>
        <w:t>Так їх тулить на сосні</w:t>
      </w:r>
    </w:p>
    <w:p>
      <w:r>
        <w:br/>
        <w:t>І міркує: а нехай-но</w:t>
      </w:r>
    </w:p>
    <w:p>
      <w:r>
        <w:br/>
        <w:t>Ще побудуть тут мені!</w:t>
      </w:r>
    </w:p>
    <w:p>
      <w:r>
        <w:br/>
        <w:t>Поки дні іще хороші,</w:t>
      </w:r>
    </w:p>
    <w:p>
      <w:r>
        <w:br/>
        <w:t>Поки є іще тепло,</w:t>
      </w:r>
    </w:p>
    <w:p>
      <w:r>
        <w:br/>
        <w:t>А як випадуть пороші,</w:t>
      </w:r>
    </w:p>
    <w:p>
      <w:r>
        <w:br/>
        <w:t>Заберу їх у дупло.</w:t>
      </w:r>
    </w:p>
    <w:p>
      <w:r>
        <w:br/>
        <w:t>"Буде холодно надворі,</w:t>
      </w:r>
    </w:p>
    <w:p>
      <w:r>
        <w:br/>
        <w:t>Сніг посиплеться з дубів,</w:t>
      </w:r>
    </w:p>
    <w:p>
      <w:r>
        <w:br/>
        <w:t>Буде в мене у коморі</w:t>
      </w:r>
    </w:p>
    <w:p>
      <w:r>
        <w:br/>
        <w:t>Ціла в'язочка грибів!</w:t>
      </w:r>
    </w:p>
    <w:p>
      <w:r>
        <w:br/>
        <w:t>Але білочці не спиться.</w:t>
      </w:r>
    </w:p>
    <w:p>
      <w:r>
        <w:br/>
        <w:t>Дятел тукає: тук-тук!</w:t>
      </w:r>
    </w:p>
    <w:p>
      <w:r>
        <w:br/>
        <w:t>Щоб не вкрала їх лисиця</w:t>
      </w:r>
    </w:p>
    <w:p>
      <w:r>
        <w:br/>
        <w:t>Або хитрий бурундук.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Білочка восени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