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під зливою лошиця...</w:t>
      </w:r>
    </w:p>
    <w:p>
      <w:r>
        <w:br/>
        <w:t xml:space="preserve"> Біжить під зливою лошиця,&lt;br /&gt;</w:t>
        <w:br/>
        <w:t>Крізь темні хащі — напролом;&lt;br /&gt;</w:t>
        <w:br/>
        <w:t>Дощ прогинається, ятриться&lt;br /&gt;</w:t>
        <w:br/>
        <w:t>Крильми над золотим хребтом.</w:t>
      </w:r>
    </w:p>
    <w:p>
      <w:r>
        <w:br/>
        <w:t>Вона, мов блискавка червона,&lt;br /&gt;</w:t>
        <w:br/>
        <w:t>Летить крізь памороку віт.&lt;br /&gt;</w:t>
        <w:br/>
        <w:t>Вода звисає, як попона,&lt;br /&gt;</w:t>
        <w:br/>
        <w:t>І б'ється об тугий живіт.</w:t>
      </w:r>
    </w:p>
    <w:p>
      <w:r>
        <w:br/>
        <w:t>Гуркочуть брили грому в скалах,&lt;br /&gt;</w:t>
        <w:br/>
        <w:t>Мов неба колеться горіх;&lt;br /&gt;</w:t>
        <w:br/>
        <w:t>Полум'яніє гриви спалах&lt;br /&gt;</w:t>
        <w:br/>
        <w:t>Над сполохом очей і ніг.</w:t>
      </w:r>
    </w:p>
    <w:p>
      <w:r>
        <w:br/>
        <w:t>Вона стрясає дотик тучі,&lt;br /&gt;</w:t>
        <w:br/>
        <w:t>Води, що в пахи затекла;&lt;br /&gt;</w:t>
        <w:br/>
        <w:t>А як же їй знести палючі,&lt;br /&gt;</w:t>
        <w:br/>
        <w:t>Нещадні лоскоти сідла?!</w:t>
      </w:r>
    </w:p>
    <w:p>
      <w:r>
        <w:br/>
        <w:t>Як винести залізну ласку&lt;br /&gt;</w:t>
        <w:br/>
        <w:t>Вудил, що розпинають рот,&lt;br /&gt;</w:t>
        <w:br/>
        <w:t>Слухняності й вуздечки маску&lt;br /&gt;</w:t>
        <w:br/>
        <w:t>І світ у шорах, наче грот?!</w:t>
      </w:r>
    </w:p>
    <w:p>
      <w:r>
        <w:br/>
        <w:t>Як може покоритись потім&lt;br /&gt;</w:t>
        <w:br/>
        <w:t>Душа бентежна і нага&lt;br /&gt;</w:t>
        <w:br/>
        <w:t>Колючим шпорам, і чоботям,&lt;br /&gt;</w:t>
        <w:br/>
        <w:t>І блискавиці батога?!</w:t>
      </w:r>
    </w:p>
    <w:p>
      <w:r>
        <w:br/>
        <w:t>Це я питаюсь — і за спину&lt;br /&gt;</w:t>
        <w:br/>
        <w:t>Ховаю мокрі ремінці.&lt;br /&gt;</w:t>
        <w:br/>
        <w:t>А цукру білу каменину&lt;br /&gt;</w:t>
        <w:br/>
        <w:t>Несу в простягнутій руці.</w:t>
      </w:r>
    </w:p>
    <w:p>
      <w:r>
        <w:br/>
        <w:t>Ні, відступитися незмога,&lt;br /&gt;</w:t>
        <w:br/>
        <w:t>А лиш благати: "На, візьми!"&lt;br /&gt;</w:t>
        <w:br/>
        <w:t>Вона ж моя, ця тонконога&lt;br /&gt;</w:t>
        <w:br/>
        <w:t>Кониця з білими крильми!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під зливою лошиця...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