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Бонапарт і чорногорці</w:t>
      </w:r>
    </w:p>
    <w:p>
      <w:r>
        <w:br/>
        <w:t xml:space="preserve"> "Чорногорці? Що за люди? —&lt;br /&gt;</w:t>
        <w:br/>
        <w:t>Бонапарте запитав:—&lt;br /&gt;</w:t>
        <w:br/>
        <w:t>Та невже це плем'я люте&lt;br /&gt;</w:t>
        <w:br/>
        <w:t>Не боїться наших лав?</w:t>
      </w:r>
    </w:p>
    <w:p>
      <w:r>
        <w:br/>
        <w:t>Задрижать, як не дрижали:&lt;br /&gt;</w:t>
        <w:br/>
        <w:t>Об'явить привідцям їх,&lt;br /&gt;</w:t>
        <w:br/>
        <w:t>Щоб рушниці і кинджали&lt;br /&gt;</w:t>
        <w:br/>
        <w:t>Всі знесли до ніг моїх".</w:t>
      </w:r>
    </w:p>
    <w:p>
      <w:r>
        <w:br/>
        <w:t>От він шле на нас піхоту,&lt;br /&gt;</w:t>
        <w:br/>
        <w:t>Сто гармат-мортир при ній,&lt;br /&gt;</w:t>
        <w:br/>
        <w:t>І своїх мамлюків роту,&lt;br /&gt;</w:t>
        <w:br/>
        <w:t>Й кірасирів грізний стрій.</w:t>
      </w:r>
    </w:p>
    <w:p>
      <w:r>
        <w:br/>
        <w:t>Здатись їм? Нема охоти, —&lt;br /&gt;</w:t>
        <w:br/>
        <w:t>Чорногорці не такі!&lt;br /&gt;</w:t>
        <w:br/>
        <w:t>В нас для коней і піхоти&lt;br /&gt;</w:t>
        <w:br/>
        <w:t>В горах скелі є стрімкі...</w:t>
      </w:r>
    </w:p>
    <w:p>
      <w:r>
        <w:br/>
        <w:t>Ми засіли в наші нори&lt;br /&gt;</w:t>
        <w:br/>
        <w:t>І гостей незваних ждем, —&lt;br /&gt;</w:t>
        <w:br/>
        <w:t>От вони вступили в гори,&lt;br /&gt;</w:t>
        <w:br/>
        <w:t>Знищуючи все вогнем.</w:t>
      </w:r>
    </w:p>
    <w:p>
      <w:r>
        <w:br/>
        <w:t>. . . . . . . . . . . . . . . . . . .&lt;br /&gt;</w:t>
        <w:br/>
        <w:t>. . . . . . . . . . . . . . . . . . .</w:t>
      </w:r>
    </w:p>
    <w:p>
      <w:r>
        <w:br/>
        <w:t>Тісно йдуть вони рядами.&lt;br /&gt;</w:t>
        <w:br/>
        <w:t>Враз змішався їхній крок.&lt;br /&gt;</w:t>
        <w:br/>
        <w:t>Що таке? Над головами&lt;br /&gt;</w:t>
        <w:br/>
        <w:t>Ряд червоних звівсь шапок.</w:t>
      </w:r>
    </w:p>
    <w:p>
      <w:r>
        <w:br/>
        <w:t>"Стій! стріляй! Хай кожен скине&lt;br /&gt;</w:t>
        <w:br/>
        <w:t>Чорногорця одного.&lt;br /&gt;</w:t>
        <w:br/>
        <w:t>Раз не здавсь — так хай загине&lt;br /&gt;</w:t>
        <w:br/>
        <w:t>Ворог, не щадіть його!"</w:t>
      </w:r>
    </w:p>
    <w:p>
      <w:r>
        <w:br/>
        <w:t>Б'ють з рушниць — шапки упали&lt;br /&gt;</w:t>
        <w:br/>
        <w:t>Ті червоні із жердин:&lt;br /&gt;</w:t>
        <w:br/>
        <w:t>Ми під ними ниць лежали,&lt;br /&gt;</w:t>
        <w:br/>
        <w:t>Причаївшись, як один.</w:t>
      </w:r>
    </w:p>
    <w:p>
      <w:r>
        <w:br/>
        <w:t>Дружним залпом зустрічали&lt;br /&gt;</w:t>
        <w:br/>
        <w:t>Ми французів. — "Щось гуде!"&lt;br /&gt;</w:t>
        <w:br/>
        <w:t>Тут і там вони кричали: —&lt;br /&gt;</w:t>
        <w:br/>
        <w:t>"Що, луна це?" Ні, не те!</w:t>
      </w:r>
    </w:p>
    <w:p>
      <w:r>
        <w:br/>
        <w:t>Сам полковник їх звалився,&lt;br /&gt;</w:t>
        <w:br/>
        <w:t>З ним сто двадцять душ — вся рать.&lt;br /&gt;</w:t>
        <w:br/>
        <w:t>І загін весь покотився,&lt;br /&gt;</w:t>
        <w:br/>
        <w:t>Хто як міг пустивсь тікать.</w:t>
      </w:r>
    </w:p>
    <w:p>
      <w:r>
        <w:br/>
        <w:t>І французи ненавидять&lt;br /&gt;</w:t>
        <w:br/>
        <w:t>З тих часів наш вільний край,&lt;br /&gt;</w:t>
        <w:br/>
        <w:t>Нашу шапку де помітять —&lt;br /&gt;</w:t>
        <w:br/>
        <w:t>Червоніють, так і знай.</w:t>
      </w:r>
    </w:p>
    <w:p>
      <w:r>
        <w:br/>
        <w:t>1832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Бонапарт і чорногорці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