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Брати-місяці</w:t>
      </w:r>
    </w:p>
    <w:p>
      <w:r>
        <w:br/>
        <w:t xml:space="preserve"> Казка</w:t>
      </w:r>
    </w:p>
    <w:p>
      <w:r>
        <w:br/>
        <w:t>Cердиться Березень, вітром бурхає,&lt;br /&gt;</w:t>
        <w:br/>
        <w:t>Аж голі дерева стогнуть та гнуться.&lt;br /&gt;</w:t>
        <w:br/>
        <w:t>Землю замерзлу вдень дощиком мочить,&lt;br /&gt;</w:t>
        <w:br/>
        <w:t>А на ніч морозом дужим стискає.&lt;br /&gt;</w:t>
        <w:br/>
        <w:t>Хмари збирає з усіх закутків неба,&lt;br /&gt;</w:t>
        <w:br/>
        <w:t>Що нікуди сонцю й глянуть на землю...&lt;br /&gt;</w:t>
        <w:br/>
        <w:t>Ринуть веснянії води рікою,&lt;br /&gt;</w:t>
        <w:br/>
        <w:t>Дороги та греблі всюди руйнують,&lt;br /&gt;</w:t>
        <w:br/>
        <w:t>Мокра ж хуртеча на полі і в лісі&lt;br /&gt;</w:t>
        <w:br/>
        <w:t>Билину зелену снігом вкриває...</w:t>
      </w:r>
    </w:p>
    <w:p>
      <w:r>
        <w:br/>
        <w:t>Сердиться Березень: серце віщує,&lt;br /&gt;</w:t>
        <w:br/>
        <w:t>Що скоро вже, скоро йому доведеться&lt;br /&gt;</w:t>
        <w:br/>
        <w:t>Квітню квітчастому, меншому брату,&lt;br /&gt;</w:t>
        <w:br/>
        <w:t>Своє королівство — землю віддати,&lt;br /&gt;</w:t>
        <w:br/>
        <w:t>І він замишляє ось що зробити:&lt;br /&gt;</w:t>
        <w:br/>
        <w:t>Квітня квітчастого, меншого брата,&lt;br /&gt;</w:t>
        <w:br/>
        <w:t>Ніби покликать до себе у гості...&lt;br /&gt;</w:t>
        <w:br/>
        <w:t>От зараз хмари роздмухав по небі,&lt;br /&gt;</w:t>
        <w:br/>
        <w:t>А сам поклонився сонцю ясному:&lt;br /&gt;</w:t>
        <w:br/>
        <w:t>Просить він в сонечка помочі з неба&lt;br /&gt;</w:t>
        <w:br/>
        <w:t>(Буйнесенькі стануть теж у пригоді):&lt;br /&gt;</w:t>
        <w:br/>
        <w:t>Землю сушити, травицею вкрити,&lt;br /&gt;</w:t>
        <w:br/>
        <w:t>Первоцвітом, рястом гай уквітчати.&lt;br /&gt;</w:t>
        <w:br/>
        <w:t>Тільки що глянуло сонечко з неба —&lt;br /&gt;</w:t>
        <w:br/>
        <w:t>Вже й стежка біленька в'ється болотом,&lt;br /&gt;</w:t>
        <w:br/>
        <w:t>Пташка щебече в повітрі прозорім,&lt;br /&gt;</w:t>
        <w:br/>
        <w:t>Травиця зелена з снігу вилазить.&lt;br /&gt;</w:t>
        <w:br/>
        <w:t>Бачить, що сонечко щиро працює,-&lt;br /&gt;</w:t>
        <w:br/>
        <w:t>Пташок посилає Березень хитрий,&lt;br /&gt;</w:t>
        <w:br/>
        <w:t>Тих, що то з вирію просто летіли,-&lt;br /&gt;</w:t>
        <w:br/>
        <w:t>В гостину до себе брата прохати.&lt;br /&gt;</w:t>
        <w:br/>
        <w:t>Квітень, почувши запросини тії:&lt;br /&gt;</w:t>
        <w:br/>
        <w:t>— Поїду,— зрадівши, каже,— до брата!-&lt;br /&gt;</w:t>
        <w:br/>
        <w:t>Й очі веселі від щастя засяли.&lt;br /&gt;</w:t>
        <w:br/>
        <w:t>Зараз почав він ладнатись в дорогу:&lt;br /&gt;</w:t>
        <w:br/>
        <w:t>Лаштує чумацького воза; на пашу&lt;br /&gt;</w:t>
        <w:br/>
        <w:t>Рясту, фіалок готує для коней,&lt;br /&gt;</w:t>
        <w:br/>
        <w:t>А сам надягає шати зелені.&lt;br /&gt;</w:t>
        <w:br/>
        <w:t>— Гов! А куди це ти, братику, їдеш?-&lt;br /&gt;</w:t>
        <w:br/>
        <w:t>Хтось крикнув йому голосочком дитячим.&lt;br /&gt;</w:t>
        <w:br/>
        <w:t>Квітень оглянувсь та, скинувши оком,&lt;br /&gt;</w:t>
        <w:br/>
        <w:t>Молодшого брата — Травня побачив.&lt;br /&gt;</w:t>
        <w:br/>
        <w:t>Травень був хлопчик на диво вродливий:&lt;br /&gt;</w:t>
        <w:br/>
        <w:t>Як небо, очиці сині-блакитні,&lt;br /&gt;</w:t>
        <w:br/>
        <w:t>Шати на ньому із квітів веселих,&lt;br /&gt;</w:t>
        <w:br/>
        <w:t>Аж пахощі гарні віють від нього;&lt;br /&gt;</w:t>
        <w:br/>
        <w:t>В пишній короні росинки перлисті&lt;br /&gt;</w:t>
        <w:br/>
        <w:t>Так грають на сонці, немов самоцвіти.&lt;br /&gt;</w:t>
        <w:br/>
        <w:t>Скаже він слово, то так і здається,&lt;br /&gt;</w:t>
        <w:br/>
        <w:t>Що то соловейко в лузі співає.&lt;br /&gt;</w:t>
        <w:br/>
        <w:t>Квітень вітається з Травнем та й каже:&lt;br /&gt;</w:t>
        <w:br/>
        <w:t>— До Березня в гості, братику, їду!-&lt;br /&gt;</w:t>
        <w:br/>
        <w:t>Травень відразу чогось засмутився.&lt;br /&gt;</w:t>
        <w:br/>
        <w:t>— Знаєш що,— каже,— друже мій милий?&lt;br /&gt;</w:t>
        <w:br/>
        <w:t>Скажу тобі нишком дивнії речі:&lt;br /&gt;</w:t>
        <w:br/>
        <w:t>Матінка наша, Весна запашная,&lt;br /&gt;</w:t>
        <w:br/>
        <w:t>Бувало, малого мене пригортає&lt;br /&gt;</w:t>
        <w:br/>
        <w:t>Та часом зітхне і промовить тихенько:&lt;br /&gt;</w:t>
        <w:br/>
        <w:t>"Трьох вас, синів, я у світоньку маю,-&lt;br /&gt;</w:t>
        <w:br/>
        <w:t>Березень, старший,-дитина лукава..."&lt;br /&gt;</w:t>
        <w:br/>
        <w:t>Як візьмеш на воза ще човен та сани,&lt;br /&gt;</w:t>
        <w:br/>
        <w:t>Тоді рушай сміло до Березня в гості! —&lt;br /&gt;</w:t>
        <w:br/>
        <w:t>Слухає Квітень розумної ради&lt;br /&gt;</w:t>
        <w:br/>
        <w:t>Й на воза складає човен та сани...</w:t>
      </w:r>
    </w:p>
    <w:p>
      <w:r>
        <w:br/>
        <w:t>От обнялися брати на прощання,&lt;br /&gt;</w:t>
        <w:br/>
        <w:t>Рушили коні — і Квітень поїхав.&lt;br /&gt;</w:t>
        <w:br/>
        <w:t>Хутко біжать коненята ситенькі.&lt;br /&gt;</w:t>
        <w:br/>
        <w:t>Дорога суха, аж курява в'ється,&lt;br /&gt;</w:t>
        <w:br/>
        <w:t>Збоку зелені лани простяглися,&lt;br /&gt;</w:t>
        <w:br/>
        <w:t>Немов оксамит той, сяють на сонці,&lt;br /&gt;</w:t>
        <w:br/>
        <w:t>Небо безхмарне високо синіє,&lt;br /&gt;</w:t>
        <w:br/>
        <w:t>А долі первоцвіт лісом послався.&lt;br /&gt;</w:t>
        <w:br/>
        <w:t>Пташка щебече в повітрі веснянім.&lt;br /&gt;</w:t>
        <w:br/>
        <w:t>Радісно в Квітня тріпоче серденько,&lt;br /&gt;</w:t>
        <w:br/>
        <w:t>З грудей його пісня сама так і ллється,&lt;br /&gt;</w:t>
        <w:br/>
        <w:t>Полем лунає, лісами, лугами,&lt;br /&gt;</w:t>
        <w:br/>
        <w:t>До неба злітають звуки чудові...&lt;br /&gt;</w:t>
        <w:br/>
        <w:t>Довго вже їде так місяць щасливий.&lt;br /&gt;</w:t>
        <w:br/>
        <w:t>Як от хтозна-звідки хмари взялися,&lt;br /&gt;</w:t>
        <w:br/>
        <w:t>Небо вдягнули у чорнії шати,&lt;br /&gt;</w:t>
        <w:br/>
        <w:t>На землю спустились дощиком, снігом,&lt;br /&gt;</w:t>
        <w:br/>
        <w:t>Холод повіяв, вітри забурхали.&lt;br /&gt;</w:t>
        <w:br/>
        <w:t>Пристали в болоті коні ступати.&lt;br /&gt;</w:t>
        <w:br/>
        <w:t>Що цe? Шумить щось в долині так грізно...&lt;br /&gt;</w:t>
        <w:br/>
        <w:t>Ось ближче... ще ближче... клекіт вже чути...&lt;br /&gt;</w:t>
        <w:br/>
        <w:t>Видно, як котяться хвилі шалені,-&lt;br /&gt;</w:t>
        <w:br/>
        <w:t>То річка у повідь враз розлилася.&lt;br /&gt;</w:t>
        <w:br/>
        <w:t>Бачить сполоханий Квітень, що лихо,-&lt;br /&gt;</w:t>
        <w:br/>
        <w:t>Спускає він хутко човен на воду,&lt;br /&gt;</w:t>
        <w:br/>
        <w:t>Сани на човна бере й коненята,-&lt;br /&gt;</w:t>
        <w:br/>
        <w:t>В руках його дужих вгинаються весла.&lt;br /&gt;</w:t>
        <w:br/>
        <w:t>Хвилями річка на човен аж скаче —&lt;br /&gt;</w:t>
        <w:br/>
        <w:t>Відскакують з плюскотом хвилі од човна&lt;br /&gt;</w:t>
        <w:br/>
        <w:t>Криги здорові пливуть звідусюди,&lt;br /&gt;</w:t>
        <w:br/>
        <w:t>А вітер із снігом в очі шмагає...&lt;br /&gt;</w:t>
        <w:br/>
        <w:t>Бореться Квітень веслом з бистриною,&lt;br /&gt;</w:t>
        <w:br/>
        <w:t>Сили останні свої добуває —&lt;br /&gt;</w:t>
        <w:br/>
        <w:t>Й з розгону наскочив човном на берег.&lt;br /&gt;</w:t>
        <w:br/>
        <w:t>Гляне — аж степ весь снігом біліє!&lt;br /&gt;</w:t>
        <w:br/>
        <w:t>Вдарився Квітень руками об поли,&lt;br /&gt;</w:t>
        <w:br/>
        <w:t>Та нічого діять — гірш вже не буде,-&lt;br /&gt;</w:t>
        <w:br/>
        <w:t>Коні впрягає у сани і їде.&lt;br /&gt;</w:t>
        <w:br/>
        <w:t>В глибоких заметах брьохають коні,&lt;br /&gt;</w:t>
        <w:br/>
        <w:t>Хуга снігами вкриває дорогу.&lt;br /&gt;</w:t>
        <w:br/>
        <w:t>Глянеш навколо — світа не видно!&lt;br /&gt;</w:t>
        <w:br/>
        <w:t>На ніч мороз як потисне страшенний —&lt;br /&gt;</w:t>
        <w:br/>
        <w:t>Понівечив, лютий, ряст та фіалки&lt;br /&gt;</w:t>
        <w:br/>
        <w:t>Ті, що то Квітень взяв коням на пашу,&lt;br /&gt;</w:t>
        <w:br/>
        <w:t>Й самого крізь шати Квітня доймає.&lt;br /&gt;</w:t>
        <w:br/>
        <w:t>Змерз подорожній, аж труситься, бідний..&lt;br /&gt;</w:t>
        <w:br/>
        <w:t>На ранок немов потеплішало трохи,&lt;br /&gt;</w:t>
        <w:br/>
        <w:t>Минається сніг вже, всюди болото.&lt;br /&gt;</w:t>
        <w:br/>
        <w:t>От як зайнявся край неба на сході&lt;br /&gt;</w:t>
        <w:br/>
        <w:t>Й червоними стали хмари скраєчку,&lt;br /&gt;</w:t>
        <w:br/>
        <w:t>Березень встав і пішов оглядати&lt;br /&gt;</w:t>
        <w:br/>
        <w:t>Своє королівство — землю побиту.&lt;br /&gt;</w:t>
        <w:br/>
        <w:t>Став край дороги, на палицю сперся,&lt;br /&gt;</w:t>
        <w:br/>
        <w:t>Сердиті у простір втупивши очі,&lt;br /&gt;</w:t>
        <w:br/>
        <w:t>Сам весь червоний од вітру та злості.&lt;br /&gt;</w:t>
        <w:br/>
        <w:t>Гляне й аж крикнув:&lt;br /&gt;</w:t>
        <w:br/>
        <w:t>— Он Квітень вже їде! —&lt;br /&gt;</w:t>
        <w:br/>
        <w:t>Вітер бурхливий раптом ущухнув,&lt;br /&gt;</w:t>
        <w:br/>
        <w:t>Хмари одразу розбіглися з неба,&lt;br /&gt;</w:t>
        <w:br/>
        <w:t>І сонце братів двох зустріч осяло.&lt;br /&gt;</w:t>
        <w:br/>
        <w:t>Слухає Березень Квітня пригоди,&lt;br /&gt;</w:t>
        <w:br/>
        <w:t>Як Травень порадив їхать в гостину,&lt;br /&gt;</w:t>
        <w:br/>
        <w:t>Слухає пильно, а далі як скрикне:&lt;br /&gt;</w:t>
        <w:br/>
        <w:t>— Я ж тобі, братику Травню, віддячу!&lt;br /&gt;</w:t>
        <w:br/>
        <w:t>Скрикнув так грізно і, парою знявшись,&lt;br /&gt;</w:t>
        <w:br/>
        <w:t>Полинув в оселю чорної хмари,&lt;br /&gt;</w:t>
        <w:br/>
        <w:t>Квітню квітчастому, меншому брату,&lt;br /&gt;</w:t>
        <w:br/>
        <w:t>Своє королівство — землю залишив...</w:t>
      </w:r>
    </w:p>
    <w:p>
      <w:r>
        <w:br/>
        <w:t>Й досі ще Березень гнівний на брата.&lt;br /&gt;</w:t>
        <w:br/>
        <w:t>Залізе уранці нишком в садочок,&lt;br /&gt;</w:t>
        <w:br/>
        <w:t>Квіти та зілля морозом потопче,&lt;br /&gt;</w:t>
        <w:br/>
        <w:t>Аж довго Травень плаче росою...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Брати-місяці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