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Бухгалтер</w:t>
      </w:r>
    </w:p>
    <w:p>
      <w:r>
        <w:br/>
        <w:t xml:space="preserve"> &lt;p&gt;Містер Ді сидів у великому кріслі. Його пояс на штанях був ослаблений, на колінах лежали вечірні газети. Він мирно попихкував люлькою і насолоджувався життям. Сьогодні йому пощастило продати два амулети й пляшку приворотного зілля, дружина домовито господарювала на кухні, звідки долинали апетитні аромати, та й люлька курилася легко. Задоволено зітхнувши, містер Ді позіхнув і потягнувся.</w:t>
      </w:r>
    </w:p>
    <w:p>
      <w:r>
        <w:br/>
        <w:t>Через кімнату прошмигнув його дев'ятирічний син Мортон, навантажений книгами.</w:t>
      </w:r>
    </w:p>
    <w:p>
      <w:r>
        <w:br/>
        <w:t>— Як справи у школі? — окликнув його містер Ді.</w:t>
      </w:r>
    </w:p>
    <w:p>
      <w:r>
        <w:br/>
        <w:t>— Нормально, — відповів хлопчик, сповільнивши кроки, але не зупиняючись.</w:t>
      </w:r>
    </w:p>
    <w:p>
      <w:r>
        <w:br/>
        <w:t>— Що там у тебе? — запитав містер Ді, вказавши на оберемок книг у руках сина.</w:t>
      </w:r>
    </w:p>
    <w:p>
      <w:r>
        <w:br/>
        <w:t>— Так, підручники з бухгалтерського обліку, — промовив Мортон, дивлячись кудись убік, і зник у своїй кімнаті.</w:t>
      </w:r>
    </w:p>
    <w:p>
      <w:r>
        <w:br/>
        <w:t>Містер Ді похитав головою. Хлопець втовкмачив собі в голову, що хоче стати бухгалтером. Бухгалтером! Щоправда, Мортон справді швидко рахує, але все ж цю примху доведеться забути. Його чекає інша, краща доля.</w:t>
      </w:r>
    </w:p>
    <w:p>
      <w:r>
        <w:br/>
        <w:t>Задзеленчав дзвінок біля дверей.</w:t>
      </w:r>
    </w:p>
    <w:p>
      <w:r>
        <w:br/>
        <w:t>Містер Ді підтяг ремінь, квапливо накинув сорочку й відчинив вхідні двері. На порозі стояла міс Грииб, вчителька і класний керівник його сина-четвертокласника.</w:t>
      </w:r>
    </w:p>
    <w:p>
      <w:r>
        <w:br/>
        <w:t>— Будь ласка, заходьте, міс Грииб, — запросив Ді. —Дозвольте вас чим-небудь почастувати?</w:t>
      </w:r>
    </w:p>
    <w:p>
      <w:r>
        <w:br/>
        <w:t>— Мені ніколи, — сказала вчителька і, взявшись в боки, застигла на порозі. Сиве розпатлане волосся, вузьке довгоносе обличчя й червоні сльозливі очі робили її на диво схожою на відьму. Що, власне й не дивно, адже міс Грииб і справді була відьмою.</w:t>
      </w:r>
    </w:p>
    <w:p>
      <w:r>
        <w:br/>
        <w:t>— Я прийшла поговорити про вашого сина, — заявила вона.</w:t>
      </w:r>
    </w:p>
    <w:p>
      <w:r>
        <w:br/>
        <w:t>У цю хвилину, витираючи руки об фартух, з кухні вийшла місіс Ді.</w:t>
      </w:r>
    </w:p>
    <w:p>
      <w:r>
        <w:br/>
        <w:t>— Сподіваюся, він не пустує? — з тривогою мовила вона.</w:t>
      </w:r>
    </w:p>
    <w:p>
      <w:r>
        <w:br/>
        <w:t>Міс Грииб зловісно пирхнула.</w:t>
      </w:r>
    </w:p>
    <w:p>
      <w:r>
        <w:br/>
        <w:t>— Сьогодні ми писали річну контрольну. Ваш син ганебно провалився.</w:t>
      </w:r>
    </w:p>
    <w:p>
      <w:r>
        <w:br/>
        <w:t>— О боже, — сказала місіс Ді. — Це, напевно, весна...</w:t>
      </w:r>
    </w:p>
    <w:p>
      <w:r>
        <w:br/>
        <w:t>— Весна тут ні до чого, — урвала міс Грииб. — Минулого тижня я задала Великі Закляття Кордуса, першу частину. Ви ж знаєте, наскільки вони прості. Він не вивчив жодного.</w:t>
      </w:r>
    </w:p>
    <w:p>
      <w:r>
        <w:br/>
        <w:t>— Гм, — промовив містер Ді.</w:t>
      </w:r>
    </w:p>
    <w:p>
      <w:r>
        <w:br/>
        <w:t>— З біології він не має анінайменшого уявлення про основні магічні трави. Анінайменшого.</w:t>
      </w:r>
    </w:p>
    <w:p>
      <w:r>
        <w:br/>
        <w:t>— Немислимо! — сказав містер Ді. Міс Грииб зловісно розсміялася.</w:t>
      </w:r>
    </w:p>
    <w:p>
      <w:r>
        <w:br/>
        <w:t>— Мало того, він геть забув Таємний алфавіт, який ми вчили в третьому класі. Не пам'ятає Захисної Формули, імен дев'яносто дев'яти молодших бісів Третього кола, забув навіть той мізер, який знав із географії Пекла. І що найгірше — він просто не бажає вчитися.</w:t>
      </w:r>
    </w:p>
    <w:p>
      <w:r>
        <w:br/>
        <w:t>Містер і місіс Ді мовчки перезирнулися. Усе це було дуже-серйозно. Певною мірою хлоп'яча неуважність була припустимою і навіть заохочувалася, тому що свідчила про силу характеру. Але дитина повинна знати основи ремесла, якщо сподівається коли-небудь стати повноцінним чаклуном.</w:t>
      </w:r>
    </w:p>
    <w:p>
      <w:r>
        <w:br/>
        <w:t>— Скажу прямо, — вела далі міс Грииб, — у давні часи я б його відрахувала, і оком не зморгнувши. Але зараз нас лишилося так мало.</w:t>
      </w:r>
    </w:p>
    <w:p>
      <w:r>
        <w:br/>
        <w:t>Містер Ді сумно кивнув. Чаклунське ремесло в останні сторіччя занепало. Старі родини вимерли, загинули від рук демонів або стали науковцями. А примхлива публіка майже цілковито втратила інтерес до давніх чар та заклять.</w:t>
      </w:r>
    </w:p>
    <w:p>
      <w:r>
        <w:br/>
        <w:t>На сьогодні тих, хто володів Давнім Мистецтвом, можна було перерахувати на пальцях. Вони зберігали його та викладали дітям у таких навчальних закладах, як приватна школа міс Грииб для дітей чарівників. Це була спадщина і священний скарб.</w:t>
      </w:r>
    </w:p>
    <w:p>
      <w:r>
        <w:br/>
        <w:t>— Це ж треба — хотіти стати бухгалтером! — сказала вчителька. — Не розумію, де він цього набрався. — Вона докірливо поглянула на містера Ді. — Не розумію, чому цю дурну забаганку не роздавили в зародку.</w:t>
      </w:r>
    </w:p>
    <w:p>
      <w:r>
        <w:br/>
        <w:t>Містер Ді відчув, як його обличчя наливається кров'ю.</w:t>
      </w:r>
    </w:p>
    <w:p>
      <w:r>
        <w:br/>
        <w:t>— Майте на увазі, поки в Мортона в голові ця дурня, він не зможе приділяти належну увагу Тавматургії!</w:t>
      </w:r>
    </w:p>
    <w:p>
      <w:r>
        <w:br/>
        <w:t>Містер Ді не витримав погляду червоних очей відьми. Так, це його провина. Не можна було приносити додому той іграшковий арифмометр. А коли він уперше застав Мортона за грою в подвійний бухгалтерський облік, слід було спалити гросбух!</w:t>
      </w:r>
    </w:p>
    <w:p>
      <w:r>
        <w:br/>
        <w:t>Але хто міг знати, що ця безневинна витівка переросте в нав'язливу ідею?</w:t>
      </w:r>
    </w:p>
    <w:p>
      <w:r>
        <w:br/>
        <w:t>Місіс Ді розгладила руками фартух і сказала:</w:t>
      </w:r>
    </w:p>
    <w:p>
      <w:r>
        <w:br/>
        <w:t>— Міс Грииб, уся надія на вас. Що ви порадите?</w:t>
      </w:r>
    </w:p>
    <w:p>
      <w:r>
        <w:br/>
        <w:t>— Усе, що могла, я зробила, — відповіла вчителька. —Лишається одне — викликати Борбаса, Демона Дітей. Але це, природно, маєте вирішити ви самі.</w:t>
      </w:r>
    </w:p>
    <w:p>
      <w:r>
        <w:br/>
        <w:t>— О, навряд чи все так серйозно, — швидко промовив містер Ді. — Виклик Борбаса — крайній захід.</w:t>
      </w:r>
    </w:p>
    <w:p>
      <w:r>
        <w:br/>
        <w:t>— Повторюю, вирішувати вам, — сказала міс Грииб. — Хочете — викликайте, хочете — ні. Але за нинішнього стану справ вашому синові ніколи не стати чарівником.</w:t>
      </w:r>
    </w:p>
    <w:p>
      <w:r>
        <w:br/>
        <w:t>Вона повернулася й попрямувала до виходу.</w:t>
      </w:r>
    </w:p>
    <w:p>
      <w:r>
        <w:br/>
        <w:t>— Може, залишитесь на чашечку чаю? — поспішно запропонувала місіс Ді.</w:t>
      </w:r>
    </w:p>
    <w:p>
      <w:r>
        <w:br/>
        <w:t>— Ні, я спізнююся на шабаш відьом у Цинцинаті, — кинула міс Грииб і зникла в клубах помаранчевого диму.</w:t>
      </w:r>
    </w:p>
    <w:p>
      <w:r>
        <w:br/>
        <w:t>Містер Ді розігнав рукою дим і зачинив двері.</w:t>
      </w:r>
    </w:p>
    <w:p>
      <w:r>
        <w:br/>
        <w:t>— Фе, — сказав він. — Могла б скористатися ароматизованим видом.</w:t>
      </w:r>
    </w:p>
    <w:p>
      <w:r>
        <w:br/>
        <w:t>— Старомодна, — пробурмотіла місіс Ді.</w:t>
      </w:r>
    </w:p>
    <w:p>
      <w:r>
        <w:br/>
        <w:t>Вони мовчки стояли біля дверей. Містер Ді лише тепер почав усвідомлювати, що відбувається. Важко було уявити, що його син, його кров і плоть, не хоче продовжувати сімейну традицію. Цього просто не може бути!</w:t>
      </w:r>
    </w:p>
    <w:p>
      <w:r>
        <w:br/>
        <w:t>— Після вечері, — нарешті вирішив містер Дні, — я з ним поговорю. По-чоловічому. Впевнений, що ми обійдемося без втручання демонів.</w:t>
      </w:r>
    </w:p>
    <w:p>
      <w:r>
        <w:br/>
        <w:t>— Гаразд, — сказала місіс Ді. — Сподіваюся, ти зможеш його напоумити.</w:t>
      </w:r>
    </w:p>
    <w:p>
      <w:r>
        <w:br/>
        <w:t>Вона посміхнулася, але чоловік побачив, як в її очах блиснули знайомі відьомські вогники.</w:t>
      </w:r>
    </w:p>
    <w:p>
      <w:r>
        <w:br/>
        <w:t>— Моя печеня! — раптом згадала місіс Ді, і вогники згасли. Вона поспішила на кухню.</w:t>
      </w:r>
    </w:p>
    <w:p>
      <w:r>
        <w:br/>
        <w:t>Вечеряли мовчки. Мортон знав, що приходила вчителька, і їв, немов почуваючи свою провину, час від часу поглядаючи на батька. Містер Ді різав м'ясо, суворо насупивши брови. Місіс Ді навіть не намагалася заговорити.</w:t>
      </w:r>
    </w:p>
    <w:p>
      <w:r>
        <w:br/>
        <w:t>Проковтнувши десерт, хлопчик сховався у своїй кімнаті.</w:t>
      </w:r>
    </w:p>
    <w:p>
      <w:r>
        <w:br/>
        <w:t>— Мабуть, почнемо, — сказав містер Ді. Він допив каву, витер рот і підвівся. — Спробую переконати його. Де мій Амулет Переконання?</w:t>
      </w:r>
    </w:p>
    <w:p>
      <w:r>
        <w:br/>
        <w:t>Дружина на якусь мить глибоко замислилась, потім підійшла до книжкової шафи.</w:t>
      </w:r>
    </w:p>
    <w:p>
      <w:r>
        <w:br/>
        <w:t>— Ось він, — сказала вона, витягаючи його з книги в яскравій обкладинці. — Я ним користувалася замість закладки.</w:t>
      </w:r>
    </w:p>
    <w:p>
      <w:r>
        <w:br/>
        <w:t>Містер Ді поклав амулет до кишені, глибоко зітхнув і попрямував до кімнати сина.</w:t>
      </w:r>
    </w:p>
    <w:p>
      <w:r>
        <w:br/>
        <w:t>Мортон сидів за своїм столом. Перед ним лежав записник, помережений цифрами й дрібними акуратними записами, а також шість ретельно загострених олівців, гумка, рахівниця та іграшковий арифмометр. Над краєм столу загрозливо навис стос книг: "Гроші" Римраамера, "Практика банківського обліку" Джонсона і Келоуна, "Курс лекцій для державних фінансових інспекторів" Елмана та з десяток інших.</w:t>
      </w:r>
    </w:p>
    <w:p>
      <w:r>
        <w:br/>
        <w:t>Містер Ді відсунув убік розкиданий одяг і звільнив собі місце на ліжку.</w:t>
      </w:r>
    </w:p>
    <w:p>
      <w:r>
        <w:br/>
        <w:t>— Як справи, синку? — запитав він найдобрішим голосом, на який був здатний.</w:t>
      </w:r>
    </w:p>
    <w:p>
      <w:r>
        <w:br/>
        <w:t>— Усе гаразд, тату! — відгукнувся Мортон. — Я дійшов до четвертого розділу "Основ бухгалтерського обліку", відповів на всі запитання...</w:t>
      </w:r>
    </w:p>
    <w:p>
      <w:r>
        <w:br/>
        <w:t>— Синку, — м'яко перервав його Ді, — я маю на увазі заняття в школі.</w:t>
      </w:r>
    </w:p>
    <w:p>
      <w:r>
        <w:br/>
        <w:t>Мортон знітився й зачовгав ногами по підлозі.</w:t>
      </w:r>
    </w:p>
    <w:p>
      <w:r>
        <w:br/>
        <w:t>— Адже ти знаєш, у наш час мало кому з хлопчиків випадає нагода стати чарівником.</w:t>
      </w:r>
    </w:p>
    <w:p>
      <w:r>
        <w:br/>
        <w:t>— Так, знаю. — Мортон різко відвернувся і високим нервовим голосом вимовив: — Але, тату, я хочу бути бухгалтером. Дуже хочу, тату.</w:t>
      </w:r>
    </w:p>
    <w:p>
      <w:r>
        <w:br/>
        <w:t>Містер Ді похитав головою.</w:t>
      </w:r>
    </w:p>
    <w:p>
      <w:r>
        <w:br/>
        <w:t>— У нашій родині, Мортоне, завжди були самі чарівники. Уже понад одинадцять століть прізвище Ді відоме в надприродних колах.</w:t>
      </w:r>
    </w:p>
    <w:p>
      <w:r>
        <w:br/>
        <w:t>Мортон продовжував дивитися у вікно й човгати ногами.</w:t>
      </w:r>
    </w:p>
    <w:p>
      <w:r>
        <w:br/>
        <w:t>— Адже ти не хочеш мене засмучувати, синку? — Містер Ді сумно посміхнувся. — Розумієш, бухгалтером може бути кожний. Але лише одиниці здатні опанувати мистецтво Чорної Магії.</w:t>
      </w:r>
    </w:p>
    <w:p>
      <w:r>
        <w:br/>
        <w:t>Мортон відвернувся від вікна, узяв зі столу олівець, спробував, чи гострий, і почав повільно обертати в пальцях.</w:t>
      </w:r>
    </w:p>
    <w:p>
      <w:r>
        <w:br/>
        <w:t>— То як, синку? Можеш ти навчатися ретельніше, щоб міс Грииб була задоволена?</w:t>
      </w:r>
    </w:p>
    <w:p>
      <w:r>
        <w:br/>
        <w:t>Мортон похитав головою.</w:t>
      </w:r>
    </w:p>
    <w:p>
      <w:r>
        <w:br/>
        <w:t>— Я хочу бути бухгалтером.</w:t>
      </w:r>
    </w:p>
    <w:p>
      <w:r>
        <w:br/>
        <w:t>Містер Ді зусиллям волі вгамував гнів. Що сталося з Амулетом Переконання? Може, заклинання ослабло? Треба було підзарядити його...</w:t>
      </w:r>
    </w:p>
    <w:p>
      <w:r>
        <w:br/>
        <w:t>— Мортоне, — вимовив він сухо. — Я всього лише Адепт Третього ступеня. Мої батьки були дуже бідні й не могли відіслати мене вчитися до університету.</w:t>
      </w:r>
    </w:p>
    <w:p>
      <w:r>
        <w:br/>
        <w:t>— Знаю, — прошепотів хлопчик.</w:t>
      </w:r>
    </w:p>
    <w:p>
      <w:r>
        <w:br/>
        <w:t>— Я хочу, щоб у тебе було все те, про що я міг лише мріяти. Мортоне, ти можеш стати Адептом Першого ступеня. — Містер Ді задумливо похитав головою. — Це буде важко. Але ми з твоєю мамою зуміли відкласти трохи грошей і якось назбираємо решту суми.</w:t>
      </w:r>
    </w:p>
    <w:p>
      <w:r>
        <w:br/>
        <w:t>Мортон покусував губи й обертав олівець.</w:t>
      </w:r>
    </w:p>
    <w:p>
      <w:r>
        <w:br/>
        <w:t>— Синку, Адептові Першого ступеня не доведеться працювати в магазині. Ти можеш стати Прямим Виконавцем Волі Диявола. Прямим Виконавцем! Що ти на це скажеш?</w:t>
      </w:r>
    </w:p>
    <w:p>
      <w:r>
        <w:br/>
        <w:t>На якусь мить Ді здалося, що його син зворушений. Губи Мортона розкрилися, очі підозріло заблищали. Але потім хлопчик поглянув на свої книги, рахівницю та іграшковий арифмометр.</w:t>
      </w:r>
    </w:p>
    <w:p>
      <w:r>
        <w:br/>
        <w:t>— Я буду бухгалтером, — сказав він.</w:t>
      </w:r>
    </w:p>
    <w:p>
      <w:r>
        <w:br/>
        <w:t>— Побачимо! — Терпець містера Ді остаточно урвався. —Ні, хлопче, ти не будеш бухгалтером, ти будеш — чарівником. Так було краще для твоїх рідних, так буде краще і для тебе, присягаюся всім, що є проклятого на світі! Ти ще пригадаєш мої слова.</w:t>
      </w:r>
    </w:p>
    <w:p>
      <w:r>
        <w:br/>
        <w:t>І він вибіг з кімнати.</w:t>
      </w:r>
    </w:p>
    <w:p>
      <w:r>
        <w:br/>
        <w:t>Мортон одразу повернувся до своїх книг з обліку.</w:t>
      </w:r>
    </w:p>
    <w:p>
      <w:r>
        <w:br/>
        <w:t>Містер і місіс Ді мовчки сиділи на дивані. Місіс Ді в'язала, але думки її були зайняті іншим. Містер Ді сумно дивився на витертий килим у вітальні.</w:t>
      </w:r>
    </w:p>
    <w:p>
      <w:r>
        <w:br/>
        <w:t>— Ми його зіпсували, — нарешті промовив містер Ді. —Одна надія — на Борбаса.</w:t>
      </w:r>
    </w:p>
    <w:p>
      <w:r>
        <w:br/>
        <w:t>— О, ні! — злякано вигукнула місіс Ді. — Він надто малий.</w:t>
      </w:r>
    </w:p>
    <w:p>
      <w:r>
        <w:br/>
        <w:t>-Хочеш, щоб твій син став бухгалтером? — гірко запитав містер Ді. — Щоб цілими днями длубався у цифрах, замість того щоб займатися важливою роботою Диявола?</w:t>
      </w:r>
    </w:p>
    <w:p>
      <w:r>
        <w:br/>
        <w:t>— Звісно, ні, — сказала дружина. — Але Борбас...</w:t>
      </w:r>
    </w:p>
    <w:p>
      <w:r>
        <w:br/>
        <w:t>— Знаю. Я сам почуваюсь убивцею.</w:t>
      </w:r>
    </w:p>
    <w:p>
      <w:r>
        <w:br/>
        <w:t>Якийсь час вони сиділи мовчки. Потім місіс Ді сказала:</w:t>
      </w:r>
    </w:p>
    <w:p>
      <w:r>
        <w:br/>
        <w:t>— Може, дідусь міг би щось зробити. Він завжди любив хлопчика.</w:t>
      </w:r>
    </w:p>
    <w:p>
      <w:r>
        <w:br/>
        <w:t>— Мабуть, — задумливо промовив містер Ді. — Але чи варто його турбувати? Зрештою, старий уже три роки як мертвий.</w:t>
      </w:r>
    </w:p>
    <w:p>
      <w:r>
        <w:br/>
        <w:t>— Знаю, — сказала місіс Ді, розпускаючи неправильний вузол на плетиві. — Однак третього нам не дано: або дідусь, або Борбас.</w:t>
      </w:r>
    </w:p>
    <w:p>
      <w:r>
        <w:br/>
        <w:t>Містер Ді погодився. Звісно, неприємно порушувати спокій Мортонового дідуся, але звертатися до Борбаса — набагато гірше. Містер Ді негайно зробив необхідні приготування, щоб викликати свого покійного батька.</w:t>
      </w:r>
    </w:p>
    <w:p>
      <w:r>
        <w:br/>
        <w:t>Він змішав докупи блекоту, розмелений ріг однорога, болиголов, додав уламок драконового зуба й усе це помістив на килимі.</w:t>
      </w:r>
    </w:p>
    <w:p>
      <w:r>
        <w:br/>
        <w:t>— Де моя чарівна паличка? — запитав він дружину.</w:t>
      </w:r>
    </w:p>
    <w:p>
      <w:r>
        <w:br/>
        <w:t>— Я поклала її в сумку до твоїх ключок для гольфа, — відповіла вона.</w:t>
      </w:r>
    </w:p>
    <w:p>
      <w:r>
        <w:br/>
        <w:t>Містер Ді дістав чарівну паличку й змахнув нею над сумішшю. Потім пробурмотів три слова Закляття Вивільнення й голосно назвав ім'я батька.</w:t>
      </w:r>
    </w:p>
    <w:p>
      <w:r>
        <w:br/>
        <w:t>Над килимом одразу ж здійнявся струмінь диму.</w:t>
      </w:r>
    </w:p>
    <w:p>
      <w:r>
        <w:br/>
        <w:t>— Добрий вечір, дідусю Ді, — сказала місіс Ді.</w:t>
      </w:r>
    </w:p>
    <w:p>
      <w:r>
        <w:br/>
        <w:t>— Вибач, що турбуємо, тату, — почав містер Ді. — Справа в тому, що мій син — твій онук — відмовляється стати чарівником. Він хоче бути... рахівником.</w:t>
      </w:r>
    </w:p>
    <w:p>
      <w:r>
        <w:br/>
        <w:t>Струмінь диму затремтів, потім розпрямився й набрав форми знаку Старої Мови.</w:t>
      </w:r>
    </w:p>
    <w:p>
      <w:r>
        <w:br/>
        <w:t>— Так, — відповів містер Ді. — Ми намагалися його переконати, але він впертий хлопець.</w:t>
      </w:r>
    </w:p>
    <w:p>
      <w:r>
        <w:br/>
        <w:t>Дим знову затремтів і склався в інший знак.</w:t>
      </w:r>
    </w:p>
    <w:p>
      <w:r>
        <w:br/>
        <w:t>— Гадаю, це найкраще, — погодився містер Ді. Якщо налякати його до смерті, він раз і назавжди забуде про свої бухгалтерські вигадки. Це жорстоко, але краще, ніж Борбас.</w:t>
      </w:r>
    </w:p>
    <w:p>
      <w:r>
        <w:br/>
        <w:t>Струмінь диму кивнув і попрямував до кімнати хлопчика. Містер і місіс Ді сіли на дивані.</w:t>
      </w:r>
    </w:p>
    <w:p>
      <w:r>
        <w:br/>
        <w:t>Двері до кімнати Мортона відчинилися, наче від протягу, і з тріском зачинилися. Мортон підвів погляд, насупився й знову схилився над книгами.</w:t>
      </w:r>
    </w:p>
    <w:p>
      <w:r>
        <w:br/>
        <w:t>Дим набрав форми крилатого лева з хвостом акули. Страховисько загрозливо заревло, ощирило ікла й приготувалося до стрибка.</w:t>
      </w:r>
    </w:p>
    <w:p>
      <w:r>
        <w:br/>
        <w:t>Мортон поглянув на нього, підвів брови й почав записувати до зошита колонку цифр.</w:t>
      </w:r>
    </w:p>
    <w:p>
      <w:r>
        <w:br/>
        <w:t>Лев перетворився на триголового дракона, від якого огидно тхнуло кров'ю. Викидаючи язики полум'я, він рушив на хлопчика.</w:t>
      </w:r>
    </w:p>
    <w:p>
      <w:r>
        <w:br/>
        <w:t>Мортон закінчив додавати, перевірив результат на рахівниці й поглянув на дракона.</w:t>
      </w:r>
    </w:p>
    <w:p>
      <w:r>
        <w:br/>
        <w:t>З несамовитим лементом дракон перетворився на гігантського кажана, він закружляв довкола голови хлопчика, стогнучи й видаючи пронизливі та невиразні звуки.</w:t>
      </w:r>
    </w:p>
    <w:p>
      <w:r>
        <w:br/>
        <w:t>Мортон посміхнувся і знову перевів погляд на книги.</w:t>
      </w:r>
    </w:p>
    <w:p>
      <w:r>
        <w:br/>
        <w:t>Містер Ді не витримав.</w:t>
      </w:r>
    </w:p>
    <w:p>
      <w:r>
        <w:br/>
        <w:t>— Чорт забирай! — вигукнув він. — Ти не злякався?!</w:t>
      </w:r>
    </w:p>
    <w:p>
      <w:r>
        <w:br/>
        <w:t>— А чого мені лякатися? — здивувався Мортон. — Це ж дідусь!</w:t>
      </w:r>
    </w:p>
    <w:p>
      <w:r>
        <w:br/>
        <w:t>Кажан розчинився в повітрі, а на його місці утворився струмінь диму. Він сумно кивнув містерові Ді, вклонився місіс Ді і зник.</w:t>
      </w:r>
    </w:p>
    <w:p>
      <w:r>
        <w:br/>
        <w:t>— До побачення, дідусю! — попрощався Мортон. Потім устав і зачинив двері до своєї кімнати.</w:t>
      </w:r>
    </w:p>
    <w:p>
      <w:r>
        <w:br/>
        <w:t>— Так і є, — сказав містер Ді. — Хлопець страшенно самовпевнений. Доведеться кликати Борбаса.</w:t>
      </w:r>
    </w:p>
    <w:p>
      <w:r>
        <w:br/>
        <w:t>— Ні! — запротестувала дружина.</w:t>
      </w:r>
    </w:p>
    <w:p>
      <w:r>
        <w:br/>
        <w:t>— А що ти пропонуєш?</w:t>
      </w:r>
    </w:p>
    <w:p>
      <w:r>
        <w:br/>
        <w:t>— Не знаю, — промовила місіс Ді, ледь не плачучи. —А тобі відомо, що Борбас робить з дітьми... Після зустрічі з ним, вони стають не схожими на себе.</w:t>
      </w:r>
    </w:p>
    <w:p>
      <w:r>
        <w:br/>
        <w:t>Обличчя містера Ді було тверде, мов граніт.</w:t>
      </w:r>
    </w:p>
    <w:p>
      <w:r>
        <w:br/>
        <w:t>— Я знаю, але нічого не вдієш.</w:t>
      </w:r>
    </w:p>
    <w:p>
      <w:r>
        <w:br/>
        <w:t>— Він ще такий малий! — благала дружина. — Це така травма для дитини!</w:t>
      </w:r>
    </w:p>
    <w:p>
      <w:r>
        <w:br/>
        <w:t>— Що ж, застосуємо для лікування всі засоби сучасної медицини, — заспокійливо мовив містер Ді. — Знайдемо найкращого психоаналітика, грошей не пошкодуємо... Хлопчик повинен бути чарівником.</w:t>
      </w:r>
    </w:p>
    <w:p>
      <w:r>
        <w:br/>
        <w:t>-Тоді починай, — сказала місіс Ді, не приховуючи сліз. — Але, будь ласка, не змушуй мене допомагати тобі.</w:t>
      </w:r>
    </w:p>
    <w:p>
      <w:r>
        <w:br/>
        <w:t>"Усі жінки однакові, — подумав містер Ді, — коли треба виявити твердість, перетворюються на желе". З важким серцем він почав приготування для виклику Борбаса, Демона Дітей.</w:t>
      </w:r>
    </w:p>
    <w:p>
      <w:r>
        <w:br/>
        <w:t>Спершу довелося ретельно накреслити пентаграму довкола дванадцятикутної зірки, в яку була вписана нескінченна спіраль. Далі настала черга трав та екстрактів — дуже дорогих, але необхідних. Залишалося лише накреслити Захисне Закляття, щоб Борбас не міг вирватися на волю й знищити всіх, потім трьома краплями крові гіпогрифа...</w:t>
      </w:r>
    </w:p>
    <w:p>
      <w:r>
        <w:br/>
        <w:t>— Де у нас кров гіпогрифа?! — роздратовано запитав містер Ді, порпаючись у серванті.</w:t>
      </w:r>
    </w:p>
    <w:p>
      <w:r>
        <w:br/>
        <w:t>— На кухні, у пляшці з-під аспірину, — відповіла місіс Ді, витираючи сльози.</w:t>
      </w:r>
    </w:p>
    <w:p>
      <w:r>
        <w:br/>
        <w:t>Нарешті усе було готове. Містер Ді запалив чорні свічки й вимовив слова Звільнення від Оков.</w:t>
      </w:r>
    </w:p>
    <w:p>
      <w:r>
        <w:br/>
        <w:t>У кімнаті одразу стало дуже спекотно, лишалося тільки Назвати Ім'я.</w:t>
      </w:r>
    </w:p>
    <w:p>
      <w:r>
        <w:br/>
        <w:t>— Мортоне, — покликав містер Ді, — ходи-но сюди.</w:t>
      </w:r>
    </w:p>
    <w:p>
      <w:r>
        <w:br/>
        <w:t>Мортон відчинив двері і вийшов з кімнати, міцно стискаючи в руках одну зі своїх бухгалтерських книг. Він видавався зовсім маленьким і таким беззахисним.</w:t>
      </w:r>
    </w:p>
    <w:p>
      <w:r>
        <w:br/>
        <w:t>— Мортоне, зараз я прикличу Демона Дітей. Не змушуй мене цього робити, синку.</w:t>
      </w:r>
    </w:p>
    <w:p>
      <w:r>
        <w:br/>
        <w:t>Хлопчик сполотнів і притулився до дверей, але вперто замотав головою.</w:t>
      </w:r>
    </w:p>
    <w:p>
      <w:r>
        <w:br/>
        <w:t>— Що ж, гаразд, — промовив містер Ді. — БОРБАСЕ! Пролунав гуркіт грому, війнуло жаром, і з'явився Борбас, головою підпираючи стелю. Він зловісно посміхався.</w:t>
      </w:r>
    </w:p>
    <w:p>
      <w:r>
        <w:br/>
        <w:t>— А! — заревів демон громовим голосом. — Маленький хлопчик!</w:t>
      </w:r>
    </w:p>
    <w:p>
      <w:r>
        <w:br/>
        <w:t>Мортон розкрив рот, щелепа його відвисла, очі викотилися з орбіт.</w:t>
      </w:r>
    </w:p>
    <w:p>
      <w:r>
        <w:br/>
        <w:t>— Неслухняний маленький хлопчик, — промовив Борбас, зареготав і рушив уперед; за кожним його крюком здригався весь будинок.</w:t>
      </w:r>
    </w:p>
    <w:p>
      <w:r>
        <w:br/>
        <w:t>— Прожени його! вигукнула місіс Ді.</w:t>
      </w:r>
    </w:p>
    <w:p>
      <w:r>
        <w:br/>
        <w:t>— Не можу, — зривистим голосом промовив її чоловік. —Поки він не зробить свою справу, це неможливо.</w:t>
      </w:r>
    </w:p>
    <w:p>
      <w:r>
        <w:br/>
        <w:t>Демон простягнув величезні лапи до Мортона, але хлопчик швидко розкрив книгу.</w:t>
      </w:r>
    </w:p>
    <w:p>
      <w:r>
        <w:br/>
        <w:t>— Врятуй мене! — закричав він.</w:t>
      </w:r>
    </w:p>
    <w:p>
      <w:r>
        <w:br/>
        <w:t>Тієї ж миті в кімнаті з'явився високий, страшенно худий дідуган, з голови до п'ят вкритий чорнильними плямами й бухгалтерськими звітами. Його очі зяяли двома порожніми нулями.</w:t>
      </w:r>
    </w:p>
    <w:p>
      <w:r>
        <w:br/>
        <w:t>— Зико-пико-рил! — промовив Борбас, повертаючись до незнайомця.</w:t>
      </w:r>
    </w:p>
    <w:p>
      <w:r>
        <w:br/>
        <w:t>Однак худий дідуган зареготав і сказав:</w:t>
      </w:r>
    </w:p>
    <w:p>
      <w:r>
        <w:br/>
        <w:t>— Контракт, укладений з Вищими Силами, може бути не тільки оскаржений, а й анульований як недійсний.</w:t>
      </w:r>
    </w:p>
    <w:p>
      <w:r>
        <w:br/>
        <w:t>Демона відкинуло назад; падаючи, він зламав стілець. Борбас зіп'явся на ноги (від люті його шкіра набула буряково-червоного відтінку) промовив Головне Демонічне Заклинання:</w:t>
      </w:r>
    </w:p>
    <w:p>
      <w:r>
        <w:br/>
        <w:t>— ВРАТ ГАТ ГО!</w:t>
      </w:r>
    </w:p>
    <w:p>
      <w:r>
        <w:br/>
        <w:t>Але худий дідуган затулив собою хлопчика й вигукнув слова Анулювання:</w:t>
      </w:r>
    </w:p>
    <w:p>
      <w:r>
        <w:br/>
        <w:t>— Завершення, Анулювання, Припинення, Відмова, Скасування й Смерть!</w:t>
      </w:r>
    </w:p>
    <w:p>
      <w:r>
        <w:br/>
        <w:t>Борбас жалібно заскиглив, позадкував, намацуючи у просторі вихід, стрибнув туди й зник.</w:t>
      </w:r>
    </w:p>
    <w:p>
      <w:r>
        <w:br/>
        <w:t>Високий худий дідуган повернувся до містера й місіс Ді, які забилися у кут вітальні, і промовив:</w:t>
      </w:r>
    </w:p>
    <w:p>
      <w:r>
        <w:br/>
        <w:t>— Знайте, що я — Бухгалтер. Знайте також, що це Дитя підписало зі мною Договір, ставши моїм Учнем і Служником. У свою чергу, крім послуг, які я, БУХГАЛТЕР, надаватиму, зобов'язуюся навчити його проклинати Душі шляхом заманювання їх у підступну мережу Цифр, Форм, Позовів та Репресалій. Ось подивіться — моє тавро на ньому!</w:t>
      </w:r>
    </w:p>
    <w:p>
      <w:r>
        <w:br/>
        <w:t>Бухгалтер підняв праву руку Мортона й продемонстрував чорнильну пляму на середньому пальці. Потім він повернувся до хлопчика й сказав лагідним голосом:</w:t>
      </w:r>
    </w:p>
    <w:p>
      <w:r>
        <w:br/>
        <w:t>— Завтра, дитино, ми розглянемо деякі аспекти теми "Ухилення Від Прибуткового Податку як Шлях до Прокляття".</w:t>
      </w:r>
    </w:p>
    <w:p>
      <w:r>
        <w:br/>
        <w:t>— Так, сер, — радісно вигукнув Мортон. Наостанок, суворо поглянувши на родину Ді, Бухгалтер розтанув у повітрі.</w:t>
      </w:r>
    </w:p>
    <w:p>
      <w:r>
        <w:br/>
        <w:t>Запала тиша. Потім містер Ді обернувся до дружини і сказав:</w:t>
      </w:r>
    </w:p>
    <w:p>
      <w:r>
        <w:br/>
        <w:t>— Що ж, коли хлопець так хоче бути бухгалтером, то особисто я йому не заважатиму.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Бухгалтер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