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Чари ночі</w:t>
      </w:r>
    </w:p>
    <w:p>
      <w:r>
        <w:br/>
        <w:t xml:space="preserve"> Сміються, плачуть солов'ї&lt;br /&gt;</w:t>
        <w:br/>
        <w:t>І б'ють піснями в груди:&lt;br /&gt;</w:t>
        <w:br/>
        <w:t>"Цілуй, цілуй, цілуй її, —&lt;br /&gt;</w:t>
        <w:br/>
        <w:t>Знов молодість не буде!</w:t>
      </w:r>
    </w:p>
    <w:p>
      <w:r>
        <w:br/>
        <w:t>Ти не дивись, що буде там,&lt;br /&gt;</w:t>
        <w:br/>
        <w:t>Чи забуття, чи зрада:&lt;br /&gt;</w:t>
        <w:br/>
        <w:t>Весна іде назустріч вам,&lt;br /&gt;</w:t>
        <w:br/>
        <w:t>Весна в сей час вам рада.</w:t>
      </w:r>
    </w:p>
    <w:p>
      <w:r>
        <w:br/>
        <w:t>На мент єдиний залиши&lt;br /&gt;</w:t>
        <w:br/>
        <w:t>Свій сум, думки і горе —&lt;br /&gt;</w:t>
        <w:br/>
        <w:t>І струмінь власної душі&lt;br /&gt;</w:t>
        <w:br/>
        <w:t>Улий в шумляче море.</w:t>
      </w:r>
    </w:p>
    <w:p>
      <w:r>
        <w:br/>
        <w:t>Лови летючу мить життя!&lt;br /&gt;</w:t>
        <w:br/>
        <w:t>Чаруйсь, хмелій, впивайся&lt;br /&gt;</w:t>
        <w:br/>
        <w:t>І серед мрій і забуття&lt;br /&gt;</w:t>
        <w:br/>
        <w:t>В розкошах закохайся.</w:t>
      </w:r>
    </w:p>
    <w:p>
      <w:r>
        <w:br/>
        <w:t>Поглянь, уся земля тремтить&lt;br /&gt;</w:t>
        <w:br/>
        <w:t>В палких обіймах ночі,&lt;br /&gt;</w:t>
        <w:br/>
        <w:t>Лист квітці рвійно шелестить,&lt;br /&gt;</w:t>
        <w:br/>
        <w:t>Траві струмок воркоче.</w:t>
      </w:r>
    </w:p>
    <w:p>
      <w:r>
        <w:br/>
        <w:t>Відбились зорі у воді,&lt;br /&gt;</w:t>
        <w:br/>
        <w:t>Летять до хмар тумани...&lt;br /&gt;</w:t>
        <w:br/>
        <w:t>Тут ллються пахощі густі,&lt;br /&gt;</w:t>
        <w:br/>
        <w:t>Там гнуться верби п'яні.</w:t>
      </w:r>
    </w:p>
    <w:p>
      <w:r>
        <w:br/>
        <w:t>Як іскра ще в тобі горить&lt;br /&gt;</w:t>
        <w:br/>
        <w:t>І згаснути не вспіла, —&lt;br /&gt;</w:t>
        <w:br/>
        <w:t>Гори! Життя — єдина мить,&lt;br /&gt;</w:t>
        <w:br/>
        <w:t>Для смерті ж — вічність ціла.</w:t>
      </w:r>
    </w:p>
    <w:p>
      <w:r>
        <w:br/>
        <w:t>Чому ж стоїш без руху ти,&lt;br /&gt;</w:t>
        <w:br/>
        <w:t>Коли ввесь світ співає?&lt;br /&gt;</w:t>
        <w:br/>
        <w:t>Налагодь струни золоті:&lt;br /&gt;</w:t>
        <w:br/>
        <w:t>Бенкет весна справляє.</w:t>
      </w:r>
    </w:p>
    <w:p>
      <w:r>
        <w:br/>
        <w:t>І сміло йди під дзвін чарок&lt;br /&gt;</w:t>
        <w:br/>
        <w:t>З вогнем, з піснями в гості&lt;br /&gt;</w:t>
        <w:br/>
        <w:t>На свято радісне квіток,&lt;br /&gt;</w:t>
        <w:br/>
        <w:t>Кохання, снів і млості.</w:t>
      </w:r>
    </w:p>
    <w:p>
      <w:r>
        <w:br/>
        <w:t>Загине все без вороття:&lt;br /&gt;</w:t>
        <w:br/>
        <w:t>Що візьме час, що люди,&lt;br /&gt;</w:t>
        <w:br/>
        <w:t>Погасне в серці багаття,&lt;br /&gt;</w:t>
        <w:br/>
        <w:t>І захолонуть груди.</w:t>
      </w:r>
    </w:p>
    <w:p>
      <w:r>
        <w:br/>
        <w:t>І схочеш ти вернуть собі,&lt;br /&gt;</w:t>
        <w:br/>
        <w:t>Як Фауст, дні минулі...&lt;br /&gt;</w:t>
        <w:br/>
        <w:t>Та знай: над нас — боги скупі,&lt;br /&gt;</w:t>
        <w:br/>
        <w:t>Над нас — глухі й нечулі..."&lt;br /&gt;</w:t>
        <w:br/>
        <w:t>. . . . . . . . . . . . . . . . . . . . . . .&lt;br /&gt;</w:t>
        <w:br/>
        <w:t>. . . . . . . . . . . . . . . . . . . . . . .</w:t>
      </w:r>
    </w:p>
    <w:p>
      <w:r>
        <w:br/>
        <w:t>Сміються, плачуть солов'ї&lt;br /&gt;</w:t>
        <w:br/>
        <w:t>І б'ють піснями в груди:&lt;br /&gt;</w:t>
        <w:br/>
        <w:t>"Цілуй, цілуй, цілуй її —&lt;br /&gt;</w:t>
        <w:br/>
        <w:t>Знов молодість не буде!"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Чари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