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Чередники</w:t>
      </w:r>
    </w:p>
    <w:p>
      <w:r>
        <w:br/>
        <w:t xml:space="preserve"> &lt;p&gt;Найближчі до села пасовиська були під Лісками і на Гуловому озері, та коли на них не ставало паші, то найчастіше гнали худобу аж на Хаєнщину. Це — між горбистими полями двох колгоспів така улоговина, по якій протікає маленька річка. Можливо, що тепер вона пересохла, бо й у пору мого дитинства не відзначалась ні шириною, ні глибиною. Була вона без імені, і, простелившись попід пласкі горби та попід ліс на горбках, впадала в сумовито-старий став, також безіменний.</w:t>
      </w:r>
    </w:p>
    <w:p>
      <w:r>
        <w:br/>
        <w:t>Сюди виганяли пасти свою худобу й хлопчаки з далекого села Голяки. Вони пасли з одного боку, а наші з другого, вони грались у ножик на тому березі, а наші — на цьому. Голяківські стежать, щоб котрась корова не перейшла на цей бік, а гулівецькі — Щоб не перейшла на той. Бо коли перейде, то постають на різних берегах і прозиваються. Голяківські називають наших підсмаленими, курогризами, безносими, глушманами. А гулівецькі їх — дураківськими, чорноротими, жабоїдами, а то й просто голяківськими, бо це також звучить ніби лайка.</w:t>
      </w:r>
    </w:p>
    <w:p>
      <w:r>
        <w:br/>
        <w:t>Не більше ніж раз або два на рік доходить до бійки. Сходитись близько спершу ніхто не наважується: кидають через річку одне на одного груддям, камінцями, дрюччям. І самі себе підбадьорюють всілякими прізвиськами, щоб хоробрішими бути. А коли в когось попадуть, то це є сигналом, щоб зійтись груди в груди. Найчастіше трапляється, що пастухів з якогось боку виявляється менше, і тоді один табір відступає, тобто тікає. Одного разу відступили голяківські, а гулівецькі зайняли їхню череду й загнали аж на своє господарство — ото була перемога, за яку їм перепало й від свого колгоспу, й від своїх батьків!</w:t>
      </w:r>
    </w:p>
    <w:p>
      <w:r>
        <w:br/>
        <w:t>У цих сутичках заводієм чи не завжди виступав Пилип. Доля обійшла його і високим зростом, і силою, проте наділила жвавістю, зробила таким метким, що це його повсюдно рятувало. Прізвиська, які видумував Пилип на голяківських чередників, були колючі й смішні, а грудки, які він кидав, попадали завжди в гущу. Голяківські не раз погрожували, що коли зловлять його, то повідривають вуха, але "вуж", як його називали свої й чужі пастухи, видимо, тільки пишався з тих погроз, бо ставав ще веселішим і завзятішим.</w:t>
      </w:r>
    </w:p>
    <w:p>
      <w:r>
        <w:br/>
        <w:t>Хлопці грають у ножик. Пускають з пучки, з лоба, з носа, з губи, з зубів. Ножик іноді загрузає лезом у землю, іноді опускається колодочкою. В найменшого Івана-балабана він падає колодочкою найчастіше — і його посилають завертати худобу. Грати йому майже не доводиться, він тільки завертає й завертає. А коли ножик падає колодочкою в Пилипа, то всі тільки сміються.</w:t>
      </w:r>
    </w:p>
    <w:p>
      <w:r>
        <w:br/>
        <w:t>Біліє гречка, розлившись по горбах пахучими хвилями, а над нею гудуть бджоли, джмелі, комашва. Їхня музика то густішає, то стає тоншою — і раптом знову над самісінькою головою з таким сердитим бурчанням пролетить джміль, що моторошно. Хлопці раз у раз міряють кроками тінь, щоб знати, коли ж у село рушатимуть. В Івана-балабана виходить чотирнадцять (уже й гнати можна), а в Пилипа — тільки дванадцять (ще почекати слід).</w:t>
      </w:r>
    </w:p>
    <w:p>
      <w:r>
        <w:br/>
        <w:t>З Голяків, стежиною поміж соняшників, пливе біла хустина. Пливе повільно і водночас якось весело, наче аж задерикувато. Чередники забувають про свою гру і вже спостерігають, як з-поміж соняшників виходить дівчинка і, побачивши перед собою річку, череду й пастухів на тому березі, зупиняється трохи здивована. Стоїть недовго,— пройшовши вниз за течією, перебродить на цей бік і пробує йти гречкою. Мабуть, їй треба в Гулівці, але вона боїться пастухів, а тому обминає їх.</w:t>
      </w:r>
    </w:p>
    <w:p>
      <w:r>
        <w:br/>
        <w:t>— Ти чого гречку толочиш? — кричить Пилип.</w:t>
      </w:r>
    </w:p>
    <w:p>
      <w:r>
        <w:br/>
        <w:t>Дівчина завмирає, сполохана, а потім знову рушає. А Пилип:</w:t>
      </w:r>
    </w:p>
    <w:p>
      <w:r>
        <w:br/>
        <w:t>— Ти в гречку чого забрела?</w:t>
      </w:r>
    </w:p>
    <w:p>
      <w:r>
        <w:br/>
        <w:t>Дівчина наддає ходу, біжить на дорогу,— і тоді всі гулівецькі схоплюються й женуться їй навперейми. Дівчинка по гречці — як по воді, ось-ось спіткнеться і втопиться. Те, що вона боїться, пробуджує в хлопцях одчайдушну войовничість, тепер уже ніщо не може їх зупинити. Навіть Іван-балабан чеберяє позаду. Врешті дівчинка зупиняється, хоча здається, що страх знову пожене її. З зеленкуватим жахом в очах дивиться, як наближаються вороги, на їхні розпалені лиця.</w:t>
      </w:r>
    </w:p>
    <w:p>
      <w:r>
        <w:br/>
        <w:t>Проте чим ближче підступають вороги, тим смирнішими вони стають. На обличчях немає недавнього запеклого виразу, а в поглядах зосталась тільки цікавість.</w:t>
      </w:r>
    </w:p>
    <w:p>
      <w:r>
        <w:br/>
        <w:t>— Ти з Голяків?—запитує Пилип, першим підбігши до неї й хапаючи за лікоть.</w:t>
      </w:r>
    </w:p>
    <w:p>
      <w:r>
        <w:br/>
        <w:t>— З Голяків,— боязко відповідає втікачка.</w:t>
      </w:r>
    </w:p>
    <w:p>
      <w:r>
        <w:br/>
        <w:t>— А чого ти злякалась?</w:t>
      </w:r>
    </w:p>
    <w:p>
      <w:r>
        <w:br/>
        <w:t>— А ви чого за мною гнались?</w:t>
      </w:r>
    </w:p>
    <w:p>
      <w:r>
        <w:br/>
        <w:t>— Бо ти тікала!</w:t>
      </w:r>
    </w:p>
    <w:p>
      <w:r>
        <w:br/>
        <w:t>— Бо ви гнались!</w:t>
      </w:r>
    </w:p>
    <w:p>
      <w:r>
        <w:br/>
        <w:t>Нарешті їх оточує вся ватага, і хтось пропонує:</w:t>
      </w:r>
    </w:p>
    <w:p>
      <w:r>
        <w:br/>
        <w:t>— Давайте роздягнемо її і скупаємо.</w:t>
      </w:r>
    </w:p>
    <w:p>
      <w:r>
        <w:br/>
        <w:t>Дівчинці, здається, треба було б злякатись, але тут саме до гурту підбіг Іван-балабан; і вона, глянувши на нього, мимоволі засміялась. Хлопці й собі подивились на балабана й не втрималися, щоб не зареготати: в одній руці — штани, в другій — шматок хліба, а на чолі — чи то кізяк, чи то болото. Посміявшись, якось зразу й забули про те, щоб купати. Пилип запитав:</w:t>
      </w:r>
    </w:p>
    <w:p>
      <w:r>
        <w:br/>
        <w:t>— Як тебе звати?</w:t>
      </w:r>
    </w:p>
    <w:p>
      <w:r>
        <w:br/>
        <w:t>— Галя.</w:t>
      </w:r>
    </w:p>
    <w:p>
      <w:r>
        <w:br/>
        <w:t>— А куди ти йшла?</w:t>
      </w:r>
    </w:p>
    <w:p>
      <w:r>
        <w:br/>
        <w:t>— В Гулівці, до тітки.</w:t>
      </w:r>
    </w:p>
    <w:p>
      <w:r>
        <w:br/>
        <w:t>Розпитують про тітку. Виявляється, що всі її знають, — живе біля школи, а на ферму, де працює дояркою, їздить на допотопному велосипеді, який деренчить так, як гицелева тарадайка. Спогад про той велосипед викликає загальний сміх. Тепер усі почувають себе друзями.</w:t>
      </w:r>
    </w:p>
    <w:p>
      <w:r>
        <w:br/>
        <w:t>— Ну йди, тільки гречку більше не толочи,— каже Пилип.</w:t>
      </w:r>
    </w:p>
    <w:p>
      <w:r>
        <w:br/>
        <w:t>Вже пора додому, і вона помагає їм гнати череду. Почуває себе з усіма запанібрата і навіть Івана-балабана посилає завертати найуредніших корів, які так і дивляться, щоб ускочити в хліб.</w:t>
      </w:r>
    </w:p>
    <w:p>
      <w:r>
        <w:br/>
        <w:t>Голяківські пасуть на тому березі, а наші — на цьому, голяківські під соняшниками, а наші під гречкою. Одні залізли пічкувати раків у річці, і другі також пороздягалися, пічкують, бо гулівецькі вважають, що їхні раки поховалися в норах, а голяківські — що їхні. Мало до бійки не дійшло, та коли вже хотіли зчепитись, то Галя, яка також пасла худобу з голяківськими, закричала раптом:</w:t>
      </w:r>
    </w:p>
    <w:p>
      <w:r>
        <w:br/>
        <w:t>— Дивіться, небо горить!</w:t>
      </w:r>
    </w:p>
    <w:p>
      <w:r>
        <w:br/>
        <w:t>Звичайно, закричала те, що перше на язик скочило, нісенітницю, але всі подивились на небо, і поки зрозуміли, що ніде нічого не горить, то вже й битися перехотілось. А Іван-балабан так був ошелешений її криком, що й рака спійманого у воду впустив.</w:t>
      </w:r>
    </w:p>
    <w:p>
      <w:r>
        <w:br/>
        <w:t>В полудень Галя відбилась од своїх, латахи на вінок рвала, а Пилип непомітно підкрався до неї й питає:</w:t>
      </w:r>
    </w:p>
    <w:p>
      <w:r>
        <w:br/>
        <w:t>— Ти навіщо обдурила, що небо горить?</w:t>
      </w:r>
    </w:p>
    <w:p>
      <w:r>
        <w:br/>
        <w:t>— А ви чого завелися?</w:t>
      </w:r>
    </w:p>
    <w:p>
      <w:r>
        <w:br/>
        <w:t>— То ти навмисне?</w:t>
      </w:r>
    </w:p>
    <w:p>
      <w:r>
        <w:br/>
        <w:t>— Вжеж... Небо горить, тільки не в цю пору, а раненько дуже.</w:t>
      </w:r>
    </w:p>
    <w:p>
      <w:r>
        <w:br/>
        <w:t>— Так само, як хмари?</w:t>
      </w:r>
    </w:p>
    <w:p>
      <w:r>
        <w:br/>
        <w:t>— Е-е ні, інакше...</w:t>
      </w:r>
    </w:p>
    <w:p>
      <w:r>
        <w:br/>
        <w:t>Вона йому розповіла, що на їхнє конюшиннисько щодня приїздить якийсь чоловік з корделівського заводу, на мотоциклі з коляскою, і згинці-згинці рве пашу в коляску, накриває її плащем і дає драла. От якби налякати його! Нехай Пилип домовиться з своїми пастухами, а вона з своїми — і вони його провчать гуртом.</w:t>
      </w:r>
    </w:p>
    <w:p>
      <w:r>
        <w:br/>
        <w:t>Так і зробили. Біля худоби зоставили по одному пастуху, згуртувались і подались на конюшиннисько. Позалягали довгим-предовгим ланцюгом у зелень і чекають. Справді, зупинився в кленовій посадці мотоцикл, і якийсь чоловік, уже підстаркуватий, згинці-згинці почав рвати пашу. Нарве оберемок — і в коляску. Хлопці рачки полізли вперед, і коли вже їхнє кільце звузилося, то Пилип скомандував бігом. Чередники посхоплювалися й кинулись на злодія в атаку. Було їх багато, кожен щось кричав і вимахував дрючком. Той чоловік спершу думав пригнутись, та коли побачив, що ось-ось його оточать і, мабуть, візьмуть у полон, то скочив на мотоцикл — і геть. Чийсь дрючок мало в спину його не вцілив, але тільки в коляску попав і поїхав на корделівський завод разом із злодієм.</w:t>
      </w:r>
    </w:p>
    <w:p>
      <w:r>
        <w:br/>
        <w:t>Галя, що разом з усіма бігла в атаку, сказала:</w:t>
      </w:r>
    </w:p>
    <w:p>
      <w:r>
        <w:br/>
        <w:t>— Ну, тепер він і не поткнеться.</w:t>
      </w:r>
    </w:p>
    <w:p>
      <w:r>
        <w:br/>
        <w:t>Тут саме до гурту доплентався Іван-балабан і запитав:</w:t>
      </w:r>
    </w:p>
    <w:p>
      <w:r>
        <w:br/>
        <w:t>— Не зловили, втік?</w:t>
      </w:r>
    </w:p>
    <w:p>
      <w:r>
        <w:br/>
        <w:t>Як тут було не засміятись! Пилип сказав:</w:t>
      </w:r>
    </w:p>
    <w:p>
      <w:r>
        <w:br/>
        <w:t>— Ми тебе призначаємо стерегти од злодіїв оце поле.</w:t>
      </w:r>
    </w:p>
    <w:p>
      <w:r>
        <w:br/>
        <w:t>Іван-балабан мало не до смерку просидів у чужому конюшинниську, а коли побачив, що хлопці збираються в село, то прибіг до своєї череди.</w:t>
      </w:r>
    </w:p>
    <w:p>
      <w:r>
        <w:br/>
        <w:t>— Сьогодні, либонь, не буде,— сказав. — Я його завтра зловлю.</w:t>
      </w:r>
    </w:p>
    <w:p>
      <w:r>
        <w:br/>
        <w:t>Пилип сховався під старою вербою й слухав, як падає дощ і як зрідка по небу роз'їжджають громи. Дощ котився й котився згори зеленкувато-блакитними краплями — і навколо стояв такий шум, наче під ранковим вітром шумить зовсім близько молодий ліс. Громи роз'їжджали з погуркуванням, вони про щось добродушно бубоніли, і Пилип щоразу намагався вгадати, що вони кажуть і на кого сердяться.</w:t>
      </w:r>
    </w:p>
    <w:p>
      <w:r>
        <w:br/>
        <w:t>— А де решта ваших чередників?</w:t>
      </w:r>
    </w:p>
    <w:p>
      <w:r>
        <w:br/>
        <w:t>Це Галя. Вона у величезному зеленому плащі, поли якого тягнуться на траві. Отже, голяківські вже також пригнали свій товар до річки.</w:t>
      </w:r>
    </w:p>
    <w:p>
      <w:r>
        <w:br/>
        <w:t>— У воді сидять.</w:t>
      </w:r>
    </w:p>
    <w:p>
      <w:r>
        <w:br/>
        <w:t>— У воді? — здивувалась Галя.</w:t>
      </w:r>
    </w:p>
    <w:p>
      <w:r>
        <w:br/>
        <w:t>— Від дощу поховалися. Свій одяг закопали в землю, щоб не промок, а самі — в річку. Вода в річці тепла, коли дощ іде, то вони ще й нагріються.</w:t>
      </w:r>
    </w:p>
    <w:p>
      <w:r>
        <w:br/>
        <w:t>— А ти хочеш їсти?</w:t>
      </w:r>
    </w:p>
    <w:p>
      <w:r>
        <w:br/>
        <w:t>Вона вгостила його пиріжками з яблуками. Галя була смішна в своєму плащі з батьківського плеча — немов пташеня під стріхою. Він не втримався, щоб не осміхнутись. Її обличчя, не звикле до усмішок, також проясніло — немов весняні ростки проклюнулись на дикуватій землі. Запитала:</w:t>
      </w:r>
    </w:p>
    <w:p>
      <w:r>
        <w:br/>
        <w:t>— Це хто подер тобі сорочку?</w:t>
      </w:r>
    </w:p>
    <w:p>
      <w:r>
        <w:br/>
        <w:t>— А-а, зачепився,— ніяковіючи, промимрив він і вдав, що уважно прислухається, як угорі прокочується грім.</w:t>
      </w:r>
    </w:p>
    <w:p>
      <w:r>
        <w:br/>
        <w:t>— Давай залатаю.</w:t>
      </w:r>
    </w:p>
    <w:p>
      <w:r>
        <w:br/>
        <w:t>З-під комірця дістала голку з ниткою і взялася латати. Її маленькі засмаглі руки здалися йому схожі на материнські. Та це не заспокоїло його, а ще більше збентежило. Зашивши дірку, Галя зробила гудз і відкусила зубами нитку. Голку ж сховала під комірець. Дощ зашелестів ще густіший, то дівчинка запропонувала:</w:t>
      </w:r>
    </w:p>
    <w:p>
      <w:r>
        <w:br/>
        <w:t>— Давай накрию хусткою.</w:t>
      </w:r>
    </w:p>
    <w:p>
      <w:r>
        <w:br/>
        <w:t>Хотів одмовитись, сказати, що для нього верба, як плащ. Але вона сама його накрила.</w:t>
      </w:r>
    </w:p>
    <w:p>
      <w:r>
        <w:br/>
        <w:t>— А в Голяках тамтої неділі,— почала розповідати,— грім упав на вершок тополі. Люди кажуть, що тополя всохне, бо грім їй одчахнув вершок.</w:t>
      </w:r>
    </w:p>
    <w:p>
      <w:r>
        <w:br/>
        <w:t>Через те, що вона сидить так близько, Пилип не знаходив слів. Тепле зворушення обпалювало йому щоки, які не хололи й від краплин дощу, кинутих вітром. Йому кортіло, щоб у цей час, у цю мить, негайно сталася подія, яка б вигнала його з-під цього плаща. Але дощ шумів рівно, як і шумів. Тільки гуркнуло раз над лісом так, наче небо провалилося.</w:t>
      </w:r>
    </w:p>
    <w:p>
      <w:r>
        <w:br/>
        <w:t>Коли прояснилось, то Галя сказала:</w:t>
      </w:r>
    </w:p>
    <w:p>
      <w:r>
        <w:br/>
        <w:t>— Це грім там упав. Ходімо подивимось.</w:t>
      </w:r>
    </w:p>
    <w:p>
      <w:r>
        <w:br/>
        <w:t>Він уже хотів погодитись, але вчасно схаменувся.</w:t>
      </w:r>
    </w:p>
    <w:p>
      <w:r>
        <w:br/>
        <w:t>— А-а, немає там нічого...</w:t>
      </w:r>
    </w:p>
    <w:p>
      <w:r>
        <w:br/>
        <w:t>Хоч душа його вірила, що має бути щось. Він, може, й погодився б, але саме почали вилазити з річки голі пастухи, заходилися викопувати з землі свій одяг.</w:t>
      </w:r>
    </w:p>
    <w:p>
      <w:r>
        <w:br/>
        <w:t>На другий день голяківський пастух — такий пикатий, з губами-пампушками хлоп'як — закричав з того берега:</w:t>
      </w:r>
    </w:p>
    <w:p>
      <w:r>
        <w:br/>
        <w:t>— Агей, Пилипе! Дуже захворіла Галя, то переказувала, щоб ти до неї навідався.</w:t>
      </w:r>
    </w:p>
    <w:p>
      <w:r>
        <w:br/>
        <w:t>— Чого це я навідуватимусь до неї? — гукнув у відповідь Пилип, аби щось гукнути, бо від тієї вістки стало йому моторошно й сирітливо.</w:t>
      </w:r>
    </w:p>
    <w:p>
      <w:r>
        <w:br/>
        <w:t>— Дуже просила!..</w:t>
      </w:r>
    </w:p>
    <w:p>
      <w:r>
        <w:br/>
        <w:t>Той пикатий повернувся до своїх товаришів, і з їхнього гурту долинув сміх. Пилипові та веселість чужа додала тільки досади. Він сів під калиною і вже ні про що не міг думати,— лише про Галю й про те, що вона захворіла. Але й сидіти не міг, щось гнало його з місця, боліло всередині. Вдав, що побіг завертати худобу, а сам непомітно, щоб хлопці не бачили, подавсь до кінського табуна, знайшов свого чалого Васька, почав з ним говорити, гладити гриву. Васько дивився запитливо, терся головою об Пилипа, і той, нарешті, гукнув до конюха:</w:t>
      </w:r>
    </w:p>
    <w:p>
      <w:r>
        <w:br/>
        <w:t>— Можна його напоїти?</w:t>
      </w:r>
    </w:p>
    <w:p>
      <w:r>
        <w:br/>
        <w:t>Конюх чи кивнув, чи ні, але Пилип уже вискочив на чалого і поскакав до річки. Вибрався на той берег і ожинистою балкою помчав на Голяки. В балці стояла задушлива спека, сліпучо-біла від прямих сонячних променів. Чим далі скакав Пилип, тим більший розпач опановував його і скоро йому вже здавалося, що то він сам захворів. Відчуття болю в голові і в грудях було таким знеможливим, що він захитався й мало не впав. Мусив припинити чалого—і все навкруги видалося спокійним, байдужим до його болю, й від того мука його аж заплакала в душі. Так ревно заплакала, що тиша навколо почорніла, а балка темною стала, ніби все вигоріло.</w:t>
      </w:r>
    </w:p>
    <w:p>
      <w:r>
        <w:br/>
        <w:t>Чалий поволі ступав, наче переживав разом з Пилипом. Уже голяківські сади на краю поля зеленими хмарами полягали, як раптом його покликали з-за тернів:</w:t>
      </w:r>
    </w:p>
    <w:p>
      <w:r>
        <w:br/>
        <w:t>— Пилипе, ти куди?</w:t>
      </w:r>
    </w:p>
    <w:p>
      <w:r>
        <w:br/>
        <w:t>Він не отямився й тоді, коли побачив перед собою Галю. Вона стояла з вузликом,— мабуть, несла харчі до череди; на голові розцвітав вінок польових квітів, упереміжку з колосками; й сама вона з світлою косою, засмагла, була схожа на золоту квітку цього літнього дня.</w:t>
      </w:r>
    </w:p>
    <w:p>
      <w:r>
        <w:br/>
        <w:t>— Ти чого тут?—запитав Пилип, ще більше чомусь лякаючись і не вірячи своїм очам.</w:t>
      </w:r>
    </w:p>
    <w:p>
      <w:r>
        <w:br/>
        <w:t>— До товару йду. Трохи закрутилася дома, то хлопці обіцяли доглянути мою корову.</w:t>
      </w:r>
    </w:p>
    <w:p>
      <w:r>
        <w:br/>
        <w:t>— Ти... занедужала?</w:t>
      </w:r>
    </w:p>
    <w:p>
      <w:r>
        <w:br/>
        <w:t>Вона тільки плечима непорозуміло знизала. Він був усе ще в полоні свойого болю, тому ніяк не міг зрозуміти й повірити, що з Галею нічого не сталося.</w:t>
      </w:r>
    </w:p>
    <w:p>
      <w:r>
        <w:br/>
        <w:t>— А ти хіба не переказувала мені, що занедужала?</w:t>
      </w:r>
    </w:p>
    <w:p>
      <w:r>
        <w:br/>
        <w:t>— Ні.</w:t>
      </w:r>
    </w:p>
    <w:p>
      <w:r>
        <w:br/>
        <w:t>Він раптом зрозумів, що голяківські з нього покепкували, обдурили. До лиця прилила кров, і він несвідомо замахнувся на Галю, наче вона була винна, а він хотів їй віддячити. Проте не вдарив, схаменувшись, і поскакав назад. Думав увірватись поміж голяківських і бити їх дрючком направо й наліво. Найбільше мало перепасти отому пикатому, пухкогубому, щоб кожному заказав, як знущатися з Пилипа.</w:t>
      </w:r>
    </w:p>
    <w:p>
      <w:r>
        <w:br/>
        <w:t>Та чим ближче був до річки, тим більше він боявся всього, що намалював у своїй уяві. Тому балкою знову обминув череду, одвів чалого до табуна, а сам сховався в гречку. Звідти стежив за пастухами, бачив Галю, до нього долинав навіть сміх — і тоді він думав, що то насміхаються з нього. Пилипа пік сором. Для нього все кругом поблідло, і в душі також було сумно й порожньо. Та все-таки, коли згадував Галю, то сповнювався ніжності й радів, що вона здорова. Радів, хоча й намагався переконати себе, що вона також у чомусь винувата, нарівні з усіма голяківськими.</w:t>
      </w:r>
    </w:p>
    <w:p>
      <w:r>
        <w:br/>
        <w:t>Увечері хлопці погнали череду в село, зайняли і його рябу. Пилип ішов манівцями, щоб його ніхто не бачив, і додому приплентався поночі. Боявся, що й батьки вже про щось знають, що й старшим сестрам відомо, а тому сховався непомітно на горищі. Чув, як його гукали, але не обізвався.</w:t>
      </w:r>
    </w:p>
    <w:p>
      <w:r>
        <w:br/>
        <w:t>Відтоді свою рябу на Хаєнщину більше не ганяв. Приєднався до пастухів з іншого кутка, що пасли під Писарівкою. Від тієї переміни спершу здавалося, наче він у ту чужу Писарівку й жити перебрався з свого села. Але поступово звик. І коли Іван-балабан та інші хлопці, що пасли на Хаєнщині, розповідали про нову свою бійку з голяківськими, то Пилип вдавав, що йому однаковісінько, й ні про кого не розпитував.</w:t>
      </w:r>
    </w:p>
    <w:p>
      <w:r>
        <w:br/>
        <w:t>Проте з Галею він ще раз здибався. Було це на районному ярмарку. Галя йшла поміж горщиками з своєю матір'ю, а Пилип із своєю — поміж гладущиками. Вони впізнали одне одного, і Галя навіть подалася до Пилипа, але він почервонів і, щоб вона не помітила його зчервонілого виду, одвернувся. Й коли одвернувся, то пригадав, як після грози вона кликала його подивитись, де впав грім.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Чередники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