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Чернігів</w:t>
      </w:r>
    </w:p>
    <w:p>
      <w:r>
        <w:br/>
        <w:t xml:space="preserve"> Могутніх ферм мереживо прозоре,&lt;br /&gt;</w:t>
        <w:br/>
        <w:t>Залізний ляск і двоколійна путь&lt;br /&gt;</w:t>
        <w:br/>
        <w:t>В широкий світ непереможно звуть,&lt;br /&gt;</w:t>
        <w:br/>
        <w:t>Де йде життя і довгу ниву оре.</w:t>
      </w:r>
    </w:p>
    <w:p>
      <w:r>
        <w:br/>
        <w:t>Де Болдині дрімали тихі гори,&lt;br /&gt;</w:t>
        <w:br/>
        <w:t>Де плавав сіверський рибалка Круть,&lt;br /&gt;</w:t>
        <w:br/>
        <w:t>Б’ють молоти, нові часи кують&lt;br /&gt;</w:t>
        <w:br/>
        <w:t>І будять лугу займище просторе.</w:t>
      </w:r>
    </w:p>
    <w:p>
      <w:r>
        <w:br/>
        <w:t>А там, позаду, на валу міськім&lt;br /&gt;</w:t>
        <w:br/>
        <w:t>Біліють вежі, золотом густим&lt;br /&gt;</w:t>
        <w:br/>
        <w:t>Горять хрести — і тиша залягає.</w:t>
      </w:r>
    </w:p>
    <w:p>
      <w:r>
        <w:br/>
        <w:t>Плекаючи, що в давнині жило,&lt;br /&gt;</w:t>
        <w:br/>
        <w:t>Останні дні дрімотно досинає&lt;br /&gt;</w:t>
        <w:br/>
        <w:t>Олегів мужніх престаре кубло.</w:t>
      </w:r>
    </w:p>
    <w:p>
      <w:r>
        <w:br/>
        <w:t>11.05.1930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Чернігів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