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Чому в слона довгий хобот</w:t>
      </w:r>
    </w:p>
    <w:p>
      <w:r>
        <w:br/>
        <w:t xml:space="preserve"> &lt;p&gt;Чому в слона довгий хобот</w:t>
      </w:r>
    </w:p>
    <w:p>
      <w:r>
        <w:br/>
        <w:t>У давні-предавні часи, любі мої, слон не мав хобота. Замість нього стирчав лише чорнуватий, завбільшки з черевик, опуклий ніс, що ним можна було погойдувати збоку вбік, проте нічого не можна було ухопити. І жив тоді слон, а точніше — слоненя, страх яке цікаве, бо постійно ставило безліч запитань. Мешкало воно в Африці й набридало всім жителям цього континенту своєю ввічливою допитливістю.</w:t>
      </w:r>
    </w:p>
    <w:p>
      <w:r>
        <w:br/>
        <w:t>Зокрема, хотіло довідатись у своєї довготелесої тітки страусихи, чому пір'я на її хвості росте саме так; за це дебела тітонька к&amp;#243;пнула племінника могутньою лапою. Крім того, воно випитувало у свого високорослого дядечка жирафа, чому його шкура плямиста; за це той дошкульно хвицнув малого твердючим копитом.</w:t>
      </w:r>
    </w:p>
    <w:p>
      <w:r>
        <w:br/>
        <w:t>Однак і це не остудило з&amp;#225;палу слоненяти. І воно з'ясовувало у своєї товстелезної тітки бегемотихи, чому в неї очі червоні, за що огрядна тітонька боляче стусонула його масивною ногою. А ще цікавивсь у свого кошлатого дядечка павіана[38], чому дині на смак саме такі, за що той дав йому потиличника дужою волохатою лапою.</w:t>
      </w:r>
    </w:p>
    <w:p>
      <w:r>
        <w:br/>
        <w:t>Та й це не заспокоїло слоненяти. Питання виникали з будь-якої причини, хоч би що він бачив або чув, або чіпав, або нюхав, або мацав, і численні родичі — усі оті дядьки й тітки — немилосердно лупцювали малого.</w:t>
      </w:r>
    </w:p>
    <w:p>
      <w:r>
        <w:br/>
        <w:t>І це не вгамувало слоненяти!</w:t>
      </w:r>
    </w:p>
    <w:p>
      <w:r>
        <w:br/>
        <w:t>Якось одного погожого ранку, напередодні рівнодення[39], цей жадібний до всього нового та незвіданого малюк поставив собі нове мудроване питання, яке досі його чомусь аніскілечки не турбувало. Отже, він запитав:</w:t>
      </w:r>
    </w:p>
    <w:p>
      <w:r>
        <w:br/>
        <w:t>— А що їсть на обід крокодил?</w:t>
      </w:r>
    </w:p>
    <w:p>
      <w:r>
        <w:br/>
        <w:t>Нараз усі злякано сахнулися, голосно шикнувши: "Тс-с-с-с!"; і негайно на слоненя посипався невпинний град штурханів.</w:t>
      </w:r>
    </w:p>
    <w:p>
      <w:r>
        <w:br/>
        <w:t>Цього разу йому перепало більше, аніж зазвичай. Опісля воно підійшло до тернового куща, в гущавині якого сиділа пташка колок&amp;#243;ло[40], й, зітхнувши, мовило:</w:t>
      </w:r>
    </w:p>
    <w:p>
      <w:r>
        <w:br/>
        <w:t>— Била мене мати, бив батько, від рідні теж частенько перепадало на горіхи через мою надмірну ввічливу допитливість, проте мені все ще кортить дізнатися, що ж їсть на обід крокодил?</w:t>
      </w:r>
    </w:p>
    <w:p>
      <w:r>
        <w:br/>
        <w:t>А пташка колоколо співчутливо вирекла:</w:t>
      </w:r>
    </w:p>
    <w:p>
      <w:r>
        <w:br/>
        <w:t>— Іди до вкритих деревами-лихоманками[41] берегів величної сіро-зеленої каламутної річки Лімпопо — там і дізнаєшся.</w:t>
      </w:r>
    </w:p>
    <w:p>
      <w:r>
        <w:br/>
        <w:t>Уже наступного ранку, коли від рівнодення, що минуло точно в строк, навіть згадки не лишилося, це доскіпливе слоненя набрало по сто фунтів[42] бананів (дрібних, із червонуватою шкіркою), цукрової тростини (довгої, з пурпурною корою) та сімнадцять динь (зеленуватих, хрустких) і попрощалося з дорогою ріднею:</w:t>
      </w:r>
    </w:p>
    <w:p>
      <w:r>
        <w:br/>
        <w:t>— Бувайте. Я вирушаю до величної сіро-зеленої каламутної річки Лімпопо, береги якої вкриті деревами-лихоманками, аби дізнатися, що їсть на обід крокодил.</w:t>
      </w:r>
    </w:p>
    <w:p>
      <w:r>
        <w:br/>
        <w:t>Ну, родичі, звичайно, не пошкодували для нього чергової порції штурханів, так би мовити, "на доріжку", хоча воно якнайввічливіше просило своїх тіток і дядьків особливо не перейматись.</w:t>
      </w:r>
    </w:p>
    <w:p>
      <w:r>
        <w:br/>
        <w:t>Отож дещо пошарпане, але нітрохи не здивоване слоненя рушило в путь, час від часу закусюючи динями та роняючи собі під ноги шкурки, адже підбирати їх було нічим. Воно прямувало від міста Греймстаун до міста Кімберлі, а звідти — до країни імператора Хама[43], потім — далі, зі сходу на північ, продовжуючи уминати дині; й нарешті підійшло до берегів величної сіро-зеленої каламутної річки Лімпопо, оточеної деревами-лихоманками, про які розповідала пташка колоколо.</w:t>
      </w:r>
    </w:p>
    <w:p>
      <w:r>
        <w:br/>
        <w:t>А зараз, мої любі, не зайве вам повідомити, що до цього самого тижня, дня, години і хвилини це допитливе слоненя жодного разу не бачило крокодила, ба навіть не знало, як він виглядає. Тож його переповнювала жагуча цікавість.</w:t>
      </w:r>
    </w:p>
    <w:p>
      <w:r>
        <w:br/>
        <w:t>Першим, кого зустрів мандрівник, був двобарвний скелястий пітон[44], який обвився навколо кругляка.</w:t>
      </w:r>
    </w:p>
    <w:p>
      <w:r>
        <w:br/>
        <w:t>— Вибачте, — дуже чемно озвалося слоненя, — чи ви не бачили десь у цих краях крокодила?</w:t>
      </w:r>
    </w:p>
    <w:p>
      <w:r>
        <w:br/>
        <w:t>— Чи не бачив я крокодила? — насмішкувато хмикнув аспид. — А що тебе ще цікавить?</w:t>
      </w:r>
    </w:p>
    <w:p>
      <w:r>
        <w:br/>
        <w:t>— Якщо ваша ласка, — просяяв наш герой, — то чи не підкажете, що він їсть на обід?</w:t>
      </w:r>
    </w:p>
    <w:p>
      <w:r>
        <w:br/>
        <w:t>У відповідь змій напрочуд швидко сповз із кам'яної брили і вліпив йому щигля важелезним, наче залізний ланцюг, лускатим хвостом.</w:t>
      </w:r>
    </w:p>
    <w:p>
      <w:r>
        <w:br/>
        <w:t>— Дива та й годі! — отетеріло слоненя. — Бо били мене за мою допитливість і тато з мамою, і дядько, і тітка, я вже мовчу про іншу свою тітку — бегемотиху, і про іншого свого дядька — павіана; а тут, схоже, починається те саме.</w:t>
      </w:r>
    </w:p>
    <w:p>
      <w:r>
        <w:br/>
        <w:t>Відтак воно побажало на все добре двобарвному скелястому пітону, допомогло йому знову обвитися навколо кругляка й пішло далі, вкотре побите, але зовсім не здивоване, продовжуючи смакувати дині та роняючи собі під ноги шкурки, адже підбирати їх — пам'ятаєте? — було нічим; поки не здибало щось, що здалося йому колодою, яка лежала на мілині величної сіро-зеленої каламутної річки Лімпопо, оточеної деревами-лихоманками.</w:t>
      </w:r>
    </w:p>
    <w:p>
      <w:r>
        <w:br/>
        <w:t>Та насправді, любі мої, це був крокодил, який раптово моргнув одним оком — ось так.</w:t>
      </w:r>
    </w:p>
    <w:p>
      <w:r>
        <w:br/>
        <w:t>— Перепрошую, — дуже ґречно озвалося слоненя, — а ви, ви не бачили десь у цій місцевості крокодила?</w:t>
      </w:r>
    </w:p>
    <w:p>
      <w:r>
        <w:br/>
        <w:t>Рептилія блимнула другим оком і наполовину витягла свого хвоста з мулу.</w:t>
      </w:r>
    </w:p>
    <w:p>
      <w:r>
        <w:br/>
        <w:t>— Підійди ближче, малюче, — прохрипів крокодил. — Власне, навіщо це тобі знати?</w:t>
      </w:r>
    </w:p>
    <w:p>
      <w:r>
        <w:br/>
        <w:t>— Перепрошую, — чемно відповіло слоненя, про всяк випадок делікатно позадкувавши, — але била мене мати, бив батько, я вже не згадую моєї довгов'язої тітоньки страусихи і мого височенного дядька жирафа — мастаків штурхатись, а також моєї гладк&amp;#243;ї тітки бегемотихи та мого кошлатого дядька павіана й у тому числі двобарвного, з важелезним, наче залізний ланцюг, лускатим хвостом, скелястого пітона, який стрівся мені вище по берегу ось нещодавно і б'ється болючіше за всіх інших; тож якщо вам усе одно, то вельми не хотілося б одержати чергову прочуханку.</w:t>
      </w:r>
    </w:p>
    <w:p>
      <w:r>
        <w:br/>
        <w:t>— Та все ж підійди, крихітко, — лагідним голосом гнув своє хитрун, — бо річ у тім, що я і є крокодил.</w:t>
      </w:r>
    </w:p>
    <w:p>
      <w:r>
        <w:br/>
        <w:t>На підтвердження цих слів він залився крокодилячими сльозами.[45]</w:t>
      </w:r>
    </w:p>
    <w:p>
      <w:r>
        <w:br/>
        <w:t>Слоненяті дух захопило від радості, й воно притьма стало навколішки, вигукнувши:</w:t>
      </w:r>
    </w:p>
    <w:p>
      <w:r>
        <w:br/>
        <w:t>— То це я в&amp;#225;с стільки часу шукаю! Чи не будете ви такі ласкаві сказати, що ви їсте на обід?</w:t>
      </w:r>
    </w:p>
    <w:p>
      <w:r>
        <w:br/>
        <w:t>— Підсунься ще ближче, маля, — почулось із каламуті, — я шепну тобі на вушко.</w:t>
      </w:r>
    </w:p>
    <w:p>
      <w:r>
        <w:br/>
        <w:t>Нічого не підозрюючи, слоненя нахилилося майже впритул до зловонної гострозубої пащі, а крокодил ухопив його за маленького носа, який до цього самого тижня, дня, години і хвилини був не більшим за черевик, хоча й набагато кориснішим.</w:t>
      </w:r>
    </w:p>
    <w:p>
      <w:r>
        <w:br/>
        <w:t>— Гадаю, — хижо — ось так! — процідив крізь зуби крокодил, — гадаю, що сьогодні на перше в мене буде слонятинка!</w:t>
      </w:r>
    </w:p>
    <w:p>
      <w:r>
        <w:br/>
        <w:t>Звісно, мої любі, такий розвиток подій не влаштовував слоненя, і воно насилу вичавило через ніс — ось так:</w:t>
      </w:r>
    </w:p>
    <w:p>
      <w:r>
        <w:br/>
        <w:t>— Пуздідь беде! Беді бодяче!</w:t>
      </w:r>
    </w:p>
    <w:p>
      <w:r>
        <w:br/>
        <w:t>Несподівано на березі вигулькнув двобарвний скелястий пітон зі словами:</w:t>
      </w:r>
    </w:p>
    <w:p>
      <w:r>
        <w:br/>
        <w:t>— Шановний юний друже, якщо ти притьмом щосили не смикнешся, то, на мою думку, твоє знайомство з оцим шкіряним саквояжем (так він, любі мої, назвав крокодила) сумно скінчиться в отій зовсім непрозорій річці, не встигнеш і оком кліпнути.</w:t>
      </w:r>
    </w:p>
    <w:p>
      <w:r>
        <w:br/>
        <w:t>Двобарвні скелясті пітони завжди розмовляють у такій пишномовній манері.</w:t>
      </w:r>
    </w:p>
    <w:p>
      <w:r>
        <w:br/>
        <w:t>Тоді слоненя всілось на маленькі задні ніжки й почало тягнути, тягнути, тягнути, а його ніс-черевик поволі витягувався. Проте і крокодил не відпускав здобичі, невблаганно відступаючи у воду, спінену, ніби збиті вершки, ударами могутнього хвоста, й теж тягнув, тягнув, тягнув…</w:t>
      </w:r>
    </w:p>
    <w:p>
      <w:r>
        <w:br/>
        <w:t>Ніс слоненяти мало-помалу видовжувався; воно розчепірило всі свої чотири ніжки, впираючись із останніх сил, і тягнуло, тягнуло, тягнуло, а його ніс ставав дедалі довшим. Крокодил же продовжував люто гилити хвостом, наче веслом, та й собі тягнув, тягнув, тягнув… І що дужче він тягнув, то більше розтягувався багатостраждальний ніс слоненяти, якому було неймовірно боляче.</w:t>
      </w:r>
    </w:p>
    <w:p>
      <w:r>
        <w:br/>
        <w:t>Раптом бідаха відчув, що ноги зрадницьки ковзають по мокрому піску, і нещасний вискнув крізь ніс, який устиг досягти майже п'яти футів:</w:t>
      </w:r>
    </w:p>
    <w:p>
      <w:r>
        <w:br/>
        <w:t>— Це вже зададто для беде!</w:t>
      </w:r>
    </w:p>
    <w:p>
      <w:r>
        <w:br/>
        <w:t>Тут нагодився двобарвний скелястий пітон, який спритно обмотався подвійним вузлом навколо задніх ніг слоненяти, буркнувши для порядку:</w:t>
      </w:r>
    </w:p>
    <w:p>
      <w:r>
        <w:br/>
        <w:t>— Нерозважливий і недосвідчений мандрівнику, нам варто серйозно піднатужитись, інакше не виключено, що цей самохідний військовий корабель із броньованою палубою (так він, мої любі, назвав крокодила) надовго зіпсує твою майбутню кар'єру.</w:t>
      </w:r>
    </w:p>
    <w:p>
      <w:r>
        <w:br/>
        <w:t>Двобарвні скелясті пітони завжди розмовляють у такій пишномовній манері.</w:t>
      </w:r>
    </w:p>
    <w:p>
      <w:r>
        <w:br/>
        <w:t>Тож нині тягнув змій, тягнуло слоненя і тягнув крокодил, та перевага була не на його боці, тому врешті-решт довелось йому відпустити жертву, а сам він з оглушливим плюскотом, що рознісся вздовж усієї Лімпопо, шубовснув на глибину.</w:t>
      </w:r>
    </w:p>
    <w:p>
      <w:r>
        <w:br/>
        <w:t>Слоненя ж як стояло, так і сіло, боляче забившись, однак передовсім щиро подякувало нежданому рятівникові. А потім воно заходилося біля свого страдницького витягнутого носа: обгорнуло його щойно зірваним листям бананів та занурило у воду величної сіро-зеленої каламутної річки Лімпопо, аби остудити.</w:t>
      </w:r>
    </w:p>
    <w:p>
      <w:r>
        <w:br/>
        <w:t>— Навіщо ти це робиш? — здивувався пітон.</w:t>
      </w:r>
    </w:p>
    <w:p>
      <w:r>
        <w:br/>
        <w:t>— Вибачте, — зніяковіло слоненя, — але мій ніс втратив попередню форму, і я чекаю, щоб він зменшився.</w:t>
      </w:r>
    </w:p>
    <w:p>
      <w:r>
        <w:br/>
        <w:t>— О, довго тобі чекати! — мугикнув змій. — Ні, ви подумайте, наскільки дехто не розуміє власного зиску![46]</w:t>
      </w:r>
    </w:p>
    <w:p>
      <w:r>
        <w:br/>
        <w:t>А сердега просидів ось так аж три доби, вряди-годи скошуючи очі на ніс у терплячому очікуванні, та марно. Далі — більше, через цю пригоду слоненя стало ще й косооким.</w:t>
      </w:r>
    </w:p>
    <w:p>
      <w:r>
        <w:br/>
        <w:t>Ви, любі мої, звісно, здогадалися, що крокодил витягнув йому носа у справжнісінький хобот, який тепер мають усі слони.</w:t>
      </w:r>
    </w:p>
    <w:p>
      <w:r>
        <w:br/>
        <w:t>Третього дня прилетіла муха й куснула його у плече, і слоненя, сам&amp;#233; того не усвідомлюючи, змахнуло набридливу комаху кінчиком хобота.</w:t>
      </w:r>
    </w:p>
    <w:p>
      <w:r>
        <w:br/>
        <w:t>— Ось перша користь! — зауважив двобарвний скелястий пітон. — Ти ж не міг зробити щось подібне своїм колишнім носом? А зараз спробуй-но підживитись.</w:t>
      </w:r>
    </w:p>
    <w:p>
      <w:r>
        <w:br/>
        <w:t>І слоненя, саме того не усвідомлюючи, зірвало хоботом чималий жмут трави, начисто обтрусило її об передні ноги й сунуло прямісінько до рота.</w:t>
      </w:r>
    </w:p>
    <w:p>
      <w:r>
        <w:br/>
        <w:t>— Ось друга користь! — наголосив двобарвний скелястий пітон. — Хіба ж годився для чогось такого твій колишній ніс? Між іншим, тобі часом не здається, що сонце надто припікає?</w:t>
      </w:r>
    </w:p>
    <w:p>
      <w:r>
        <w:br/>
        <w:t>— Здається, — погодилося слоненя, і, саме того не усвідомлюючи, зачерпнуло хоботом трохи мулу з берега величної сіро-зеленої каламутної річки Лімпопо й ляпнуло ним собі на голову, звідки прохолодна волога багнюка стекла йому за вуха.</w:t>
      </w:r>
    </w:p>
    <w:p>
      <w:r>
        <w:br/>
        <w:t>— Ось третя користь! — задоволено хихикнув двобарвний скелястий пітон. — Чи справився б із чимось таким отой колишній ніс? Ну, а як щодо того, аби знову отримати від когось на горіхи?</w:t>
      </w:r>
    </w:p>
    <w:p>
      <w:r>
        <w:br/>
        <w:t>— Перепрошую, — знітилося слоненя, — але я зовсім не люблю таких горіхів.</w:t>
      </w:r>
    </w:p>
    <w:p>
      <w:r>
        <w:br/>
        <w:t>— А як треба буде, намнеш комусь боки? — під'южив його двобарвний скелястий пітон.</w:t>
      </w:r>
    </w:p>
    <w:p>
      <w:r>
        <w:br/>
        <w:t>— О, це я залюбки! — повеселішало слоненя.</w:t>
      </w:r>
    </w:p>
    <w:p>
      <w:r>
        <w:br/>
        <w:t>— Еге, — констатував двобарвний скелястий пітон, — ти ще переконаєшся, що твій ніс буде вельми корисним для подібних речей.</w:t>
      </w:r>
    </w:p>
    <w:p>
      <w:r>
        <w:br/>
        <w:t>— Дякую, — сказало слоненя, — я запам'ятаю. Схоже, мені варто негайно рушати додому до моїх дорогих родичів і спробувати.</w:t>
      </w:r>
    </w:p>
    <w:p>
      <w:r>
        <w:br/>
        <w:t>Тож воно почимчикувало через Африку до рідної домівки, мотаючи та виляючи своїм хоботом. Коли малому хотілося фруктів, він знімав їх просто з дерев, замість того щоб чекати, поки плоди самі впадуть, як це було раніше. Коли вирішував підживитися травою, зривав її просто з землі, замість того щоб падати на коліна, як це було досі. Коли надокучали мухи, виламував гілку й обмахувавсь нею, ніби віялом; коли пекло сонце, робив собі на голову вологий компрес. Коли ж ставало нудно брести африканськими просторами, співав хоботом пісень, а ті мелодії лунали дзвінкіше, ніж кілька духових оркестрів.</w:t>
      </w:r>
    </w:p>
    <w:p>
      <w:r>
        <w:br/>
        <w:t>Завжди тримаю при собі</w:t>
      </w:r>
    </w:p>
    <w:p>
      <w:r>
        <w:br/>
        <w:t>Шістьох чудових слуг.</w:t>
      </w:r>
    </w:p>
    <w:p>
      <w:r>
        <w:br/>
        <w:t>Вони розказують мені</w:t>
      </w:r>
    </w:p>
    <w:p>
      <w:r>
        <w:br/>
        <w:t>Про все, що є навкруг.</w:t>
      </w:r>
    </w:p>
    <w:p>
      <w:r>
        <w:br/>
        <w:t>Якщо потрібно, кличу їх,</w:t>
      </w:r>
    </w:p>
    <w:p>
      <w:r>
        <w:br/>
        <w:t>За йменнями їх зву,</w:t>
      </w:r>
    </w:p>
    <w:p>
      <w:r>
        <w:br/>
        <w:t>А звати вірних слуг моїх:</w:t>
      </w:r>
    </w:p>
    <w:p>
      <w:r>
        <w:br/>
        <w:t>Що? Де? Коли? Хто? Як? Чому?</w:t>
      </w:r>
    </w:p>
    <w:p>
      <w:r>
        <w:br/>
        <w:t>Я посилаю слуг моїх</w:t>
      </w:r>
    </w:p>
    <w:p>
      <w:r>
        <w:br/>
        <w:t>На Захід і на Схід,</w:t>
      </w:r>
    </w:p>
    <w:p>
      <w:r>
        <w:br/>
        <w:t>На Південь, Північ, де лиш сніг</w:t>
      </w:r>
    </w:p>
    <w:p>
      <w:r>
        <w:br/>
        <w:t>Та океанський лід.</w:t>
      </w:r>
    </w:p>
    <w:p>
      <w:r>
        <w:br/>
        <w:t>Відтак спочинок їм даю,</w:t>
      </w:r>
    </w:p>
    <w:p>
      <w:r>
        <w:br/>
        <w:t>Рукам їх і ногам.</w:t>
      </w:r>
    </w:p>
    <w:p>
      <w:r>
        <w:br/>
        <w:t>Нагодувавши, напою</w:t>
      </w:r>
    </w:p>
    <w:p>
      <w:r>
        <w:br/>
        <w:t>Й берусь до праці сам.</w:t>
      </w:r>
    </w:p>
    <w:p>
      <w:r>
        <w:br/>
        <w:t>Слоненя навмисне збочило з основного шляху в пошуках гладкої бегемотихи (хоч с&amp;#225;ме ця не була йому родичкою), і трішки, щоб лише впевнитися, що змій мав рацію стосовно хобота, пововтузило її. Решту часу воно підбирало динні шкурки, які вимушено розкидало по дорозі до Лімпопо, — адже батьки виховали його охайною товстошкірою тваринкою.</w:t>
      </w:r>
    </w:p>
    <w:p>
      <w:r>
        <w:br/>
        <w:t>Врешті, одного пізнього вечора слоненя повернулось до своїх близьких і, завбачливо згорнувши хобот калачиком, промовило:</w:t>
      </w:r>
    </w:p>
    <w:p>
      <w:r>
        <w:br/>
        <w:t>— Здоровенькі були! Як ся маєте?</w:t>
      </w:r>
    </w:p>
    <w:p>
      <w:r>
        <w:br/>
        <w:t>Побачивши небожа, всі родичі неймовірно зраділи:</w:t>
      </w:r>
    </w:p>
    <w:p>
      <w:r>
        <w:br/>
        <w:t>— А йди-но, голубчику, сюди! Зараз одержиш прочуханку за твою нестерпну ввічливу допитливість.</w:t>
      </w:r>
    </w:p>
    <w:p>
      <w:r>
        <w:br/>
        <w:t>— Овва! — хитрувато примружилося слоненя. — Не думаю, що ви, на відміну від мене, щось у цьому п&amp;#233;траєте[47]; я вам це миттю доведу.</w:t>
      </w:r>
    </w:p>
    <w:p>
      <w:r>
        <w:br/>
        <w:t>Затим слоненя розгорнуло свого хобота, і одразу два дорогих братики беркицьнули шкереберть.</w:t>
      </w:r>
    </w:p>
    <w:p>
      <w:r>
        <w:br/>
        <w:t>— Щоб нам удавитися бананами! — вражено вигукнули вони. — Де ти навчивсь такої штуки і що ти утнув зі своїм носом?</w:t>
      </w:r>
    </w:p>
    <w:p>
      <w:r>
        <w:br/>
        <w:t>— Отримав нового від крокодила на берегах величної сіро-зеленої каламутної річки Лімпопо, — чесно відповіло слоненя. — Я поцікавився щодо його обіднього меню, а він подарував мені цю обнову.</w:t>
      </w:r>
    </w:p>
    <w:p>
      <w:r>
        <w:br/>
        <w:t>— Потворний ніс, — презирливо скривився кошлатий дядечко павіан.</w:t>
      </w:r>
    </w:p>
    <w:p>
      <w:r>
        <w:br/>
        <w:t>— Ваша правда, — не заперечив племінник. — Зате вельми корисний.</w:t>
      </w:r>
    </w:p>
    <w:p>
      <w:r>
        <w:br/>
        <w:t>І взявши кудлатого дядька за волохату лапу, жбурнув його до осиного гнізда.</w:t>
      </w:r>
    </w:p>
    <w:p>
      <w:r>
        <w:br/>
        <w:t>Словом, розходилося наше слоненя не на жарт. Ох і завдало воно добрячого перцю всім неабияк здивованим дорогим родичам, аж їм жарко стало! Зокрема, вискубло своїй довготелесій тітці страусисі пір'я на хвості; ухопило свого рослого дядечка жирафа за задню ногу і проволокло його через тернові кущі; гаркнуло на свою огрядну тітоньку бегемотиху й напустило їй бульбашки у вухо, коли вона дрімала у воді після їди; тільки пт&amp;#225;шки колоколо навіть кінчиком хобота не зачепило.</w:t>
      </w:r>
    </w:p>
    <w:p>
      <w:r>
        <w:br/>
        <w:t>Не дивно, що невдовзі його найближчі родичі один за одним спішно подалися до вкритих деревами-лихоманками берегів величної сіро-зеленої каламутної річки Лімпопо, аби й собі одержати у крокодила нові носи.</w:t>
      </w:r>
    </w:p>
    <w:p>
      <w:r>
        <w:br/>
        <w:t>Відтоді, мої любі, всі слони, яких ви коли-небудь зустрінете, та й ті, яких ви ніколи не побачите, мають такі самі хоботи, що й невгамовне допитливе слоненя.</w:t>
      </w:r>
    </w:p>
    <w:p>
      <w:r>
        <w:br/>
        <w:t>Дівча маленьке — відчайдух[48] —</w:t>
      </w:r>
    </w:p>
    <w:p>
      <w:r>
        <w:br/>
        <w:t>Вона цікава вкрай,</w:t>
      </w:r>
    </w:p>
    <w:p>
      <w:r>
        <w:br/>
        <w:t>Їй десять тих мільйонів слуг</w:t>
      </w:r>
    </w:p>
    <w:p>
      <w:r>
        <w:br/>
        <w:t>Щодня, як є, подай!</w:t>
      </w:r>
    </w:p>
    <w:p>
      <w:r>
        <w:br/>
        <w:t>Спочити їм немає де,</w:t>
      </w:r>
    </w:p>
    <w:p>
      <w:r>
        <w:br/>
        <w:t>Улітку і взиму…</w:t>
      </w:r>
    </w:p>
    <w:p>
      <w:r>
        <w:br/>
        <w:t>Мільйонам Як? Мільйонам Де?</w:t>
      </w:r>
    </w:p>
    <w:p>
      <w:r>
        <w:br/>
        <w:t>Мільйонам Що? й Чому?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Чому в слона довгий хобот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